
<file path=[Content_Types].xml><?xml version="1.0" encoding="utf-8"?>
<Types xmlns="http://schemas.openxmlformats.org/package/2006/content-types">
  <Default Extension="jpeg" ContentType="image/jpeg"/>
  <Default Extension="jpg" ContentType="image/jpeg"/>
  <Default Extension="rels" ContentType="application/vnd.openxmlformats-package.relationships+xml"/>
  <Default Extension="xml" ContentType="application/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word/document.xml" ContentType="application/vnd.openxmlformats-officedocument.wordprocessingml.document.main+xml"/>
  <Override PartName="/word/fontTable.xml" ContentType="application/vnd.openxmlformats-officedocument.wordprocessingml.fontTable+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stylesWithEffects.xml" ContentType="application/vnd.ms-word.stylesWithEffects+xml"/>
  <Override PartName="/word/theme/theme1.xml" ContentType="application/vnd.openxmlformats-officedocument.theme+xml"/>
  <Override PartName="/word/webSettings.xml" ContentType="application/vnd.openxmlformats-officedocument.wordprocessingml.webSettings+xml"/>
</Types>
</file>

<file path=_rels/.rels><?xml version='1.0' encoding='UTF-8' standalone='yes'?>
<Relationships xmlns="http://schemas.openxmlformats.org/package/2006/relationships"><Relationship Id="rId3" Type="http://schemas.openxmlformats.org/package/2006/relationships/metadata/core-properties" Target="docProps/core.xml"/><Relationship Id="rId4" Type="http://schemas.openxmlformats.org/officeDocument/2006/relationships/extended-properties" Target="docProps/app.xml"/><Relationship Id="rId1" Type="http://schemas.openxmlformats.org/officeDocument/2006/relationships/officeDocument" Target="word/document.xml"/><Relationship Id="rId2" Type="http://schemas.openxmlformats.org/package/2006/relationships/metadata/thumbnail" Target="docProps/thumbnail.jpeg"/></Relationships>
</file>

<file path=word/document.xml><?xml version="1.0" encoding="utf-8"?>
<w:document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
        <w:drawing>
          <wp:inline xmlns:a="http://schemas.openxmlformats.org/drawingml/2006/main" xmlns:pic="http://schemas.openxmlformats.org/drawingml/2006/picture">
            <wp:extent cx="5486400" cy="3135086"/>
            <wp:docPr id="1" name="Picture 1"/>
            <wp:cNvGraphicFramePr>
              <a:graphicFrameLocks noChangeAspect="1"/>
            </wp:cNvGraphicFramePr>
            <a:graphic>
              <a:graphicData uri="http://schemas.openxmlformats.org/drawingml/2006/picture">
                <pic:pic>
                  <pic:nvPicPr>
                    <pic:cNvPr id="0" name="185074c6-2ed5-46ba-9834-c0e16103dadd.jpg"/>
                    <pic:cNvPicPr/>
                  </pic:nvPicPr>
                  <pic:blipFill>
                    <a:blip r:embed="rId9"/>
                    <a:stretch>
                      <a:fillRect/>
                    </a:stretch>
                  </pic:blipFill>
                  <pic:spPr>
                    <a:xfrm>
                      <a:off x="0" y="0"/>
                      <a:ext cx="5486400" cy="3135086"/>
                    </a:xfrm>
                    <a:prstGeom prst="rect"/>
                  </pic:spPr>
                </pic:pic>
              </a:graphicData>
            </a:graphic>
          </wp:inline>
        </w:drawing>
      </w:r>
    </w:p>
    <w:p>
      <w:r>
        <w:t>Der Schamanismus und die moderne Psychologie pflegen enge und fruchtbare Beziehungen, die neue Perspektiven für das Verständnis und die Heilung der menschlichen Psyche eröffnen. Obwohl diese beiden Ansätze auf den ersten Blick weit auseinander zu liegen scheinen, teilen sie tatsächlich viele Gemeinsamkeiten, sowohl in ihrer Sicht auf den Menschen als auch in ihren Methoden zur Erforschung des Unbewussten.</w:t>
        <w:br/>
        <w:br/>
        <w:t>Einer der Pioniere dieser Annäherung ist der Schweizer Psychiater Carl Gustav Jung, der Gründer der analytischen Psychologie. Jung interessierte sich sehr für schamanische Traditionen und sah in ihnen einen privilegierten Zugang zum kollektiven Unbewussten und den universellen Archetypen, die die Psyche strukturieren. Er studierte insbesondere die Praktiken der Pueblo-Schamanen in Nordamerika und wurde selbst bei seinen Reisen nach Afrika und Indien in schamanische Rituale eingeweiht. Für Jung ist der Schamane ein Seelenheiler, der in die Tiefen des Unbewussten eintaucht, um dort die dunklen Kräfte zu konfrontieren und Heilschätze zurückzuholen. Seine Höllenfahrt und sein Konfrontation mit den Geistern sind Motive, die in vielen Initiationsmythen zu finden sind und den Individuationsprozess symbolisieren, durch den das Individuum zu seinem wahren Selbst gelangt.</w:t>
        <w:br/>
        <w:br/>
        <w:t>Diese Sicht des Schamanismus als Weg der Individuation wurde von vielen transpersonalen Psychologen, wie Stanislav Grof oder Charles Tart, aufgegriffen und weiterentwickelt. Für sie ermöglichen die durch schamanische Praktiken (Trance, innere Reisen, Gebrauch von psychotropen Pflanzen) induzierten veränderten Bewusstseinszustände den Zugang zu Wirklichkeitsebenen, die dem gewöhnlichen Bewusstsein normalerweise unzugänglich sind. Diese veränderten Bewusstseinszustände fördern eine Erweiterung des Bewusstseins, die es ermöglicht, die Grenzen des Selbst zu überwinden und sich mit archetypischen, spirituellen oder kosmischen Dimensionen des Seins zu verbinden. Sie bieten somit ein immenses Potenzial für Heilung und innere Verwandlung, indem sie helfen, traumatische Erinnerungen zu lösen, begrenzende Konditionierungen zu überwinden und die tiefen Ressourcen der Psyche zu reaktivieren.</w:t>
        <w:br/>
        <w:br/>
        <w:t>Anekdote: Der Psychiater Stanislav Grof führte zahlreiche Untersuchungen zu den durch Atmung induzierten holotropischen Bewusstseinszuständen durch und stellte verblüffende Ähnlichkeiten mit den von Schamanen während ihrer Trancen erlebten Erfahrungen fest. Er erzählt insbesondere den Fall einer Patientin, die an schwerer Depression litt und während einer Sitzung ihre eigene Geburt sehr intensiv nacherlebte. Sie sah sich im Geburtskanal feststecken, und verzweifelt kämpfend, um herauszukommen, und realisierte, dass diese perinatale Erinnerung der Ursprung ihres Gefühls der Machtlosigkeit und ihrer Unfähigkeit war, im Leben voranzukommen. Indem sie symbolisch diese Geburt nacherlebte und sich aus dem "Tunnel" befreite, löste sie eine immense Lebensenergie aus und fühlte sich buchstäblich "wiedergeboren" und von ihrer Depression geheilt. Für Grof zeigt diese Art von Erfahrung, dass die von den Schamanen erarbeitete Kartographie des Unbewussten der von der Tiefenpsychologie aufgezeigten entspricht.</w:t>
        <w:br/>
        <w:br/>
        <w:t>Eine weitere Brücke zwischen Schamanismus und Psychologie besteht in der therapeutischen Verwendung von Trancezuständen. Viele Psychotherapeuten lassen sich von schamanischen Techniken inspirieren, um bei ihren Patienten veränderte Bewusstseinszustände zu induzieren, die zur Heilung beitragen. Das ist beispielsweise bei Milton Erickson der Fall, dem Begründer der Erickson'schen Hypnose, der Metaphern, Geschichten und indirekte Anregungen nutzte, um seine Patienten auf innere Reisen zu führen, die den schamanischen Visionen ähnelten. Das ist auch der Fall bei Therapeuten, die Techniken der holotropischen Atmung, der hypnotischen Trance oder der geführten Visualisierung verwenden, um auf die unbewussten Ressourcen ihrer Patienten zuzugreifen. Diese nicht-alltäglichen Ansätze ermöglichen oft das Überwinden von therapeutischen Stagnationen, indem sie Widerstände des Ego umgehen und direkt auf das Selbstheilungspotential der Psyche zugreifen.</w:t>
        <w:br/>
        <w:br/>
        <w:t>Schließlich treffen Schamanismus und moderne Psychologie in ihrer Auffassung von Geisteskrankheit als einer potenziell sinn- und heilsamen Initiationskrise zusammen. Während die klassische Psychiatrie psychische Störungen meist als abzuschaffende Fehlfunktionen sieht, betrachtet der schamanische Ansatz sie als schmerzhafte, aber notwendige Transformationsprozesse, durch die die Seele versucht, ihre Integrität wiederherzustellen und ihr Schicksal zu verwirklichen. Die Rolle des Therapeuten-Schamanen besteht dann darin, diesen Prozess zu begleiten und zu lenken, dem Patienten zu helfen, ihm einen Sinn zu verleihen und seine Lehren zu integrieren. Es geht nicht darum, Symptome um jeden Preis loszuwerden, sondern sie als Botschafter zu begrüßen, die eine verborgene Weisheit tragen und den Weg zur tiefen Heilung weisen.</w:t>
        <w:br/>
        <w:br/>
        <w:t>Beispiel: In einigen schamanischen Kulturen werden psychotische Krisen als heilige Krankheiten betrachtet, die Zeichen einer schamanischen Berufung sind. Diejenigen, die sie durchlaufen, gelten als Wesen im Wandel, deren normale Persönlichkeit sich auflöst und Platz macht für eine größere Identität, die mit unsichtbaren Kräften verbunden ist. Wenn sie es schaffen, die Initiationsprüfung zu bestehen, ohne darin unterzugehen, kommen sie oft geheilt und mit Heilfähigkeiten aus ihr hervor, die sie zum Wohl ihrer Gemeinschaft einsetzen können. Diese Vorstellung geht mit der bestimmter "abweichender" Psychiater wie John Weir Perry oder Stanislav Grof einher, die in der psychotischen Krise einen potenziell umwandelnden Prozess der spirituellen Eröffnung sehen, vergleichbar mit einem schamanischen Initiationsritus.</w:t>
        <w:br/>
        <w:br/>
        <w:t>Es zeigt sich also, dass sich Schamanismus und Tiefenpsychologie nicht gegenseitig ausschließen, sondern sich fruchtbar ergänzen und neue Wege für das Verständnis und die Heilung von Seelenleiden eröffnen. Indem sie uns einladen, in die Abgründe des Unbewussten einzutauchen und dort Schätze an Sinn und Lebenskraft zu schöpfen, geben sie uns eine erweiterte Sicht auf die geistige Gesundheit, die nicht an eine sterilisierte "Normalität" gebunden ist, sondern die Ganzheit des Seins in seinen archetypischen und heiligen Dimensionen einbezieht. In einer Zeit, in der die moderne Psychiatrie Schwierigkeiten hat, das existentielle Unbehagen zu heilen, das unsere Gesellschaften plagt, scheint diese Verbindung von uralter Weisheit und Erkenntnissen der Seelenwissenschaft dringender denn je erforderlich zu sein, um unser Verhältnis zum Wahnsinn neu zu erdenken und die Wunden der modernen Psyche zu heilen.</w:t>
        <w:br/>
        <w:br/>
        <w:t>Zu merken:</w:t>
        <w:br/>
        <w:br/>
        <w:t>- Der Schamanismus und die moderne Psychologie, insbesondere die Tiefenpsychologie, haben in ihrer Herangehensweise an die menschliche Psyche viele Gemeinsamkeiten.</w:t>
        <w:br/>
        <w:br/>
        <w:t>- Carl Gustav Jung, der Begründer der analytischen Psychologie, interessierte sich stark für schamanische Traditionen und sah in ihnen einen Zugang zum kollektiven Unbewussten und zu universellen Archetypen.</w:t>
        <w:br/>
        <w:br/>
        <w:t>- Die durch schamanische Praktiken induzierten veränderten Bewusstseinszustände ermöglichen den Zugang zu Ebenen der Realität, die normalerweise unzugänglich sind, fördern eine Erweiterung des Bewusstseins und bieten ein Potenzial für Heilung und innere Transformation.</w:t>
        <w:br/>
        <w:br/>
        <w:t>- Viele Psychotherapeuten lassen sich von schamanischen Techniken inspirieren, um bei ihren Patienten veränderte Bewusstseinszustände zu induzieren, mit dem Ziel, therapeutische Prozesse freizusetzen und auf das Selbstheilungspotenzial der Psyche zuzugreifen.</w:t>
        <w:br/>
        <w:br/>
        <w:t>- Schamanismus und moderne Psychologie treffen in ihrer Sicht der Geisteskrankheit als potenziell sinnstiftende und heilende Initiationskrise zusammen, die eine Begleitung erfordert, um ihre Lehren zu integrieren.</w:t>
        <w:br/>
        <w:br/>
        <w:t>- Diese Verbindung zwischen uralter Weisheit und den Erkenntnissen der Seelenwissenschaft bietet eine erweiterte Sicht auf die geistige Gesundheit, die das gesamte Sein in seinen archetypischen und heiligen Dimensionen einbezieht und neue Wege zur Heilung der Wunden der modernen Psyche eröffnet.</w:t>
      </w:r>
    </w:p>
    <w:sectPr w:rsidR="00FC693F" w:rsidRPr="0006063C" w:rsidSect="00034616">
      <w:pgSz w:w="12240" w:h="15840"/>
      <w:pgMar w:top="1440" w:right="1800" w:bottom="1440" w:left="180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0000000000000000000"/>
    <w:charset w:val="02"/>
    <w:family w:val="auto"/>
    <w:pitch w:val="variable"/>
    <w:sig w:usb0="00000000" w:usb1="10000000" w:usb2="00000000" w:usb3="00000000" w:csb0="80000000" w:csb1="00000000"/>
  </w:font>
  <w:font w:name="Times New Roman">
    <w:panose1 w:val="02020603050405020304"/>
    <w:charset w:val="00"/>
    <w:family w:val="auto"/>
    <w:pitch w:val="variable"/>
    <w:sig w:usb0="E0002AFF" w:usb1="C0007841" w:usb2="00000009" w:usb3="00000000" w:csb0="000001FF" w:csb1="00000000"/>
  </w:font>
  <w:font w:name="Cambria">
    <w:panose1 w:val="02040503050406030204"/>
    <w:charset w:val="00"/>
    <w:family w:val="auto"/>
    <w:pitch w:val="variable"/>
    <w:sig w:usb0="E00002FF" w:usb1="400004FF" w:usb2="00000000" w:usb3="00000000" w:csb0="0000019F" w:csb1="00000000"/>
  </w:font>
  <w:font w:name="ＭＳ 明朝">
    <w:panose1 w:val="00000000000000000000"/>
    <w:charset w:val="80"/>
    <w:family w:val="roman"/>
    <w:notTrueType/>
    <w:pitch w:val="fixed"/>
    <w:sig w:usb0="00000001" w:usb1="08070000" w:usb2="00000010" w:usb3="00000000" w:csb0="00020000" w:csb1="00000000"/>
  </w:font>
  <w:font w:name="Calibri">
    <w:panose1 w:val="020F0502020204030204"/>
    <w:charset w:val="00"/>
    <w:family w:val="auto"/>
    <w:pitch w:val="variable"/>
    <w:sig w:usb0="E10002FF" w:usb1="4000ACFF" w:usb2="00000009" w:usb3="00000000" w:csb0="0000019F" w:csb1="00000000"/>
  </w:font>
  <w:font w:name="ＭＳ ゴシック">
    <w:panose1 w:val="00000000000000000000"/>
    <w:charset w:val="80"/>
    <w:family w:val="modern"/>
    <w:notTrueType/>
    <w:pitch w:val="fixed"/>
    <w:sig w:usb0="00000001" w:usb1="08070000" w:usb2="00000010" w:usb3="00000000" w:csb0="00020000" w:csb1="00000000"/>
  </w:font>
  <w:font w:name="Courier">
    <w:panose1 w:val="02000500000000000000"/>
    <w:charset w:val="00"/>
    <w:family w:val="auto"/>
    <w:pitch w:val="variable"/>
    <w:sig w:usb0="00000003" w:usb1="00000000" w:usb2="00000000" w:usb3="00000000" w:csb0="00000001" w:csb1="00000000"/>
  </w:font>
  <w:font w:name="Arial">
    <w:panose1 w:val="020B0604020202020204"/>
    <w:charset w:val="00"/>
    <w:family w:val="auto"/>
    <w:pitch w:val="variable"/>
    <w:sig w:usb0="E0002AFF" w:usb1="C0007843" w:usb2="00000009" w:usb3="00000000" w:csb0="000001FF" w:csb1="00000000"/>
  </w:font>
</w:fonts>
</file>

<file path=word/numbering.xml><?xml version="1.0" encoding="utf-8"?>
<w:numbering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FFFFFF7C"/>
    <w:multiLevelType w:val="singleLevel"/>
    <w:tmpl w:val="C310EC42"/>
    <w:lvl w:ilvl="0">
      <w:start w:val="1"/>
      <w:numFmt w:val="decimal"/>
      <w:lvlText w:val="%1."/>
      <w:lvlJc w:val="left"/>
      <w:pPr>
        <w:tabs>
          <w:tab w:val="num" w:pos="1800"/>
        </w:tabs>
        <w:ind w:left="1800" w:hanging="360"/>
      </w:pPr>
    </w:lvl>
  </w:abstractNum>
  <w:abstractNum w:abstractNumId="1">
    <w:nsid w:val="FFFFFF7D"/>
    <w:multiLevelType w:val="singleLevel"/>
    <w:tmpl w:val="E4089024"/>
    <w:lvl w:ilvl="0">
      <w:start w:val="1"/>
      <w:numFmt w:val="decimal"/>
      <w:lvlText w:val="%1."/>
      <w:lvlJc w:val="left"/>
      <w:pPr>
        <w:tabs>
          <w:tab w:val="num" w:pos="1440"/>
        </w:tabs>
        <w:ind w:left="1440" w:hanging="360"/>
      </w:pPr>
    </w:lvl>
  </w:abstractNum>
  <w:abstractNum w:abstractNumId="2">
    <w:nsid w:val="FFFFFF7E"/>
    <w:multiLevelType w:val="singleLevel"/>
    <w:tmpl w:val="FB12693A"/>
    <w:lvl w:ilvl="0">
      <w:start w:val="1"/>
      <w:numFmt w:val="decimal"/>
      <w:pStyle w:val="ListNumber3"/>
      <w:lvlText w:val="%1."/>
      <w:lvlJc w:val="left"/>
      <w:pPr>
        <w:tabs>
          <w:tab w:val="num" w:pos="1080"/>
        </w:tabs>
        <w:ind w:left="1080" w:hanging="360"/>
      </w:pPr>
    </w:lvl>
  </w:abstractNum>
  <w:abstractNum w:abstractNumId="3">
    <w:nsid w:val="FFFFFF7F"/>
    <w:multiLevelType w:val="singleLevel"/>
    <w:tmpl w:val="38441652"/>
    <w:lvl w:ilvl="0">
      <w:start w:val="1"/>
      <w:numFmt w:val="decimal"/>
      <w:pStyle w:val="ListNumber2"/>
      <w:lvlText w:val="%1."/>
      <w:lvlJc w:val="left"/>
      <w:pPr>
        <w:tabs>
          <w:tab w:val="num" w:pos="720"/>
        </w:tabs>
        <w:ind w:left="720" w:hanging="360"/>
      </w:pPr>
    </w:lvl>
  </w:abstractNum>
  <w:abstractNum w:abstractNumId="4">
    <w:nsid w:val="FFFFFF81"/>
    <w:multiLevelType w:val="singleLevel"/>
    <w:tmpl w:val="171AC3A4"/>
    <w:lvl w:ilvl="0">
      <w:start w:val="1"/>
      <w:numFmt w:val="bullet"/>
      <w:lvlText w:val=""/>
      <w:lvlJc w:val="left"/>
      <w:pPr>
        <w:tabs>
          <w:tab w:val="num" w:pos="1440"/>
        </w:tabs>
        <w:ind w:left="1440" w:hanging="360"/>
      </w:pPr>
      <w:rPr>
        <w:rFonts w:ascii="Symbol" w:hAnsi="Symbol" w:hint="default"/>
      </w:rPr>
    </w:lvl>
  </w:abstractNum>
  <w:abstractNum w:abstractNumId="5">
    <w:nsid w:val="FFFFFF82"/>
    <w:multiLevelType w:val="singleLevel"/>
    <w:tmpl w:val="F3EAFDEC"/>
    <w:lvl w:ilvl="0">
      <w:start w:val="1"/>
      <w:numFmt w:val="bullet"/>
      <w:pStyle w:val="ListBullet3"/>
      <w:lvlText w:val=""/>
      <w:lvlJc w:val="left"/>
      <w:pPr>
        <w:tabs>
          <w:tab w:val="num" w:pos="1080"/>
        </w:tabs>
        <w:ind w:left="1080" w:hanging="360"/>
      </w:pPr>
      <w:rPr>
        <w:rFonts w:ascii="Symbol" w:hAnsi="Symbol" w:hint="default"/>
      </w:rPr>
    </w:lvl>
  </w:abstractNum>
  <w:abstractNum w:abstractNumId="6">
    <w:nsid w:val="FFFFFF83"/>
    <w:multiLevelType w:val="singleLevel"/>
    <w:tmpl w:val="3D1EFFD4"/>
    <w:lvl w:ilvl="0">
      <w:start w:val="1"/>
      <w:numFmt w:val="bullet"/>
      <w:pStyle w:val="ListBullet2"/>
      <w:lvlText w:val=""/>
      <w:lvlJc w:val="left"/>
      <w:pPr>
        <w:tabs>
          <w:tab w:val="num" w:pos="720"/>
        </w:tabs>
        <w:ind w:left="720" w:hanging="360"/>
      </w:pPr>
      <w:rPr>
        <w:rFonts w:ascii="Symbol" w:hAnsi="Symbol" w:hint="default"/>
      </w:rPr>
    </w:lvl>
  </w:abstractNum>
  <w:abstractNum w:abstractNumId="7">
    <w:nsid w:val="FFFFFF88"/>
    <w:multiLevelType w:val="singleLevel"/>
    <w:tmpl w:val="D0A62B40"/>
    <w:lvl w:ilvl="0">
      <w:start w:val="1"/>
      <w:numFmt w:val="decimal"/>
      <w:pStyle w:val="ListNumber"/>
      <w:lvlText w:val="%1."/>
      <w:lvlJc w:val="left"/>
      <w:pPr>
        <w:tabs>
          <w:tab w:val="num" w:pos="360"/>
        </w:tabs>
        <w:ind w:left="360" w:hanging="360"/>
      </w:pPr>
    </w:lvl>
  </w:abstractNum>
  <w:abstractNum w:abstractNumId="8">
    <w:nsid w:val="FFFFFF89"/>
    <w:multiLevelType w:val="singleLevel"/>
    <w:tmpl w:val="29761A62"/>
    <w:lvl w:ilvl="0">
      <w:start w:val="1"/>
      <w:numFmt w:val="bullet"/>
      <w:pStyle w:val="ListBullet"/>
      <w:lvlText w:val=""/>
      <w:lvlJc w:val="left"/>
      <w:pPr>
        <w:tabs>
          <w:tab w:val="num" w:pos="360"/>
        </w:tabs>
        <w:ind w:left="360" w:hanging="360"/>
      </w:pPr>
      <w:rPr>
        <w:rFonts w:ascii="Symbol" w:hAnsi="Symbol" w:hint="default"/>
      </w:rPr>
    </w:lvl>
  </w:abstractNum>
  <w:num w:numId="1">
    <w:abstractNumId w:val="8"/>
  </w:num>
  <w:num w:numId="2">
    <w:abstractNumId w:val="6"/>
  </w:num>
  <w:num w:numId="3">
    <w:abstractNumId w:val="5"/>
  </w:num>
  <w:num w:numId="4">
    <w:abstractNumId w:val="4"/>
  </w:num>
  <w:num w:numId="5">
    <w:abstractNumId w:val="7"/>
  </w:num>
  <w:num w:numId="6">
    <w:abstractNumId w:val="3"/>
  </w:num>
  <w:num w:numId="7">
    <w:abstractNumId w:val="2"/>
  </w:num>
  <w:num w:numId="8">
    <w:abstractNumId w:val="1"/>
  </w:num>
  <w:num w:numId="9">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val="bestFit"/>
  <w:proofState w:spelling="clean" w:grammar="clean"/>
  <w:defaultTabStop w:val="720"/>
  <w:characterSpacingControl w:val="doNotCompress"/>
  <w:savePreviewPicture/>
  <w:compat>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B47730"/>
    <w:rsid w:val="00034616"/>
    <w:rsid w:val="0006063C"/>
    <w:rsid w:val="0015074B"/>
    <w:rsid w:val="0029639D"/>
    <w:rsid w:val="00326F90"/>
    <w:rsid w:val="00AA1D8D"/>
    <w:rsid w:val="00B47730"/>
    <w:rsid w:val="00CB0664"/>
    <w:rsid w:val="00FC693F"/>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1027"/>
    <o:shapelayout v:ext="edit">
      <o:idmap v:ext="edit" data="1"/>
    </o:shapelayout>
  </w:shapeDefaults>
  <w:decimalSymbol w:val="."/>
  <w:listSeparator w:val=","/>
  <w14:docId w14:val="24062061"/>
  <w14:defaultImageDpi w14:val="30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EastAsia"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76">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FC693F"/>
  </w:style>
  <w:style w:type="paragraph" w:styleId="Header">
    <w:name w:val="header"/>
    <w:basedOn w:val="Normal"/>
    <w:link w:val="HeaderChar"/>
    <w:uiPriority w:val="99"/>
    <w:unhideWhenUsed/>
    <w:rsid w:val="00E618BF"/>
    <w:pPr>
      <w:tabs>
        <w:tab w:val="center" w:pos="4680"/>
        <w:tab w:val="right" w:pos="9360"/>
      </w:tabs>
      <w:spacing w:after="0" w:line="240" w:lineRule="auto"/>
    </w:pPr>
  </w:style>
  <w:style w:type="character" w:customStyle="1" w:styleId="HeaderChar">
    <w:name w:val="Header Char"/>
    <w:basedOn w:val="DefaultParagraphFont"/>
    <w:link w:val="Header"/>
    <w:uiPriority w:val="99"/>
    <w:rsid w:val="00E618BF"/>
  </w:style>
  <w:style w:type="paragraph" w:styleId="Footer">
    <w:name w:val="footer"/>
    <w:basedOn w:val="Normal"/>
    <w:link w:val="FooterChar"/>
    <w:uiPriority w:val="99"/>
    <w:unhideWhenUsed/>
    <w:rsid w:val="00E618BF"/>
    <w:pPr>
      <w:tabs>
        <w:tab w:val="center" w:pos="4680"/>
        <w:tab w:val="right" w:pos="9360"/>
      </w:tabs>
      <w:spacing w:after="0" w:line="240" w:lineRule="auto"/>
    </w:pPr>
  </w:style>
  <w:style w:type="character" w:customStyle="1" w:styleId="FooterChar">
    <w:name w:val="Footer Char"/>
    <w:basedOn w:val="DefaultParagraphFont"/>
    <w:link w:val="Footer"/>
    <w:uiPriority w:val="99"/>
    <w:rsid w:val="00E618BF"/>
  </w:style>
  <w:style w:type="paragraph" w:styleId="Heading1">
    <w:name w:val="heading 1"/>
    <w:basedOn w:val="Normal"/>
    <w:next w:val="Normal"/>
    <w:link w:val="Heading1Char"/>
    <w:uiPriority w:val="9"/>
    <w:qFormat/>
    <w:rsid w:val="00FC693F"/>
    <w:pPr>
      <w:keepNext/>
      <w:keepLines/>
      <w:spacing w:before="480" w:after="0"/>
      <w:outlineLvl w:val="0"/>
    </w:pPr>
    <w:rPr>
      <w:rFonts w:asciiTheme="majorHAnsi" w:eastAsiaTheme="majorEastAsia" w:hAnsiTheme="majorHAnsi" w:cstheme="majorBidi"/>
      <w:b/>
      <w:bCs/>
      <w:color w:val="365F91" w:themeColor="accent1" w:themeShade="BF"/>
      <w:sz w:val="28"/>
      <w:szCs w:val="28"/>
    </w:rPr>
  </w:style>
  <w:style w:type="paragraph" w:styleId="Heading2">
    <w:name w:val="heading 2"/>
    <w:basedOn w:val="Normal"/>
    <w:next w:val="Normal"/>
    <w:link w:val="Heading2Char"/>
    <w:uiPriority w:val="9"/>
    <w:unhideWhenUsed/>
    <w:qFormat/>
    <w:rsid w:val="00FC693F"/>
    <w:pPr>
      <w:keepNext/>
      <w:keepLines/>
      <w:spacing w:before="200" w:after="0"/>
      <w:outlineLvl w:val="1"/>
    </w:pPr>
    <w:rPr>
      <w:rFonts w:asciiTheme="majorHAnsi" w:eastAsiaTheme="majorEastAsia" w:hAnsiTheme="majorHAnsi" w:cstheme="majorBidi"/>
      <w:b/>
      <w:bCs/>
      <w:color w:val="4F81BD" w:themeColor="accent1"/>
      <w:sz w:val="26"/>
      <w:szCs w:val="26"/>
    </w:rPr>
  </w:style>
  <w:style w:type="paragraph" w:styleId="Heading3">
    <w:name w:val="heading 3"/>
    <w:basedOn w:val="Normal"/>
    <w:next w:val="Normal"/>
    <w:link w:val="Heading3Char"/>
    <w:uiPriority w:val="9"/>
    <w:unhideWhenUsed/>
    <w:qFormat/>
    <w:rsid w:val="00FC693F"/>
    <w:pPr>
      <w:keepNext/>
      <w:keepLines/>
      <w:spacing w:before="200" w:after="0"/>
      <w:outlineLvl w:val="2"/>
    </w:pPr>
    <w:rPr>
      <w:rFonts w:asciiTheme="majorHAnsi" w:eastAsiaTheme="majorEastAsia" w:hAnsiTheme="majorHAnsi" w:cstheme="majorBidi"/>
      <w:b/>
      <w:bCs/>
      <w:color w:val="4F81BD" w:themeColor="accent1"/>
    </w:rPr>
  </w:style>
  <w:style w:type="paragraph" w:styleId="Heading4">
    <w:name w:val="heading 4"/>
    <w:basedOn w:val="Normal"/>
    <w:next w:val="Normal"/>
    <w:link w:val="Heading4Char"/>
    <w:uiPriority w:val="9"/>
    <w:semiHidden/>
    <w:unhideWhenUsed/>
    <w:qFormat/>
    <w:rsid w:val="00FC693F"/>
    <w:pPr>
      <w:keepNext/>
      <w:keepLines/>
      <w:spacing w:before="200" w:after="0"/>
      <w:outlineLvl w:val="3"/>
    </w:pPr>
    <w:rPr>
      <w:rFonts w:asciiTheme="majorHAnsi" w:eastAsiaTheme="majorEastAsia" w:hAnsiTheme="majorHAnsi" w:cstheme="majorBidi"/>
      <w:b/>
      <w:bCs/>
      <w:i/>
      <w:iCs/>
      <w:color w:val="4F81BD" w:themeColor="accent1"/>
    </w:rPr>
  </w:style>
  <w:style w:type="paragraph" w:styleId="Heading5">
    <w:name w:val="heading 5"/>
    <w:basedOn w:val="Normal"/>
    <w:next w:val="Normal"/>
    <w:link w:val="Heading5Char"/>
    <w:uiPriority w:val="9"/>
    <w:semiHidden/>
    <w:unhideWhenUsed/>
    <w:qFormat/>
    <w:rsid w:val="00FC693F"/>
    <w:pPr>
      <w:keepNext/>
      <w:keepLines/>
      <w:spacing w:before="200" w:after="0"/>
      <w:outlineLvl w:val="4"/>
    </w:pPr>
    <w:rPr>
      <w:rFonts w:asciiTheme="majorHAnsi" w:eastAsiaTheme="majorEastAsia" w:hAnsiTheme="majorHAnsi" w:cstheme="majorBidi"/>
      <w:color w:val="243F60" w:themeColor="accent1" w:themeShade="7F"/>
    </w:rPr>
  </w:style>
  <w:style w:type="paragraph" w:styleId="Heading6">
    <w:name w:val="heading 6"/>
    <w:basedOn w:val="Normal"/>
    <w:next w:val="Normal"/>
    <w:link w:val="Heading6Char"/>
    <w:uiPriority w:val="9"/>
    <w:semiHidden/>
    <w:unhideWhenUsed/>
    <w:qFormat/>
    <w:rsid w:val="00FC693F"/>
    <w:pPr>
      <w:keepNext/>
      <w:keepLines/>
      <w:spacing w:before="200" w:after="0"/>
      <w:outlineLvl w:val="5"/>
    </w:pPr>
    <w:rPr>
      <w:rFonts w:asciiTheme="majorHAnsi" w:eastAsiaTheme="majorEastAsia" w:hAnsiTheme="majorHAnsi" w:cstheme="majorBidi"/>
      <w:i/>
      <w:iCs/>
      <w:color w:val="243F60" w:themeColor="accent1" w:themeShade="7F"/>
    </w:rPr>
  </w:style>
  <w:style w:type="paragraph" w:styleId="Heading7">
    <w:name w:val="heading 7"/>
    <w:basedOn w:val="Normal"/>
    <w:next w:val="Normal"/>
    <w:link w:val="Heading7Char"/>
    <w:uiPriority w:val="9"/>
    <w:semiHidden/>
    <w:unhideWhenUsed/>
    <w:qFormat/>
    <w:rsid w:val="00FC693F"/>
    <w:pPr>
      <w:keepNext/>
      <w:keepLines/>
      <w:spacing w:before="200" w:after="0"/>
      <w:outlineLvl w:val="6"/>
    </w:pPr>
    <w:rPr>
      <w:rFonts w:asciiTheme="majorHAnsi" w:eastAsiaTheme="majorEastAsia" w:hAnsiTheme="majorHAnsi" w:cstheme="majorBidi"/>
      <w:i/>
      <w:iCs/>
      <w:color w:val="404040" w:themeColor="text1" w:themeTint="BF"/>
    </w:rPr>
  </w:style>
  <w:style w:type="paragraph" w:styleId="Heading8">
    <w:name w:val="heading 8"/>
    <w:basedOn w:val="Normal"/>
    <w:next w:val="Normal"/>
    <w:link w:val="Heading8Char"/>
    <w:uiPriority w:val="9"/>
    <w:semiHidden/>
    <w:unhideWhenUsed/>
    <w:qFormat/>
    <w:rsid w:val="00FC693F"/>
    <w:pPr>
      <w:keepNext/>
      <w:keepLines/>
      <w:spacing w:before="200" w:after="0"/>
      <w:outlineLvl w:val="7"/>
    </w:pPr>
    <w:rPr>
      <w:rFonts w:asciiTheme="majorHAnsi" w:eastAsiaTheme="majorEastAsia" w:hAnsiTheme="majorHAnsi" w:cstheme="majorBidi"/>
      <w:color w:val="4F81BD" w:themeColor="accent1"/>
      <w:sz w:val="20"/>
      <w:szCs w:val="20"/>
    </w:rPr>
  </w:style>
  <w:style w:type="paragraph" w:styleId="Heading9">
    <w:name w:val="heading 9"/>
    <w:basedOn w:val="Normal"/>
    <w:next w:val="Normal"/>
    <w:link w:val="Heading9Char"/>
    <w:uiPriority w:val="9"/>
    <w:semiHidden/>
    <w:unhideWhenUsed/>
    <w:qFormat/>
    <w:rsid w:val="00FC693F"/>
    <w:pPr>
      <w:keepNext/>
      <w:keepLines/>
      <w:spacing w:before="200" w:after="0"/>
      <w:outlineLvl w:val="8"/>
    </w:pPr>
    <w:rPr>
      <w:rFonts w:asciiTheme="majorHAnsi" w:eastAsiaTheme="majorEastAsia" w:hAnsiTheme="majorHAnsi" w:cstheme="majorBidi"/>
      <w:i/>
      <w:iCs/>
      <w:color w:val="404040" w:themeColor="text1" w:themeTint="BF"/>
      <w:sz w:val="20"/>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NoSpacing">
    <w:name w:val="No Spacing"/>
    <w:uiPriority w:val="1"/>
    <w:qFormat/>
    <w:rsid w:val="00FC693F"/>
    <w:pPr>
      <w:spacing w:after="0" w:line="240" w:lineRule="auto"/>
    </w:pPr>
  </w:style>
  <w:style w:type="character" w:customStyle="1" w:styleId="Heading1Char">
    <w:name w:val="Heading 1 Char"/>
    <w:basedOn w:val="DefaultParagraphFont"/>
    <w:link w:val="Heading1"/>
    <w:uiPriority w:val="9"/>
    <w:rsid w:val="00FC693F"/>
    <w:rPr>
      <w:rFonts w:asciiTheme="majorHAnsi" w:eastAsiaTheme="majorEastAsia" w:hAnsiTheme="majorHAnsi" w:cstheme="majorBidi"/>
      <w:b/>
      <w:bCs/>
      <w:color w:val="365F91" w:themeColor="accent1" w:themeShade="BF"/>
      <w:sz w:val="28"/>
      <w:szCs w:val="28"/>
    </w:rPr>
  </w:style>
  <w:style w:type="character" w:customStyle="1" w:styleId="Heading2Char">
    <w:name w:val="Heading 2 Char"/>
    <w:basedOn w:val="DefaultParagraphFont"/>
    <w:link w:val="Heading2"/>
    <w:uiPriority w:val="9"/>
    <w:rsid w:val="00FC693F"/>
    <w:rPr>
      <w:rFonts w:asciiTheme="majorHAnsi" w:eastAsiaTheme="majorEastAsia" w:hAnsiTheme="majorHAnsi" w:cstheme="majorBidi"/>
      <w:b/>
      <w:bCs/>
      <w:color w:val="4F81BD" w:themeColor="accent1"/>
      <w:sz w:val="26"/>
      <w:szCs w:val="26"/>
    </w:rPr>
  </w:style>
  <w:style w:type="character" w:customStyle="1" w:styleId="Heading3Char">
    <w:name w:val="Heading 3 Char"/>
    <w:basedOn w:val="DefaultParagraphFont"/>
    <w:link w:val="Heading3"/>
    <w:uiPriority w:val="9"/>
    <w:rsid w:val="00FC693F"/>
    <w:rPr>
      <w:rFonts w:asciiTheme="majorHAnsi" w:eastAsiaTheme="majorEastAsia" w:hAnsiTheme="majorHAnsi" w:cstheme="majorBidi"/>
      <w:b/>
      <w:bCs/>
      <w:color w:val="4F81BD" w:themeColor="accent1"/>
    </w:rPr>
  </w:style>
  <w:style w:type="paragraph" w:styleId="Title">
    <w:name w:val="Title"/>
    <w:basedOn w:val="Normal"/>
    <w:next w:val="Normal"/>
    <w:link w:val="TitleChar"/>
    <w:uiPriority w:val="10"/>
    <w:qFormat/>
    <w:rsid w:val="00FC693F"/>
    <w:pPr>
      <w:pBdr>
        <w:bottom w:val="single" w:sz="8" w:space="4" w:color="4F81BD" w:themeColor="accent1"/>
      </w:pBdr>
      <w:spacing w:after="300" w:line="240" w:lineRule="auto"/>
      <w:contextualSpacing/>
    </w:pPr>
    <w:rPr>
      <w:rFonts w:asciiTheme="majorHAnsi" w:eastAsiaTheme="majorEastAsia" w:hAnsiTheme="majorHAnsi" w:cstheme="majorBidi"/>
      <w:color w:val="17365D" w:themeColor="text2" w:themeShade="BF"/>
      <w:spacing w:val="5"/>
      <w:kern w:val="28"/>
      <w:sz w:val="52"/>
      <w:szCs w:val="52"/>
    </w:rPr>
  </w:style>
  <w:style w:type="character" w:customStyle="1" w:styleId="TitleChar">
    <w:name w:val="Title Char"/>
    <w:basedOn w:val="DefaultParagraphFont"/>
    <w:link w:val="Title"/>
    <w:uiPriority w:val="10"/>
    <w:rsid w:val="00FC693F"/>
    <w:rPr>
      <w:rFonts w:asciiTheme="majorHAnsi" w:eastAsiaTheme="majorEastAsia" w:hAnsiTheme="majorHAnsi" w:cstheme="majorBidi"/>
      <w:color w:val="17365D" w:themeColor="text2" w:themeShade="BF"/>
      <w:spacing w:val="5"/>
      <w:kern w:val="28"/>
      <w:sz w:val="52"/>
      <w:szCs w:val="52"/>
    </w:rPr>
  </w:style>
  <w:style w:type="paragraph" w:styleId="Subtitle">
    <w:name w:val="Subtitle"/>
    <w:basedOn w:val="Normal"/>
    <w:next w:val="Normal"/>
    <w:link w:val="SubtitleChar"/>
    <w:uiPriority w:val="11"/>
    <w:qFormat/>
    <w:rsid w:val="00FC693F"/>
    <w:pPr>
      <w:numPr>
        <w:ilvl w:val="1"/>
      </w:numPr>
    </w:pPr>
    <w:rPr>
      <w:rFonts w:asciiTheme="majorHAnsi" w:eastAsiaTheme="majorEastAsia" w:hAnsiTheme="majorHAnsi" w:cstheme="majorBidi"/>
      <w:i/>
      <w:iCs/>
      <w:color w:val="4F81BD" w:themeColor="accent1"/>
      <w:spacing w:val="15"/>
      <w:sz w:val="24"/>
      <w:szCs w:val="24"/>
    </w:rPr>
  </w:style>
  <w:style w:type="character" w:customStyle="1" w:styleId="SubtitleChar">
    <w:name w:val="Subtitle Char"/>
    <w:basedOn w:val="DefaultParagraphFont"/>
    <w:link w:val="Subtitle"/>
    <w:uiPriority w:val="11"/>
    <w:rsid w:val="00FC693F"/>
    <w:rPr>
      <w:rFonts w:asciiTheme="majorHAnsi" w:eastAsiaTheme="majorEastAsia" w:hAnsiTheme="majorHAnsi" w:cstheme="majorBidi"/>
      <w:i/>
      <w:iCs/>
      <w:color w:val="4F81BD" w:themeColor="accent1"/>
      <w:spacing w:val="15"/>
      <w:sz w:val="24"/>
      <w:szCs w:val="24"/>
    </w:rPr>
  </w:style>
  <w:style w:type="paragraph" w:styleId="ListParagraph">
    <w:name w:val="List Paragraph"/>
    <w:basedOn w:val="Normal"/>
    <w:uiPriority w:val="34"/>
    <w:qFormat/>
    <w:rsid w:val="00FC693F"/>
    <w:pPr>
      <w:ind w:left="720"/>
      <w:contextualSpacing/>
    </w:pPr>
  </w:style>
  <w:style w:type="paragraph" w:styleId="BodyText">
    <w:name w:val="Body Text"/>
    <w:basedOn w:val="Normal"/>
    <w:link w:val="BodyTextChar"/>
    <w:uiPriority w:val="99"/>
    <w:unhideWhenUsed/>
    <w:rsid w:val="00AA1D8D"/>
    <w:pPr>
      <w:spacing w:after="120"/>
    </w:pPr>
  </w:style>
  <w:style w:type="character" w:customStyle="1" w:styleId="BodyTextChar">
    <w:name w:val="Body Text Char"/>
    <w:basedOn w:val="DefaultParagraphFont"/>
    <w:link w:val="BodyText"/>
    <w:uiPriority w:val="99"/>
    <w:rsid w:val="00AA1D8D"/>
  </w:style>
  <w:style w:type="paragraph" w:styleId="BodyText2">
    <w:name w:val="Body Text 2"/>
    <w:basedOn w:val="Normal"/>
    <w:link w:val="BodyText2Char"/>
    <w:uiPriority w:val="99"/>
    <w:unhideWhenUsed/>
    <w:rsid w:val="00AA1D8D"/>
    <w:pPr>
      <w:spacing w:after="120" w:line="480" w:lineRule="auto"/>
    </w:pPr>
  </w:style>
  <w:style w:type="character" w:customStyle="1" w:styleId="BodyText2Char">
    <w:name w:val="Body Text 2 Char"/>
    <w:basedOn w:val="DefaultParagraphFont"/>
    <w:link w:val="BodyText2"/>
    <w:uiPriority w:val="99"/>
    <w:rsid w:val="00AA1D8D"/>
  </w:style>
  <w:style w:type="paragraph" w:styleId="BodyText3">
    <w:name w:val="Body Text 3"/>
    <w:basedOn w:val="Normal"/>
    <w:link w:val="BodyText3Char"/>
    <w:uiPriority w:val="99"/>
    <w:unhideWhenUsed/>
    <w:rsid w:val="00AA1D8D"/>
    <w:pPr>
      <w:spacing w:after="120"/>
    </w:pPr>
    <w:rPr>
      <w:sz w:val="16"/>
      <w:szCs w:val="16"/>
    </w:rPr>
  </w:style>
  <w:style w:type="character" w:customStyle="1" w:styleId="BodyText3Char">
    <w:name w:val="Body Text 3 Char"/>
    <w:basedOn w:val="DefaultParagraphFont"/>
    <w:link w:val="BodyText3"/>
    <w:uiPriority w:val="99"/>
    <w:rsid w:val="00AA1D8D"/>
    <w:rPr>
      <w:sz w:val="16"/>
      <w:szCs w:val="16"/>
    </w:rPr>
  </w:style>
  <w:style w:type="paragraph" w:styleId="List">
    <w:name w:val="List"/>
    <w:basedOn w:val="Normal"/>
    <w:uiPriority w:val="99"/>
    <w:unhideWhenUsed/>
    <w:rsid w:val="00AA1D8D"/>
    <w:pPr>
      <w:ind w:left="360" w:hanging="360"/>
      <w:contextualSpacing/>
    </w:pPr>
  </w:style>
  <w:style w:type="paragraph" w:styleId="List2">
    <w:name w:val="List 2"/>
    <w:basedOn w:val="Normal"/>
    <w:uiPriority w:val="99"/>
    <w:unhideWhenUsed/>
    <w:rsid w:val="00326F90"/>
    <w:pPr>
      <w:ind w:left="720" w:hanging="360"/>
      <w:contextualSpacing/>
    </w:pPr>
  </w:style>
  <w:style w:type="paragraph" w:styleId="List3">
    <w:name w:val="List 3"/>
    <w:basedOn w:val="Normal"/>
    <w:uiPriority w:val="99"/>
    <w:unhideWhenUsed/>
    <w:rsid w:val="00326F90"/>
    <w:pPr>
      <w:ind w:left="1080" w:hanging="360"/>
      <w:contextualSpacing/>
    </w:pPr>
  </w:style>
  <w:style w:type="paragraph" w:styleId="ListBullet">
    <w:name w:val="List Bullet"/>
    <w:basedOn w:val="Normal"/>
    <w:uiPriority w:val="99"/>
    <w:unhideWhenUsed/>
    <w:rsid w:val="00326F90"/>
    <w:pPr>
      <w:numPr>
        <w:numId w:val="1"/>
      </w:numPr>
      <w:contextualSpacing/>
    </w:pPr>
  </w:style>
  <w:style w:type="paragraph" w:styleId="ListBullet2">
    <w:name w:val="List Bullet 2"/>
    <w:basedOn w:val="Normal"/>
    <w:uiPriority w:val="99"/>
    <w:unhideWhenUsed/>
    <w:rsid w:val="00326F90"/>
    <w:pPr>
      <w:numPr>
        <w:numId w:val="2"/>
      </w:numPr>
      <w:contextualSpacing/>
    </w:pPr>
  </w:style>
  <w:style w:type="paragraph" w:styleId="ListBullet3">
    <w:name w:val="List Bullet 3"/>
    <w:basedOn w:val="Normal"/>
    <w:uiPriority w:val="99"/>
    <w:unhideWhenUsed/>
    <w:rsid w:val="00326F90"/>
    <w:pPr>
      <w:numPr>
        <w:numId w:val="3"/>
      </w:numPr>
      <w:contextualSpacing/>
    </w:pPr>
  </w:style>
  <w:style w:type="paragraph" w:styleId="ListNumber">
    <w:name w:val="List Number"/>
    <w:basedOn w:val="Normal"/>
    <w:uiPriority w:val="99"/>
    <w:unhideWhenUsed/>
    <w:rsid w:val="00326F90"/>
    <w:pPr>
      <w:numPr>
        <w:numId w:val="5"/>
      </w:numPr>
      <w:contextualSpacing/>
    </w:pPr>
  </w:style>
  <w:style w:type="paragraph" w:styleId="ListNumber2">
    <w:name w:val="List Number 2"/>
    <w:basedOn w:val="Normal"/>
    <w:uiPriority w:val="99"/>
    <w:unhideWhenUsed/>
    <w:rsid w:val="0029639D"/>
    <w:pPr>
      <w:numPr>
        <w:numId w:val="6"/>
      </w:numPr>
      <w:contextualSpacing/>
    </w:pPr>
  </w:style>
  <w:style w:type="paragraph" w:styleId="ListNumber3">
    <w:name w:val="List Number 3"/>
    <w:basedOn w:val="Normal"/>
    <w:uiPriority w:val="99"/>
    <w:unhideWhenUsed/>
    <w:rsid w:val="0029639D"/>
    <w:pPr>
      <w:numPr>
        <w:numId w:val="7"/>
      </w:numPr>
      <w:contextualSpacing/>
    </w:pPr>
  </w:style>
  <w:style w:type="paragraph" w:styleId="ListContinue">
    <w:name w:val="List Continue"/>
    <w:basedOn w:val="Normal"/>
    <w:uiPriority w:val="99"/>
    <w:unhideWhenUsed/>
    <w:rsid w:val="0029639D"/>
    <w:pPr>
      <w:spacing w:after="120"/>
      <w:ind w:left="360"/>
      <w:contextualSpacing/>
    </w:pPr>
  </w:style>
  <w:style w:type="paragraph" w:styleId="ListContinue2">
    <w:name w:val="List Continue 2"/>
    <w:basedOn w:val="Normal"/>
    <w:uiPriority w:val="99"/>
    <w:unhideWhenUsed/>
    <w:rsid w:val="0029639D"/>
    <w:pPr>
      <w:spacing w:after="120"/>
      <w:ind w:left="720"/>
      <w:contextualSpacing/>
    </w:pPr>
  </w:style>
  <w:style w:type="paragraph" w:styleId="ListContinue3">
    <w:name w:val="List Continue 3"/>
    <w:basedOn w:val="Normal"/>
    <w:uiPriority w:val="99"/>
    <w:unhideWhenUsed/>
    <w:rsid w:val="0029639D"/>
    <w:pPr>
      <w:spacing w:after="120"/>
      <w:ind w:left="1080"/>
      <w:contextualSpacing/>
    </w:pPr>
  </w:style>
  <w:style w:type="paragraph" w:styleId="MacroText">
    <w:name w:val="macro"/>
    <w:link w:val="MacroTextChar"/>
    <w:uiPriority w:val="99"/>
    <w:unhideWhenUsed/>
    <w:rsid w:val="0029639D"/>
    <w:pPr>
      <w:tabs>
        <w:tab w:val="left" w:pos="576"/>
        <w:tab w:val="left" w:pos="1152"/>
        <w:tab w:val="left" w:pos="1728"/>
        <w:tab w:val="left" w:pos="2304"/>
        <w:tab w:val="left" w:pos="2880"/>
        <w:tab w:val="left" w:pos="3456"/>
        <w:tab w:val="left" w:pos="4032"/>
      </w:tabs>
    </w:pPr>
    <w:rPr>
      <w:rFonts w:ascii="Courier" w:hAnsi="Courier"/>
      <w:sz w:val="20"/>
      <w:szCs w:val="20"/>
    </w:rPr>
  </w:style>
  <w:style w:type="character" w:customStyle="1" w:styleId="MacroTextChar">
    <w:name w:val="Macro Text Char"/>
    <w:basedOn w:val="DefaultParagraphFont"/>
    <w:link w:val="MacroText"/>
    <w:uiPriority w:val="99"/>
    <w:rsid w:val="0029639D"/>
    <w:rPr>
      <w:rFonts w:ascii="Courier" w:hAnsi="Courier"/>
      <w:sz w:val="20"/>
      <w:szCs w:val="20"/>
    </w:rPr>
  </w:style>
  <w:style w:type="paragraph" w:styleId="Quote">
    <w:name w:val="Quote"/>
    <w:basedOn w:val="Normal"/>
    <w:next w:val="Normal"/>
    <w:link w:val="QuoteChar"/>
    <w:uiPriority w:val="29"/>
    <w:qFormat/>
    <w:rsid w:val="00FC693F"/>
    <w:rPr>
      <w:i/>
      <w:iCs/>
      <w:color w:val="000000" w:themeColor="text1"/>
    </w:rPr>
  </w:style>
  <w:style w:type="character" w:customStyle="1" w:styleId="QuoteChar">
    <w:name w:val="Quote Char"/>
    <w:basedOn w:val="DefaultParagraphFont"/>
    <w:link w:val="Quote"/>
    <w:uiPriority w:val="29"/>
    <w:rsid w:val="00FC693F"/>
    <w:rPr>
      <w:i/>
      <w:iCs/>
      <w:color w:val="000000" w:themeColor="text1"/>
    </w:rPr>
  </w:style>
  <w:style w:type="character" w:customStyle="1" w:styleId="Heading4Char">
    <w:name w:val="Heading 4 Char"/>
    <w:basedOn w:val="DefaultParagraphFont"/>
    <w:link w:val="Heading4"/>
    <w:uiPriority w:val="9"/>
    <w:semiHidden/>
    <w:rsid w:val="00FC693F"/>
    <w:rPr>
      <w:rFonts w:asciiTheme="majorHAnsi" w:eastAsiaTheme="majorEastAsia" w:hAnsiTheme="majorHAnsi" w:cstheme="majorBidi"/>
      <w:b/>
      <w:bCs/>
      <w:i/>
      <w:iCs/>
      <w:color w:val="4F81BD" w:themeColor="accent1"/>
    </w:rPr>
  </w:style>
  <w:style w:type="character" w:customStyle="1" w:styleId="Heading5Char">
    <w:name w:val="Heading 5 Char"/>
    <w:basedOn w:val="DefaultParagraphFont"/>
    <w:link w:val="Heading5"/>
    <w:uiPriority w:val="9"/>
    <w:semiHidden/>
    <w:rsid w:val="00FC693F"/>
    <w:rPr>
      <w:rFonts w:asciiTheme="majorHAnsi" w:eastAsiaTheme="majorEastAsia" w:hAnsiTheme="majorHAnsi" w:cstheme="majorBidi"/>
      <w:color w:val="243F60" w:themeColor="accent1" w:themeShade="7F"/>
    </w:rPr>
  </w:style>
  <w:style w:type="character" w:customStyle="1" w:styleId="Heading6Char">
    <w:name w:val="Heading 6 Char"/>
    <w:basedOn w:val="DefaultParagraphFont"/>
    <w:link w:val="Heading6"/>
    <w:uiPriority w:val="9"/>
    <w:semiHidden/>
    <w:rsid w:val="00FC693F"/>
    <w:rPr>
      <w:rFonts w:asciiTheme="majorHAnsi" w:eastAsiaTheme="majorEastAsia" w:hAnsiTheme="majorHAnsi" w:cstheme="majorBidi"/>
      <w:i/>
      <w:iCs/>
      <w:color w:val="243F60" w:themeColor="accent1" w:themeShade="7F"/>
    </w:rPr>
  </w:style>
  <w:style w:type="character" w:customStyle="1" w:styleId="Heading7Char">
    <w:name w:val="Heading 7 Char"/>
    <w:basedOn w:val="DefaultParagraphFont"/>
    <w:link w:val="Heading7"/>
    <w:uiPriority w:val="9"/>
    <w:semiHidden/>
    <w:rsid w:val="00FC693F"/>
    <w:rPr>
      <w:rFonts w:asciiTheme="majorHAnsi" w:eastAsiaTheme="majorEastAsia" w:hAnsiTheme="majorHAnsi" w:cstheme="majorBidi"/>
      <w:i/>
      <w:iCs/>
      <w:color w:val="404040" w:themeColor="text1" w:themeTint="BF"/>
    </w:rPr>
  </w:style>
  <w:style w:type="character" w:customStyle="1" w:styleId="Heading8Char">
    <w:name w:val="Heading 8 Char"/>
    <w:basedOn w:val="DefaultParagraphFont"/>
    <w:link w:val="Heading8"/>
    <w:uiPriority w:val="9"/>
    <w:semiHidden/>
    <w:rsid w:val="00FC693F"/>
    <w:rPr>
      <w:rFonts w:asciiTheme="majorHAnsi" w:eastAsiaTheme="majorEastAsia" w:hAnsiTheme="majorHAnsi" w:cstheme="majorBidi"/>
      <w:color w:val="4F81BD" w:themeColor="accent1"/>
      <w:sz w:val="20"/>
      <w:szCs w:val="20"/>
    </w:rPr>
  </w:style>
  <w:style w:type="character" w:customStyle="1" w:styleId="Heading9Char">
    <w:name w:val="Heading 9 Char"/>
    <w:basedOn w:val="DefaultParagraphFont"/>
    <w:link w:val="Heading9"/>
    <w:uiPriority w:val="9"/>
    <w:semiHidden/>
    <w:rsid w:val="00FC693F"/>
    <w:rPr>
      <w:rFonts w:asciiTheme="majorHAnsi" w:eastAsiaTheme="majorEastAsia" w:hAnsiTheme="majorHAnsi" w:cstheme="majorBidi"/>
      <w:i/>
      <w:iCs/>
      <w:color w:val="404040" w:themeColor="text1" w:themeTint="BF"/>
      <w:sz w:val="20"/>
      <w:szCs w:val="20"/>
    </w:rPr>
  </w:style>
  <w:style w:type="paragraph" w:styleId="Caption">
    <w:name w:val="caption"/>
    <w:basedOn w:val="Normal"/>
    <w:next w:val="Normal"/>
    <w:uiPriority w:val="35"/>
    <w:semiHidden/>
    <w:unhideWhenUsed/>
    <w:qFormat/>
    <w:rsid w:val="00FC693F"/>
    <w:pPr>
      <w:spacing w:line="240" w:lineRule="auto"/>
    </w:pPr>
    <w:rPr>
      <w:b/>
      <w:bCs/>
      <w:color w:val="4F81BD" w:themeColor="accent1"/>
      <w:sz w:val="18"/>
      <w:szCs w:val="18"/>
    </w:rPr>
  </w:style>
  <w:style w:type="character" w:styleId="Strong">
    <w:name w:val="Strong"/>
    <w:basedOn w:val="DefaultParagraphFont"/>
    <w:uiPriority w:val="22"/>
    <w:qFormat/>
    <w:rsid w:val="00FC693F"/>
    <w:rPr>
      <w:b/>
      <w:bCs/>
    </w:rPr>
  </w:style>
  <w:style w:type="character" w:styleId="Emphasis">
    <w:name w:val="Emphasis"/>
    <w:basedOn w:val="DefaultParagraphFont"/>
    <w:uiPriority w:val="20"/>
    <w:qFormat/>
    <w:rsid w:val="00FC693F"/>
    <w:rPr>
      <w:i/>
      <w:iCs/>
    </w:rPr>
  </w:style>
  <w:style w:type="paragraph" w:styleId="IntenseQuote">
    <w:name w:val="Intense Quote"/>
    <w:basedOn w:val="Normal"/>
    <w:next w:val="Normal"/>
    <w:link w:val="IntenseQuoteChar"/>
    <w:uiPriority w:val="30"/>
    <w:qFormat/>
    <w:rsid w:val="00FC693F"/>
    <w:pPr>
      <w:pBdr>
        <w:bottom w:val="single" w:sz="4" w:space="4" w:color="4F81BD" w:themeColor="accent1"/>
      </w:pBdr>
      <w:spacing w:before="200" w:after="280"/>
      <w:ind w:left="936" w:right="936"/>
    </w:pPr>
    <w:rPr>
      <w:b/>
      <w:bCs/>
      <w:i/>
      <w:iCs/>
      <w:color w:val="4F81BD" w:themeColor="accent1"/>
    </w:rPr>
  </w:style>
  <w:style w:type="character" w:customStyle="1" w:styleId="IntenseQuoteChar">
    <w:name w:val="Intense Quote Char"/>
    <w:basedOn w:val="DefaultParagraphFont"/>
    <w:link w:val="IntenseQuote"/>
    <w:uiPriority w:val="30"/>
    <w:rsid w:val="00FC693F"/>
    <w:rPr>
      <w:b/>
      <w:bCs/>
      <w:i/>
      <w:iCs/>
      <w:color w:val="4F81BD" w:themeColor="accent1"/>
    </w:rPr>
  </w:style>
  <w:style w:type="character" w:styleId="SubtleEmphasis">
    <w:name w:val="Subtle Emphasis"/>
    <w:basedOn w:val="DefaultParagraphFont"/>
    <w:uiPriority w:val="19"/>
    <w:qFormat/>
    <w:rsid w:val="00FC693F"/>
    <w:rPr>
      <w:i/>
      <w:iCs/>
      <w:color w:val="808080" w:themeColor="text1" w:themeTint="7F"/>
    </w:rPr>
  </w:style>
  <w:style w:type="character" w:styleId="IntenseEmphasis">
    <w:name w:val="Intense Emphasis"/>
    <w:basedOn w:val="DefaultParagraphFont"/>
    <w:uiPriority w:val="21"/>
    <w:qFormat/>
    <w:rsid w:val="00FC693F"/>
    <w:rPr>
      <w:b/>
      <w:bCs/>
      <w:i/>
      <w:iCs/>
      <w:color w:val="4F81BD" w:themeColor="accent1"/>
    </w:rPr>
  </w:style>
  <w:style w:type="character" w:styleId="SubtleReference">
    <w:name w:val="Subtle Reference"/>
    <w:basedOn w:val="DefaultParagraphFont"/>
    <w:uiPriority w:val="31"/>
    <w:qFormat/>
    <w:rsid w:val="00FC693F"/>
    <w:rPr>
      <w:smallCaps/>
      <w:color w:val="C0504D" w:themeColor="accent2"/>
      <w:u w:val="single"/>
    </w:rPr>
  </w:style>
  <w:style w:type="character" w:styleId="IntenseReference">
    <w:name w:val="Intense Reference"/>
    <w:basedOn w:val="DefaultParagraphFont"/>
    <w:uiPriority w:val="32"/>
    <w:qFormat/>
    <w:rsid w:val="00FC693F"/>
    <w:rPr>
      <w:b/>
      <w:bCs/>
      <w:smallCaps/>
      <w:color w:val="C0504D" w:themeColor="accent2"/>
      <w:spacing w:val="5"/>
      <w:u w:val="single"/>
    </w:rPr>
  </w:style>
  <w:style w:type="character" w:styleId="BookTitle">
    <w:name w:val="Book Title"/>
    <w:basedOn w:val="DefaultParagraphFont"/>
    <w:uiPriority w:val="33"/>
    <w:qFormat/>
    <w:rsid w:val="00FC693F"/>
    <w:rPr>
      <w:b/>
      <w:bCs/>
      <w:smallCaps/>
      <w:spacing w:val="5"/>
    </w:rPr>
  </w:style>
  <w:style w:type="paragraph" w:styleId="TOCHeading">
    <w:name w:val="TOC Heading"/>
    <w:basedOn w:val="Heading1"/>
    <w:next w:val="Normal"/>
    <w:uiPriority w:val="39"/>
    <w:semiHidden/>
    <w:unhideWhenUsed/>
    <w:qFormat/>
    <w:rsid w:val="00FC693F"/>
    <w:pPr>
      <w:outlineLvl w:val="9"/>
    </w:pPr>
  </w:style>
  <w:style w:type="table" w:styleId="TableGrid">
    <w:name w:val="Table Grid"/>
    <w:basedOn w:val="TableNormal"/>
    <w:uiPriority w:val="59"/>
    <w:rsid w:val="00FC693F"/>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styleId="LightShading">
    <w:name w:val="Light Shading"/>
    <w:basedOn w:val="TableNormal"/>
    <w:uiPriority w:val="60"/>
    <w:rsid w:val="00FC693F"/>
    <w:pPr>
      <w:spacing w:after="0" w:line="240" w:lineRule="auto"/>
    </w:pPr>
    <w:rPr>
      <w:color w:val="000000" w:themeColor="text1" w:themeShade="BF"/>
    </w:rPr>
    <w:tblPr>
      <w:tblStyleRowBandSize w:val="1"/>
      <w:tblStyleColBandSize w:val="1"/>
      <w:tblInd w:w="0" w:type="dxa"/>
      <w:tblBorders>
        <w:top w:val="single" w:sz="8" w:space="0" w:color="000000" w:themeColor="text1"/>
        <w:bottom w:val="single" w:sz="8" w:space="0" w:color="000000" w:themeColor="text1"/>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la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C0C0C0" w:themeFill="text1" w:themeFillTint="3F"/>
      </w:tcPr>
    </w:tblStylePr>
    <w:tblStylePr w:type="band1Horz">
      <w:tblPr/>
      <w:tcPr>
        <w:tcBorders>
          <w:left w:val="nil"/>
          <w:right w:val="nil"/>
          <w:insideH w:val="nil"/>
          <w:insideV w:val="nil"/>
        </w:tcBorders>
        <w:shd w:val="clear" w:color="auto" w:fill="C0C0C0" w:themeFill="text1" w:themeFillTint="3F"/>
      </w:tcPr>
    </w:tblStylePr>
  </w:style>
  <w:style w:type="table" w:styleId="LightShading-Accent1">
    <w:name w:val="Light Shading Accent 1"/>
    <w:basedOn w:val="TableNormal"/>
    <w:uiPriority w:val="60"/>
    <w:rsid w:val="00FC693F"/>
    <w:pPr>
      <w:spacing w:after="0" w:line="240" w:lineRule="auto"/>
    </w:pPr>
    <w:rPr>
      <w:color w:val="365F91" w:themeColor="accent1" w:themeShade="BF"/>
    </w:rPr>
    <w:tblPr>
      <w:tblStyleRowBandSize w:val="1"/>
      <w:tblStyleColBandSize w:val="1"/>
      <w:tblInd w:w="0" w:type="dxa"/>
      <w:tblBorders>
        <w:top w:val="single" w:sz="8" w:space="0" w:color="4F81BD" w:themeColor="accent1"/>
        <w:bottom w:val="single" w:sz="8" w:space="0" w:color="4F81BD" w:themeColor="accent1"/>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4F81BD" w:themeColor="accent1"/>
          <w:left w:val="nil"/>
          <w:bottom w:val="single" w:sz="8" w:space="0" w:color="4F81BD" w:themeColor="accent1"/>
          <w:right w:val="nil"/>
          <w:insideH w:val="nil"/>
          <w:insideV w:val="nil"/>
        </w:tcBorders>
      </w:tcPr>
    </w:tblStylePr>
    <w:tblStylePr w:type="lastRow">
      <w:pPr>
        <w:spacing w:before="0" w:after="0" w:line="240" w:lineRule="auto"/>
      </w:pPr>
      <w:rPr>
        <w:b/>
        <w:bCs/>
      </w:rPr>
      <w:tblPr/>
      <w:tcPr>
        <w:tcBorders>
          <w:top w:val="single" w:sz="8" w:space="0" w:color="4F81BD" w:themeColor="accent1"/>
          <w:left w:val="nil"/>
          <w:bottom w:val="single" w:sz="8" w:space="0" w:color="4F81BD" w:themeColor="accent1"/>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3DFEE" w:themeFill="accent1" w:themeFillTint="3F"/>
      </w:tcPr>
    </w:tblStylePr>
    <w:tblStylePr w:type="band1Horz">
      <w:tblPr/>
      <w:tcPr>
        <w:tcBorders>
          <w:left w:val="nil"/>
          <w:right w:val="nil"/>
          <w:insideH w:val="nil"/>
          <w:insideV w:val="nil"/>
        </w:tcBorders>
        <w:shd w:val="clear" w:color="auto" w:fill="D3DFEE" w:themeFill="accent1" w:themeFillTint="3F"/>
      </w:tcPr>
    </w:tblStylePr>
  </w:style>
  <w:style w:type="table" w:styleId="LightShading-Accent2">
    <w:name w:val="Light Shading Accent 2"/>
    <w:basedOn w:val="TableNormal"/>
    <w:uiPriority w:val="60"/>
    <w:rsid w:val="00FC693F"/>
    <w:pPr>
      <w:spacing w:after="0" w:line="240" w:lineRule="auto"/>
    </w:pPr>
    <w:rPr>
      <w:color w:val="943634" w:themeColor="accent2" w:themeShade="BF"/>
    </w:rPr>
    <w:tblPr>
      <w:tblStyleRowBandSize w:val="1"/>
      <w:tblStyleColBandSize w:val="1"/>
      <w:tblInd w:w="0" w:type="dxa"/>
      <w:tblBorders>
        <w:top w:val="single" w:sz="8" w:space="0" w:color="C0504D" w:themeColor="accent2"/>
        <w:bottom w:val="single" w:sz="8" w:space="0" w:color="C0504D" w:themeColor="accent2"/>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C0504D" w:themeColor="accent2"/>
          <w:left w:val="nil"/>
          <w:bottom w:val="single" w:sz="8" w:space="0" w:color="C0504D" w:themeColor="accent2"/>
          <w:right w:val="nil"/>
          <w:insideH w:val="nil"/>
          <w:insideV w:val="nil"/>
        </w:tcBorders>
      </w:tcPr>
    </w:tblStylePr>
    <w:tblStylePr w:type="lastRow">
      <w:pPr>
        <w:spacing w:before="0" w:after="0" w:line="240" w:lineRule="auto"/>
      </w:pPr>
      <w:rPr>
        <w:b/>
        <w:bCs/>
      </w:rPr>
      <w:tblPr/>
      <w:tcPr>
        <w:tcBorders>
          <w:top w:val="single" w:sz="8" w:space="0" w:color="C0504D" w:themeColor="accent2"/>
          <w:left w:val="nil"/>
          <w:bottom w:val="single" w:sz="8" w:space="0" w:color="C0504D" w:themeColor="accent2"/>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EFD3D2" w:themeFill="accent2" w:themeFillTint="3F"/>
      </w:tcPr>
    </w:tblStylePr>
    <w:tblStylePr w:type="band1Horz">
      <w:tblPr/>
      <w:tcPr>
        <w:tcBorders>
          <w:left w:val="nil"/>
          <w:right w:val="nil"/>
          <w:insideH w:val="nil"/>
          <w:insideV w:val="nil"/>
        </w:tcBorders>
        <w:shd w:val="clear" w:color="auto" w:fill="EFD3D2" w:themeFill="accent2" w:themeFillTint="3F"/>
      </w:tcPr>
    </w:tblStylePr>
  </w:style>
  <w:style w:type="table" w:styleId="LightShading-Accent3">
    <w:name w:val="Light Shading Accent 3"/>
    <w:basedOn w:val="TableNormal"/>
    <w:uiPriority w:val="60"/>
    <w:rsid w:val="00FC693F"/>
    <w:pPr>
      <w:spacing w:after="0" w:line="240" w:lineRule="auto"/>
    </w:pPr>
    <w:rPr>
      <w:color w:val="76923C" w:themeColor="accent3" w:themeShade="BF"/>
    </w:rPr>
    <w:tblPr>
      <w:tblStyleRowBandSize w:val="1"/>
      <w:tblStyleColBandSize w:val="1"/>
      <w:tblInd w:w="0" w:type="dxa"/>
      <w:tblBorders>
        <w:top w:val="single" w:sz="8" w:space="0" w:color="9BBB59" w:themeColor="accent3"/>
        <w:bottom w:val="single" w:sz="8" w:space="0" w:color="9BBB59" w:themeColor="accent3"/>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9BBB59" w:themeColor="accent3"/>
          <w:left w:val="nil"/>
          <w:bottom w:val="single" w:sz="8" w:space="0" w:color="9BBB59" w:themeColor="accent3"/>
          <w:right w:val="nil"/>
          <w:insideH w:val="nil"/>
          <w:insideV w:val="nil"/>
        </w:tcBorders>
      </w:tcPr>
    </w:tblStylePr>
    <w:tblStylePr w:type="lastRow">
      <w:pPr>
        <w:spacing w:before="0" w:after="0" w:line="240" w:lineRule="auto"/>
      </w:pPr>
      <w:rPr>
        <w:b/>
        <w:bCs/>
      </w:rPr>
      <w:tblPr/>
      <w:tcPr>
        <w:tcBorders>
          <w:top w:val="single" w:sz="8" w:space="0" w:color="9BBB59" w:themeColor="accent3"/>
          <w:left w:val="nil"/>
          <w:bottom w:val="single" w:sz="8" w:space="0" w:color="9BBB59" w:themeColor="accent3"/>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E6EED5" w:themeFill="accent3" w:themeFillTint="3F"/>
      </w:tcPr>
    </w:tblStylePr>
    <w:tblStylePr w:type="band1Horz">
      <w:tblPr/>
      <w:tcPr>
        <w:tcBorders>
          <w:left w:val="nil"/>
          <w:right w:val="nil"/>
          <w:insideH w:val="nil"/>
          <w:insideV w:val="nil"/>
        </w:tcBorders>
        <w:shd w:val="clear" w:color="auto" w:fill="E6EED5" w:themeFill="accent3" w:themeFillTint="3F"/>
      </w:tcPr>
    </w:tblStylePr>
  </w:style>
  <w:style w:type="table" w:styleId="LightShading-Accent4">
    <w:name w:val="Light Shading Accent 4"/>
    <w:basedOn w:val="TableNormal"/>
    <w:uiPriority w:val="60"/>
    <w:rsid w:val="00FC693F"/>
    <w:pPr>
      <w:spacing w:after="0" w:line="240" w:lineRule="auto"/>
    </w:pPr>
    <w:rPr>
      <w:color w:val="5F497A" w:themeColor="accent4" w:themeShade="BF"/>
    </w:rPr>
    <w:tblPr>
      <w:tblStyleRowBandSize w:val="1"/>
      <w:tblStyleColBandSize w:val="1"/>
      <w:tblInd w:w="0" w:type="dxa"/>
      <w:tblBorders>
        <w:top w:val="single" w:sz="8" w:space="0" w:color="8064A2" w:themeColor="accent4"/>
        <w:bottom w:val="single" w:sz="8" w:space="0" w:color="8064A2" w:themeColor="accent4"/>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8064A2" w:themeColor="accent4"/>
          <w:left w:val="nil"/>
          <w:bottom w:val="single" w:sz="8" w:space="0" w:color="8064A2" w:themeColor="accent4"/>
          <w:right w:val="nil"/>
          <w:insideH w:val="nil"/>
          <w:insideV w:val="nil"/>
        </w:tcBorders>
      </w:tcPr>
    </w:tblStylePr>
    <w:tblStylePr w:type="lastRow">
      <w:pPr>
        <w:spacing w:before="0" w:after="0" w:line="240" w:lineRule="auto"/>
      </w:pPr>
      <w:rPr>
        <w:b/>
        <w:bCs/>
      </w:rPr>
      <w:tblPr/>
      <w:tcPr>
        <w:tcBorders>
          <w:top w:val="single" w:sz="8" w:space="0" w:color="8064A2" w:themeColor="accent4"/>
          <w:left w:val="nil"/>
          <w:bottom w:val="single" w:sz="8" w:space="0" w:color="8064A2" w:themeColor="accent4"/>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FD8E8" w:themeFill="accent4" w:themeFillTint="3F"/>
      </w:tcPr>
    </w:tblStylePr>
    <w:tblStylePr w:type="band1Horz">
      <w:tblPr/>
      <w:tcPr>
        <w:tcBorders>
          <w:left w:val="nil"/>
          <w:right w:val="nil"/>
          <w:insideH w:val="nil"/>
          <w:insideV w:val="nil"/>
        </w:tcBorders>
        <w:shd w:val="clear" w:color="auto" w:fill="DFD8E8" w:themeFill="accent4" w:themeFillTint="3F"/>
      </w:tcPr>
    </w:tblStylePr>
  </w:style>
  <w:style w:type="table" w:styleId="LightShading-Accent5">
    <w:name w:val="Light Shading Accent 5"/>
    <w:basedOn w:val="TableNormal"/>
    <w:uiPriority w:val="60"/>
    <w:rsid w:val="00FC693F"/>
    <w:pPr>
      <w:spacing w:after="0" w:line="240" w:lineRule="auto"/>
    </w:pPr>
    <w:rPr>
      <w:color w:val="31849B" w:themeColor="accent5" w:themeShade="BF"/>
    </w:rPr>
    <w:tblPr>
      <w:tblStyleRowBandSize w:val="1"/>
      <w:tblStyleColBandSize w:val="1"/>
      <w:tblInd w:w="0" w:type="dxa"/>
      <w:tblBorders>
        <w:top w:val="single" w:sz="8" w:space="0" w:color="4BACC6" w:themeColor="accent5"/>
        <w:bottom w:val="single" w:sz="8" w:space="0" w:color="4BACC6" w:themeColor="accent5"/>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4BACC6" w:themeColor="accent5"/>
          <w:left w:val="nil"/>
          <w:bottom w:val="single" w:sz="8" w:space="0" w:color="4BACC6" w:themeColor="accent5"/>
          <w:right w:val="nil"/>
          <w:insideH w:val="nil"/>
          <w:insideV w:val="nil"/>
        </w:tcBorders>
      </w:tcPr>
    </w:tblStylePr>
    <w:tblStylePr w:type="lastRow">
      <w:pPr>
        <w:spacing w:before="0" w:after="0" w:line="240" w:lineRule="auto"/>
      </w:pPr>
      <w:rPr>
        <w:b/>
        <w:bCs/>
      </w:rPr>
      <w:tblPr/>
      <w:tcPr>
        <w:tcBorders>
          <w:top w:val="single" w:sz="8" w:space="0" w:color="4BACC6" w:themeColor="accent5"/>
          <w:left w:val="nil"/>
          <w:bottom w:val="single" w:sz="8" w:space="0" w:color="4BACC6" w:themeColor="accent5"/>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2EAF1" w:themeFill="accent5" w:themeFillTint="3F"/>
      </w:tcPr>
    </w:tblStylePr>
    <w:tblStylePr w:type="band1Horz">
      <w:tblPr/>
      <w:tcPr>
        <w:tcBorders>
          <w:left w:val="nil"/>
          <w:right w:val="nil"/>
          <w:insideH w:val="nil"/>
          <w:insideV w:val="nil"/>
        </w:tcBorders>
        <w:shd w:val="clear" w:color="auto" w:fill="D2EAF1" w:themeFill="accent5" w:themeFillTint="3F"/>
      </w:tcPr>
    </w:tblStylePr>
  </w:style>
  <w:style w:type="table" w:styleId="LightShading-Accent6">
    <w:name w:val="Light Shading Accent 6"/>
    <w:basedOn w:val="TableNormal"/>
    <w:uiPriority w:val="60"/>
    <w:rsid w:val="00FC693F"/>
    <w:pPr>
      <w:spacing w:after="0" w:line="240" w:lineRule="auto"/>
    </w:pPr>
    <w:rPr>
      <w:color w:val="E36C0A" w:themeColor="accent6" w:themeShade="BF"/>
    </w:rPr>
    <w:tblPr>
      <w:tblStyleRowBandSize w:val="1"/>
      <w:tblStyleColBandSize w:val="1"/>
      <w:tblInd w:w="0" w:type="dxa"/>
      <w:tblBorders>
        <w:top w:val="single" w:sz="8" w:space="0" w:color="F79646" w:themeColor="accent6"/>
        <w:bottom w:val="single" w:sz="8" w:space="0" w:color="F79646" w:themeColor="accent6"/>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F79646" w:themeColor="accent6"/>
          <w:left w:val="nil"/>
          <w:bottom w:val="single" w:sz="8" w:space="0" w:color="F79646" w:themeColor="accent6"/>
          <w:right w:val="nil"/>
          <w:insideH w:val="nil"/>
          <w:insideV w:val="nil"/>
        </w:tcBorders>
      </w:tcPr>
    </w:tblStylePr>
    <w:tblStylePr w:type="lastRow">
      <w:pPr>
        <w:spacing w:before="0" w:after="0" w:line="240" w:lineRule="auto"/>
      </w:pPr>
      <w:rPr>
        <w:b/>
        <w:bCs/>
      </w:rPr>
      <w:tblPr/>
      <w:tcPr>
        <w:tcBorders>
          <w:top w:val="single" w:sz="8" w:space="0" w:color="F79646" w:themeColor="accent6"/>
          <w:left w:val="nil"/>
          <w:bottom w:val="single" w:sz="8" w:space="0" w:color="F79646" w:themeColor="accent6"/>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FDE4D0" w:themeFill="accent6" w:themeFillTint="3F"/>
      </w:tcPr>
    </w:tblStylePr>
    <w:tblStylePr w:type="band1Horz">
      <w:tblPr/>
      <w:tcPr>
        <w:tcBorders>
          <w:left w:val="nil"/>
          <w:right w:val="nil"/>
          <w:insideH w:val="nil"/>
          <w:insideV w:val="nil"/>
        </w:tcBorders>
        <w:shd w:val="clear" w:color="auto" w:fill="FDE4D0" w:themeFill="accent6" w:themeFillTint="3F"/>
      </w:tcPr>
    </w:tblStylePr>
  </w:style>
  <w:style w:type="table" w:styleId="LightList">
    <w:name w:val="Light List"/>
    <w:basedOn w:val="TableNormal"/>
    <w:uiPriority w:val="61"/>
    <w:rsid w:val="00FC693F"/>
    <w:pPr>
      <w:spacing w:after="0" w:line="240" w:lineRule="auto"/>
    </w:pPr>
    <w:tblPr>
      <w:tblStyleRowBandSize w:val="1"/>
      <w:tblStyleColBandSize w:val="1"/>
      <w:tblInd w:w="0" w:type="dxa"/>
      <w:tblBorders>
        <w:top w:val="single" w:sz="8" w:space="0" w:color="000000" w:themeColor="text1"/>
        <w:left w:val="single" w:sz="8" w:space="0" w:color="000000" w:themeColor="text1"/>
        <w:bottom w:val="single" w:sz="8" w:space="0" w:color="000000" w:themeColor="text1"/>
        <w:right w:val="single" w:sz="8" w:space="0" w:color="000000" w:themeColor="text1"/>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000000" w:themeFill="text1"/>
      </w:tcPr>
    </w:tblStylePr>
    <w:tblStylePr w:type="lastRow">
      <w:pPr>
        <w:spacing w:before="0" w:after="0" w:line="240" w:lineRule="auto"/>
      </w:pPr>
      <w:rPr>
        <w:b/>
        <w:bCs/>
      </w:rPr>
      <w:tblPr/>
      <w:tcPr>
        <w:tcBorders>
          <w:top w:val="double" w:sz="6" w:space="0" w:color="000000" w:themeColor="text1"/>
          <w:left w:val="single" w:sz="8" w:space="0" w:color="000000" w:themeColor="text1"/>
          <w:bottom w:val="single" w:sz="8" w:space="0" w:color="000000" w:themeColor="text1"/>
          <w:right w:val="single" w:sz="8" w:space="0" w:color="000000" w:themeColor="text1"/>
        </w:tcBorders>
      </w:tcPr>
    </w:tblStylePr>
    <w:tblStylePr w:type="firstCol">
      <w:rPr>
        <w:b/>
        <w:bCs/>
      </w:rPr>
    </w:tblStylePr>
    <w:tblStylePr w:type="lastCol">
      <w:rPr>
        <w:b/>
        <w:bCs/>
      </w:rPr>
    </w:tblStylePr>
    <w:tblStylePr w:type="band1Vert">
      <w:tblPr/>
      <w:tcPr>
        <w:tcBorders>
          <w:top w:val="single" w:sz="8" w:space="0" w:color="000000" w:themeColor="text1"/>
          <w:left w:val="single" w:sz="8" w:space="0" w:color="000000" w:themeColor="text1"/>
          <w:bottom w:val="single" w:sz="8" w:space="0" w:color="000000" w:themeColor="text1"/>
          <w:right w:val="single" w:sz="8" w:space="0" w:color="000000" w:themeColor="text1"/>
        </w:tcBorders>
      </w:tcPr>
    </w:tblStylePr>
    <w:tblStylePr w:type="band1Horz">
      <w:tblPr/>
      <w:tcPr>
        <w:tcBorders>
          <w:top w:val="single" w:sz="8" w:space="0" w:color="000000" w:themeColor="text1"/>
          <w:left w:val="single" w:sz="8" w:space="0" w:color="000000" w:themeColor="text1"/>
          <w:bottom w:val="single" w:sz="8" w:space="0" w:color="000000" w:themeColor="text1"/>
          <w:right w:val="single" w:sz="8" w:space="0" w:color="000000" w:themeColor="text1"/>
        </w:tcBorders>
      </w:tcPr>
    </w:tblStylePr>
  </w:style>
  <w:style w:type="table" w:styleId="LightList-Accent1">
    <w:name w:val="Light List Accent 1"/>
    <w:basedOn w:val="TableNormal"/>
    <w:uiPriority w:val="61"/>
    <w:rsid w:val="00FC693F"/>
    <w:pPr>
      <w:spacing w:after="0" w:line="240" w:lineRule="auto"/>
    </w:pPr>
    <w:tblPr>
      <w:tblStyleRowBandSize w:val="1"/>
      <w:tblStyleColBandSize w:val="1"/>
      <w:tblInd w:w="0" w:type="dxa"/>
      <w:tblBorders>
        <w:top w:val="single" w:sz="8" w:space="0" w:color="4F81BD" w:themeColor="accent1"/>
        <w:left w:val="single" w:sz="8" w:space="0" w:color="4F81BD" w:themeColor="accent1"/>
        <w:bottom w:val="single" w:sz="8" w:space="0" w:color="4F81BD" w:themeColor="accent1"/>
        <w:right w:val="single" w:sz="8" w:space="0" w:color="4F81BD" w:themeColor="accent1"/>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4F81BD" w:themeFill="accent1"/>
      </w:tcPr>
    </w:tblStylePr>
    <w:tblStylePr w:type="lastRow">
      <w:pPr>
        <w:spacing w:before="0" w:after="0" w:line="240" w:lineRule="auto"/>
      </w:pPr>
      <w:rPr>
        <w:b/>
        <w:bCs/>
      </w:rPr>
      <w:tblPr/>
      <w:tcPr>
        <w:tcBorders>
          <w:top w:val="double" w:sz="6" w:space="0" w:color="4F81BD" w:themeColor="accent1"/>
          <w:left w:val="single" w:sz="8" w:space="0" w:color="4F81BD" w:themeColor="accent1"/>
          <w:bottom w:val="single" w:sz="8" w:space="0" w:color="4F81BD" w:themeColor="accent1"/>
          <w:right w:val="single" w:sz="8" w:space="0" w:color="4F81BD" w:themeColor="accent1"/>
        </w:tcBorders>
      </w:tcPr>
    </w:tblStylePr>
    <w:tblStylePr w:type="firstCol">
      <w:rPr>
        <w:b/>
        <w:bCs/>
      </w:rPr>
    </w:tblStylePr>
    <w:tblStylePr w:type="lastCol">
      <w:rPr>
        <w:b/>
        <w:bCs/>
      </w:rPr>
    </w:tblStylePr>
    <w:tblStylePr w:type="band1Vert">
      <w:tblPr/>
      <w:tcPr>
        <w:tcBorders>
          <w:top w:val="single" w:sz="8" w:space="0" w:color="4F81BD" w:themeColor="accent1"/>
          <w:left w:val="single" w:sz="8" w:space="0" w:color="4F81BD" w:themeColor="accent1"/>
          <w:bottom w:val="single" w:sz="8" w:space="0" w:color="4F81BD" w:themeColor="accent1"/>
          <w:right w:val="single" w:sz="8" w:space="0" w:color="4F81BD" w:themeColor="accent1"/>
        </w:tcBorders>
      </w:tcPr>
    </w:tblStylePr>
    <w:tblStylePr w:type="band1Horz">
      <w:tblPr/>
      <w:tcPr>
        <w:tcBorders>
          <w:top w:val="single" w:sz="8" w:space="0" w:color="4F81BD" w:themeColor="accent1"/>
          <w:left w:val="single" w:sz="8" w:space="0" w:color="4F81BD" w:themeColor="accent1"/>
          <w:bottom w:val="single" w:sz="8" w:space="0" w:color="4F81BD" w:themeColor="accent1"/>
          <w:right w:val="single" w:sz="8" w:space="0" w:color="4F81BD" w:themeColor="accent1"/>
        </w:tcBorders>
      </w:tcPr>
    </w:tblStylePr>
  </w:style>
  <w:style w:type="table" w:styleId="LightList-Accent2">
    <w:name w:val="Light List Accent 2"/>
    <w:basedOn w:val="TableNormal"/>
    <w:uiPriority w:val="61"/>
    <w:rsid w:val="00CB0664"/>
    <w:pPr>
      <w:spacing w:after="0" w:line="240" w:lineRule="auto"/>
    </w:pPr>
    <w:tblPr>
      <w:tblStyleRowBandSize w:val="1"/>
      <w:tblStyleColBandSize w:val="1"/>
      <w:tblInd w:w="0" w:type="dxa"/>
      <w:tblBorders>
        <w:top w:val="single" w:sz="8" w:space="0" w:color="C0504D" w:themeColor="accent2"/>
        <w:left w:val="single" w:sz="8" w:space="0" w:color="C0504D" w:themeColor="accent2"/>
        <w:bottom w:val="single" w:sz="8" w:space="0" w:color="C0504D" w:themeColor="accent2"/>
        <w:right w:val="single" w:sz="8" w:space="0" w:color="C0504D" w:themeColor="accent2"/>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C0504D" w:themeFill="accent2"/>
      </w:tcPr>
    </w:tblStylePr>
    <w:tblStylePr w:type="lastRow">
      <w:pPr>
        <w:spacing w:before="0" w:after="0" w:line="240" w:lineRule="auto"/>
      </w:pPr>
      <w:rPr>
        <w:b/>
        <w:bCs/>
      </w:rPr>
      <w:tblPr/>
      <w:tcPr>
        <w:tcBorders>
          <w:top w:val="double" w:sz="6" w:space="0" w:color="C0504D" w:themeColor="accent2"/>
          <w:left w:val="single" w:sz="8" w:space="0" w:color="C0504D" w:themeColor="accent2"/>
          <w:bottom w:val="single" w:sz="8" w:space="0" w:color="C0504D" w:themeColor="accent2"/>
          <w:right w:val="single" w:sz="8" w:space="0" w:color="C0504D" w:themeColor="accent2"/>
        </w:tcBorders>
      </w:tcPr>
    </w:tblStylePr>
    <w:tblStylePr w:type="firstCol">
      <w:rPr>
        <w:b/>
        <w:bCs/>
      </w:rPr>
    </w:tblStylePr>
    <w:tblStylePr w:type="lastCol">
      <w:rPr>
        <w:b/>
        <w:bCs/>
      </w:rPr>
    </w:tblStylePr>
    <w:tblStylePr w:type="band1Vert">
      <w:tblPr/>
      <w:tcPr>
        <w:tcBorders>
          <w:top w:val="single" w:sz="8" w:space="0" w:color="C0504D" w:themeColor="accent2"/>
          <w:left w:val="single" w:sz="8" w:space="0" w:color="C0504D" w:themeColor="accent2"/>
          <w:bottom w:val="single" w:sz="8" w:space="0" w:color="C0504D" w:themeColor="accent2"/>
          <w:right w:val="single" w:sz="8" w:space="0" w:color="C0504D" w:themeColor="accent2"/>
        </w:tcBorders>
      </w:tcPr>
    </w:tblStylePr>
    <w:tblStylePr w:type="band1Horz">
      <w:tblPr/>
      <w:tcPr>
        <w:tcBorders>
          <w:top w:val="single" w:sz="8" w:space="0" w:color="C0504D" w:themeColor="accent2"/>
          <w:left w:val="single" w:sz="8" w:space="0" w:color="C0504D" w:themeColor="accent2"/>
          <w:bottom w:val="single" w:sz="8" w:space="0" w:color="C0504D" w:themeColor="accent2"/>
          <w:right w:val="single" w:sz="8" w:space="0" w:color="C0504D" w:themeColor="accent2"/>
        </w:tcBorders>
      </w:tcPr>
    </w:tblStylePr>
  </w:style>
  <w:style w:type="table" w:styleId="LightList-Accent3">
    <w:name w:val="Light List Accent 3"/>
    <w:basedOn w:val="TableNormal"/>
    <w:uiPriority w:val="61"/>
    <w:rsid w:val="00CB0664"/>
    <w:pPr>
      <w:spacing w:after="0" w:line="240" w:lineRule="auto"/>
    </w:pPr>
    <w:tblPr>
      <w:tblStyleRowBandSize w:val="1"/>
      <w:tblStyleColBandSize w:val="1"/>
      <w:tblInd w:w="0" w:type="dxa"/>
      <w:tblBorders>
        <w:top w:val="single" w:sz="8" w:space="0" w:color="9BBB59" w:themeColor="accent3"/>
        <w:left w:val="single" w:sz="8" w:space="0" w:color="9BBB59" w:themeColor="accent3"/>
        <w:bottom w:val="single" w:sz="8" w:space="0" w:color="9BBB59" w:themeColor="accent3"/>
        <w:right w:val="single" w:sz="8" w:space="0" w:color="9BBB59" w:themeColor="accent3"/>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9BBB59" w:themeFill="accent3"/>
      </w:tcPr>
    </w:tblStylePr>
    <w:tblStylePr w:type="lastRow">
      <w:pPr>
        <w:spacing w:before="0" w:after="0" w:line="240" w:lineRule="auto"/>
      </w:pPr>
      <w:rPr>
        <w:b/>
        <w:bCs/>
      </w:rPr>
      <w:tblPr/>
      <w:tcPr>
        <w:tcBorders>
          <w:top w:val="double" w:sz="6" w:space="0" w:color="9BBB59" w:themeColor="accent3"/>
          <w:left w:val="single" w:sz="8" w:space="0" w:color="9BBB59" w:themeColor="accent3"/>
          <w:bottom w:val="single" w:sz="8" w:space="0" w:color="9BBB59" w:themeColor="accent3"/>
          <w:right w:val="single" w:sz="8" w:space="0" w:color="9BBB59" w:themeColor="accent3"/>
        </w:tcBorders>
      </w:tcPr>
    </w:tblStylePr>
    <w:tblStylePr w:type="firstCol">
      <w:rPr>
        <w:b/>
        <w:bCs/>
      </w:rPr>
    </w:tblStylePr>
    <w:tblStylePr w:type="lastCol">
      <w:rPr>
        <w:b/>
        <w:bCs/>
      </w:rPr>
    </w:tblStylePr>
    <w:tblStylePr w:type="band1Vert">
      <w:tblPr/>
      <w:tcPr>
        <w:tcBorders>
          <w:top w:val="single" w:sz="8" w:space="0" w:color="9BBB59" w:themeColor="accent3"/>
          <w:left w:val="single" w:sz="8" w:space="0" w:color="9BBB59" w:themeColor="accent3"/>
          <w:bottom w:val="single" w:sz="8" w:space="0" w:color="9BBB59" w:themeColor="accent3"/>
          <w:right w:val="single" w:sz="8" w:space="0" w:color="9BBB59" w:themeColor="accent3"/>
        </w:tcBorders>
      </w:tcPr>
    </w:tblStylePr>
    <w:tblStylePr w:type="band1Horz">
      <w:tblPr/>
      <w:tcPr>
        <w:tcBorders>
          <w:top w:val="single" w:sz="8" w:space="0" w:color="9BBB59" w:themeColor="accent3"/>
          <w:left w:val="single" w:sz="8" w:space="0" w:color="9BBB59" w:themeColor="accent3"/>
          <w:bottom w:val="single" w:sz="8" w:space="0" w:color="9BBB59" w:themeColor="accent3"/>
          <w:right w:val="single" w:sz="8" w:space="0" w:color="9BBB59" w:themeColor="accent3"/>
        </w:tcBorders>
      </w:tcPr>
    </w:tblStylePr>
  </w:style>
  <w:style w:type="table" w:styleId="LightList-Accent4">
    <w:name w:val="Light List Accent 4"/>
    <w:basedOn w:val="TableNormal"/>
    <w:uiPriority w:val="61"/>
    <w:rsid w:val="00CB0664"/>
    <w:pPr>
      <w:spacing w:after="0" w:line="240" w:lineRule="auto"/>
    </w:pPr>
    <w:tblPr>
      <w:tblStyleRowBandSize w:val="1"/>
      <w:tblStyleColBandSize w:val="1"/>
      <w:tblInd w:w="0" w:type="dxa"/>
      <w:tblBorders>
        <w:top w:val="single" w:sz="8" w:space="0" w:color="8064A2" w:themeColor="accent4"/>
        <w:left w:val="single" w:sz="8" w:space="0" w:color="8064A2" w:themeColor="accent4"/>
        <w:bottom w:val="single" w:sz="8" w:space="0" w:color="8064A2" w:themeColor="accent4"/>
        <w:right w:val="single" w:sz="8" w:space="0" w:color="8064A2" w:themeColor="accent4"/>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8064A2" w:themeFill="accent4"/>
      </w:tcPr>
    </w:tblStylePr>
    <w:tblStylePr w:type="lastRow">
      <w:pPr>
        <w:spacing w:before="0" w:after="0" w:line="240" w:lineRule="auto"/>
      </w:pPr>
      <w:rPr>
        <w:b/>
        <w:bCs/>
      </w:rPr>
      <w:tblPr/>
      <w:tcPr>
        <w:tcBorders>
          <w:top w:val="double" w:sz="6" w:space="0" w:color="8064A2" w:themeColor="accent4"/>
          <w:left w:val="single" w:sz="8" w:space="0" w:color="8064A2" w:themeColor="accent4"/>
          <w:bottom w:val="single" w:sz="8" w:space="0" w:color="8064A2" w:themeColor="accent4"/>
          <w:right w:val="single" w:sz="8" w:space="0" w:color="8064A2" w:themeColor="accent4"/>
        </w:tcBorders>
      </w:tcPr>
    </w:tblStylePr>
    <w:tblStylePr w:type="firstCol">
      <w:rPr>
        <w:b/>
        <w:bCs/>
      </w:rPr>
    </w:tblStylePr>
    <w:tblStylePr w:type="lastCol">
      <w:rPr>
        <w:b/>
        <w:bCs/>
      </w:rPr>
    </w:tblStylePr>
    <w:tblStylePr w:type="band1Vert">
      <w:tblPr/>
      <w:tcPr>
        <w:tcBorders>
          <w:top w:val="single" w:sz="8" w:space="0" w:color="8064A2" w:themeColor="accent4"/>
          <w:left w:val="single" w:sz="8" w:space="0" w:color="8064A2" w:themeColor="accent4"/>
          <w:bottom w:val="single" w:sz="8" w:space="0" w:color="8064A2" w:themeColor="accent4"/>
          <w:right w:val="single" w:sz="8" w:space="0" w:color="8064A2" w:themeColor="accent4"/>
        </w:tcBorders>
      </w:tcPr>
    </w:tblStylePr>
    <w:tblStylePr w:type="band1Horz">
      <w:tblPr/>
      <w:tcPr>
        <w:tcBorders>
          <w:top w:val="single" w:sz="8" w:space="0" w:color="8064A2" w:themeColor="accent4"/>
          <w:left w:val="single" w:sz="8" w:space="0" w:color="8064A2" w:themeColor="accent4"/>
          <w:bottom w:val="single" w:sz="8" w:space="0" w:color="8064A2" w:themeColor="accent4"/>
          <w:right w:val="single" w:sz="8" w:space="0" w:color="8064A2" w:themeColor="accent4"/>
        </w:tcBorders>
      </w:tcPr>
    </w:tblStylePr>
  </w:style>
  <w:style w:type="table" w:styleId="LightList-Accent5">
    <w:name w:val="Light List Accent 5"/>
    <w:basedOn w:val="TableNormal"/>
    <w:uiPriority w:val="61"/>
    <w:rsid w:val="00CB0664"/>
    <w:pPr>
      <w:spacing w:after="0" w:line="240" w:lineRule="auto"/>
    </w:pPr>
    <w:tblPr>
      <w:tblStyleRowBandSize w:val="1"/>
      <w:tblStyleColBandSize w:val="1"/>
      <w:tblInd w:w="0" w:type="dxa"/>
      <w:tblBorders>
        <w:top w:val="single" w:sz="8" w:space="0" w:color="4BACC6" w:themeColor="accent5"/>
        <w:left w:val="single" w:sz="8" w:space="0" w:color="4BACC6" w:themeColor="accent5"/>
        <w:bottom w:val="single" w:sz="8" w:space="0" w:color="4BACC6" w:themeColor="accent5"/>
        <w:right w:val="single" w:sz="8" w:space="0" w:color="4BACC6" w:themeColor="accent5"/>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4BACC6" w:themeFill="accent5"/>
      </w:tcPr>
    </w:tblStylePr>
    <w:tblStylePr w:type="lastRow">
      <w:pPr>
        <w:spacing w:before="0" w:after="0" w:line="240" w:lineRule="auto"/>
      </w:pPr>
      <w:rPr>
        <w:b/>
        <w:bCs/>
      </w:rPr>
      <w:tblPr/>
      <w:tcPr>
        <w:tcBorders>
          <w:top w:val="double" w:sz="6" w:space="0" w:color="4BACC6" w:themeColor="accent5"/>
          <w:left w:val="single" w:sz="8" w:space="0" w:color="4BACC6" w:themeColor="accent5"/>
          <w:bottom w:val="single" w:sz="8" w:space="0" w:color="4BACC6" w:themeColor="accent5"/>
          <w:right w:val="single" w:sz="8" w:space="0" w:color="4BACC6" w:themeColor="accent5"/>
        </w:tcBorders>
      </w:tcPr>
    </w:tblStylePr>
    <w:tblStylePr w:type="firstCol">
      <w:rPr>
        <w:b/>
        <w:bCs/>
      </w:rPr>
    </w:tblStylePr>
    <w:tblStylePr w:type="lastCol">
      <w:rPr>
        <w:b/>
        <w:bCs/>
      </w:rPr>
    </w:tblStylePr>
    <w:tblStylePr w:type="band1Vert">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tcPr>
    </w:tblStylePr>
    <w:tblStylePr w:type="band1Horz">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tcPr>
    </w:tblStylePr>
  </w:style>
  <w:style w:type="table" w:styleId="LightList-Accent6">
    <w:name w:val="Light List Accent 6"/>
    <w:basedOn w:val="TableNormal"/>
    <w:uiPriority w:val="61"/>
    <w:rsid w:val="00CB0664"/>
    <w:pPr>
      <w:spacing w:after="0" w:line="240" w:lineRule="auto"/>
    </w:pPr>
    <w:tblPr>
      <w:tblStyleRowBandSize w:val="1"/>
      <w:tblStyleColBandSize w:val="1"/>
      <w:tblInd w:w="0" w:type="dxa"/>
      <w:tblBorders>
        <w:top w:val="single" w:sz="8" w:space="0" w:color="F79646" w:themeColor="accent6"/>
        <w:left w:val="single" w:sz="8" w:space="0" w:color="F79646" w:themeColor="accent6"/>
        <w:bottom w:val="single" w:sz="8" w:space="0" w:color="F79646" w:themeColor="accent6"/>
        <w:right w:val="single" w:sz="8" w:space="0" w:color="F79646" w:themeColor="accent6"/>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F79646" w:themeFill="accent6"/>
      </w:tcPr>
    </w:tblStylePr>
    <w:tblStylePr w:type="lastRow">
      <w:pPr>
        <w:spacing w:before="0" w:after="0" w:line="240" w:lineRule="auto"/>
      </w:pPr>
      <w:rPr>
        <w:b/>
        <w:bCs/>
      </w:rPr>
      <w:tblPr/>
      <w:tcPr>
        <w:tcBorders>
          <w:top w:val="double" w:sz="6" w:space="0" w:color="F79646" w:themeColor="accent6"/>
          <w:left w:val="single" w:sz="8" w:space="0" w:color="F79646" w:themeColor="accent6"/>
          <w:bottom w:val="single" w:sz="8" w:space="0" w:color="F79646" w:themeColor="accent6"/>
          <w:right w:val="single" w:sz="8" w:space="0" w:color="F79646" w:themeColor="accent6"/>
        </w:tcBorders>
      </w:tcPr>
    </w:tblStylePr>
    <w:tblStylePr w:type="firstCol">
      <w:rPr>
        <w:b/>
        <w:bCs/>
      </w:rPr>
    </w:tblStylePr>
    <w:tblStylePr w:type="lastCol">
      <w:rPr>
        <w:b/>
        <w:bCs/>
      </w:rPr>
    </w:tblStylePr>
    <w:tblStylePr w:type="band1Vert">
      <w:tblPr/>
      <w:tcPr>
        <w:tcBorders>
          <w:top w:val="single" w:sz="8" w:space="0" w:color="F79646" w:themeColor="accent6"/>
          <w:left w:val="single" w:sz="8" w:space="0" w:color="F79646" w:themeColor="accent6"/>
          <w:bottom w:val="single" w:sz="8" w:space="0" w:color="F79646" w:themeColor="accent6"/>
          <w:right w:val="single" w:sz="8" w:space="0" w:color="F79646" w:themeColor="accent6"/>
        </w:tcBorders>
      </w:tcPr>
    </w:tblStylePr>
    <w:tblStylePr w:type="band1Horz">
      <w:tblPr/>
      <w:tcPr>
        <w:tcBorders>
          <w:top w:val="single" w:sz="8" w:space="0" w:color="F79646" w:themeColor="accent6"/>
          <w:left w:val="single" w:sz="8" w:space="0" w:color="F79646" w:themeColor="accent6"/>
          <w:bottom w:val="single" w:sz="8" w:space="0" w:color="F79646" w:themeColor="accent6"/>
          <w:right w:val="single" w:sz="8" w:space="0" w:color="F79646" w:themeColor="accent6"/>
        </w:tcBorders>
      </w:tcPr>
    </w:tblStylePr>
  </w:style>
  <w:style w:type="table" w:styleId="LightGrid">
    <w:name w:val="Light Grid"/>
    <w:basedOn w:val="TableNormal"/>
    <w:uiPriority w:val="62"/>
    <w:rsid w:val="00CB0664"/>
    <w:pPr>
      <w:spacing w:after="0" w:line="240" w:lineRule="auto"/>
    </w:pPr>
    <w:tblPr>
      <w:tblStyleRowBandSize w:val="1"/>
      <w:tblStyleColBandSize w:val="1"/>
      <w:tblInd w:w="0" w:type="dxa"/>
      <w:tblBorders>
        <w:top w:val="single" w:sz="8" w:space="0" w:color="000000" w:themeColor="text1"/>
        <w:left w:val="single" w:sz="8" w:space="0" w:color="000000" w:themeColor="text1"/>
        <w:bottom w:val="single" w:sz="8" w:space="0" w:color="000000" w:themeColor="text1"/>
        <w:right w:val="single" w:sz="8" w:space="0" w:color="000000" w:themeColor="text1"/>
        <w:insideH w:val="single" w:sz="8" w:space="0" w:color="000000" w:themeColor="text1"/>
        <w:insideV w:val="single" w:sz="8" w:space="0" w:color="000000" w:themeColor="text1"/>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000000" w:themeColor="text1"/>
          <w:left w:val="single" w:sz="8" w:space="0" w:color="000000" w:themeColor="text1"/>
          <w:bottom w:val="single" w:sz="18" w:space="0" w:color="000000" w:themeColor="text1"/>
          <w:right w:val="single" w:sz="8" w:space="0" w:color="000000" w:themeColor="text1"/>
          <w:insideH w:val="nil"/>
          <w:insideV w:val="single" w:sz="8" w:space="0" w:color="000000" w:themeColor="text1"/>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000000" w:themeColor="text1"/>
          <w:left w:val="single" w:sz="8" w:space="0" w:color="000000" w:themeColor="text1"/>
          <w:bottom w:val="single" w:sz="8" w:space="0" w:color="000000" w:themeColor="text1"/>
          <w:right w:val="single" w:sz="8" w:space="0" w:color="000000" w:themeColor="text1"/>
          <w:insideH w:val="nil"/>
          <w:insideV w:val="single" w:sz="8" w:space="0" w:color="000000" w:themeColor="text1"/>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000000" w:themeColor="text1"/>
          <w:left w:val="single" w:sz="8" w:space="0" w:color="000000" w:themeColor="text1"/>
          <w:bottom w:val="single" w:sz="8" w:space="0" w:color="000000" w:themeColor="text1"/>
          <w:right w:val="single" w:sz="8" w:space="0" w:color="000000" w:themeColor="text1"/>
        </w:tcBorders>
      </w:tcPr>
    </w:tblStylePr>
    <w:tblStylePr w:type="band1Vert">
      <w:tblPr/>
      <w:tcPr>
        <w:tcBorders>
          <w:top w:val="single" w:sz="8" w:space="0" w:color="000000" w:themeColor="text1"/>
          <w:left w:val="single" w:sz="8" w:space="0" w:color="000000" w:themeColor="text1"/>
          <w:bottom w:val="single" w:sz="8" w:space="0" w:color="000000" w:themeColor="text1"/>
          <w:right w:val="single" w:sz="8" w:space="0" w:color="000000" w:themeColor="text1"/>
        </w:tcBorders>
        <w:shd w:val="clear" w:color="auto" w:fill="C0C0C0" w:themeFill="text1" w:themeFillTint="3F"/>
      </w:tcPr>
    </w:tblStylePr>
    <w:tblStylePr w:type="band1Horz">
      <w:tblPr/>
      <w:tcPr>
        <w:tcBorders>
          <w:top w:val="single" w:sz="8" w:space="0" w:color="000000" w:themeColor="text1"/>
          <w:left w:val="single" w:sz="8" w:space="0" w:color="000000" w:themeColor="text1"/>
          <w:bottom w:val="single" w:sz="8" w:space="0" w:color="000000" w:themeColor="text1"/>
          <w:right w:val="single" w:sz="8" w:space="0" w:color="000000" w:themeColor="text1"/>
          <w:insideV w:val="single" w:sz="8" w:space="0" w:color="000000" w:themeColor="text1"/>
        </w:tcBorders>
        <w:shd w:val="clear" w:color="auto" w:fill="C0C0C0" w:themeFill="text1" w:themeFillTint="3F"/>
      </w:tcPr>
    </w:tblStylePr>
    <w:tblStylePr w:type="band2Horz">
      <w:tblPr/>
      <w:tcPr>
        <w:tcBorders>
          <w:top w:val="single" w:sz="8" w:space="0" w:color="000000" w:themeColor="text1"/>
          <w:left w:val="single" w:sz="8" w:space="0" w:color="000000" w:themeColor="text1"/>
          <w:bottom w:val="single" w:sz="8" w:space="0" w:color="000000" w:themeColor="text1"/>
          <w:right w:val="single" w:sz="8" w:space="0" w:color="000000" w:themeColor="text1"/>
          <w:insideV w:val="single" w:sz="8" w:space="0" w:color="000000" w:themeColor="text1"/>
        </w:tcBorders>
      </w:tcPr>
    </w:tblStylePr>
  </w:style>
  <w:style w:type="table" w:styleId="LightGrid-Accent1">
    <w:name w:val="Light Grid Accent 1"/>
    <w:basedOn w:val="TableNormal"/>
    <w:uiPriority w:val="62"/>
    <w:rsid w:val="00CB0664"/>
    <w:pPr>
      <w:spacing w:after="0" w:line="240" w:lineRule="auto"/>
    </w:pPr>
    <w:tblPr>
      <w:tblStyleRowBandSize w:val="1"/>
      <w:tblStyleColBandSize w:val="1"/>
      <w:tblInd w:w="0" w:type="dxa"/>
      <w:tblBorders>
        <w:top w:val="single" w:sz="8" w:space="0" w:color="4F81BD" w:themeColor="accent1"/>
        <w:left w:val="single" w:sz="8" w:space="0" w:color="4F81BD" w:themeColor="accent1"/>
        <w:bottom w:val="single" w:sz="8" w:space="0" w:color="4F81BD" w:themeColor="accent1"/>
        <w:right w:val="single" w:sz="8" w:space="0" w:color="4F81BD" w:themeColor="accent1"/>
        <w:insideH w:val="single" w:sz="8" w:space="0" w:color="4F81BD" w:themeColor="accent1"/>
        <w:insideV w:val="single" w:sz="8" w:space="0" w:color="4F81BD" w:themeColor="accent1"/>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4F81BD" w:themeColor="accent1"/>
          <w:left w:val="single" w:sz="8" w:space="0" w:color="4F81BD" w:themeColor="accent1"/>
          <w:bottom w:val="single" w:sz="18" w:space="0" w:color="4F81BD" w:themeColor="accent1"/>
          <w:right w:val="single" w:sz="8" w:space="0" w:color="4F81BD" w:themeColor="accent1"/>
          <w:insideH w:val="nil"/>
          <w:insideV w:val="single" w:sz="8" w:space="0" w:color="4F81BD" w:themeColor="accent1"/>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4F81BD" w:themeColor="accent1"/>
          <w:left w:val="single" w:sz="8" w:space="0" w:color="4F81BD" w:themeColor="accent1"/>
          <w:bottom w:val="single" w:sz="8" w:space="0" w:color="4F81BD" w:themeColor="accent1"/>
          <w:right w:val="single" w:sz="8" w:space="0" w:color="4F81BD" w:themeColor="accent1"/>
          <w:insideH w:val="nil"/>
          <w:insideV w:val="single" w:sz="8" w:space="0" w:color="4F81BD" w:themeColor="accent1"/>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4F81BD" w:themeColor="accent1"/>
          <w:left w:val="single" w:sz="8" w:space="0" w:color="4F81BD" w:themeColor="accent1"/>
          <w:bottom w:val="single" w:sz="8" w:space="0" w:color="4F81BD" w:themeColor="accent1"/>
          <w:right w:val="single" w:sz="8" w:space="0" w:color="4F81BD" w:themeColor="accent1"/>
        </w:tcBorders>
      </w:tcPr>
    </w:tblStylePr>
    <w:tblStylePr w:type="band1Vert">
      <w:tblPr/>
      <w:tcPr>
        <w:tcBorders>
          <w:top w:val="single" w:sz="8" w:space="0" w:color="4F81BD" w:themeColor="accent1"/>
          <w:left w:val="single" w:sz="8" w:space="0" w:color="4F81BD" w:themeColor="accent1"/>
          <w:bottom w:val="single" w:sz="8" w:space="0" w:color="4F81BD" w:themeColor="accent1"/>
          <w:right w:val="single" w:sz="8" w:space="0" w:color="4F81BD" w:themeColor="accent1"/>
        </w:tcBorders>
        <w:shd w:val="clear" w:color="auto" w:fill="D3DFEE" w:themeFill="accent1" w:themeFillTint="3F"/>
      </w:tcPr>
    </w:tblStylePr>
    <w:tblStylePr w:type="band1Horz">
      <w:tblPr/>
      <w:tcPr>
        <w:tcBorders>
          <w:top w:val="single" w:sz="8" w:space="0" w:color="4F81BD" w:themeColor="accent1"/>
          <w:left w:val="single" w:sz="8" w:space="0" w:color="4F81BD" w:themeColor="accent1"/>
          <w:bottom w:val="single" w:sz="8" w:space="0" w:color="4F81BD" w:themeColor="accent1"/>
          <w:right w:val="single" w:sz="8" w:space="0" w:color="4F81BD" w:themeColor="accent1"/>
          <w:insideV w:val="single" w:sz="8" w:space="0" w:color="4F81BD" w:themeColor="accent1"/>
        </w:tcBorders>
        <w:shd w:val="clear" w:color="auto" w:fill="D3DFEE" w:themeFill="accent1" w:themeFillTint="3F"/>
      </w:tcPr>
    </w:tblStylePr>
    <w:tblStylePr w:type="band2Horz">
      <w:tblPr/>
      <w:tcPr>
        <w:tcBorders>
          <w:top w:val="single" w:sz="8" w:space="0" w:color="4F81BD" w:themeColor="accent1"/>
          <w:left w:val="single" w:sz="8" w:space="0" w:color="4F81BD" w:themeColor="accent1"/>
          <w:bottom w:val="single" w:sz="8" w:space="0" w:color="4F81BD" w:themeColor="accent1"/>
          <w:right w:val="single" w:sz="8" w:space="0" w:color="4F81BD" w:themeColor="accent1"/>
          <w:insideV w:val="single" w:sz="8" w:space="0" w:color="4F81BD" w:themeColor="accent1"/>
        </w:tcBorders>
      </w:tcPr>
    </w:tblStylePr>
  </w:style>
  <w:style w:type="table" w:styleId="LightGrid-Accent2">
    <w:name w:val="Light Grid Accent 2"/>
    <w:basedOn w:val="TableNormal"/>
    <w:uiPriority w:val="62"/>
    <w:rsid w:val="00CB0664"/>
    <w:pPr>
      <w:spacing w:after="0" w:line="240" w:lineRule="auto"/>
    </w:pPr>
    <w:tblPr>
      <w:tblStyleRowBandSize w:val="1"/>
      <w:tblStyleColBandSize w:val="1"/>
      <w:tblInd w:w="0" w:type="dxa"/>
      <w:tblBorders>
        <w:top w:val="single" w:sz="8" w:space="0" w:color="C0504D" w:themeColor="accent2"/>
        <w:left w:val="single" w:sz="8" w:space="0" w:color="C0504D" w:themeColor="accent2"/>
        <w:bottom w:val="single" w:sz="8" w:space="0" w:color="C0504D" w:themeColor="accent2"/>
        <w:right w:val="single" w:sz="8" w:space="0" w:color="C0504D" w:themeColor="accent2"/>
        <w:insideH w:val="single" w:sz="8" w:space="0" w:color="C0504D" w:themeColor="accent2"/>
        <w:insideV w:val="single" w:sz="8" w:space="0" w:color="C0504D" w:themeColor="accent2"/>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C0504D" w:themeColor="accent2"/>
          <w:left w:val="single" w:sz="8" w:space="0" w:color="C0504D" w:themeColor="accent2"/>
          <w:bottom w:val="single" w:sz="18" w:space="0" w:color="C0504D" w:themeColor="accent2"/>
          <w:right w:val="single" w:sz="8" w:space="0" w:color="C0504D" w:themeColor="accent2"/>
          <w:insideH w:val="nil"/>
          <w:insideV w:val="single" w:sz="8" w:space="0" w:color="C0504D" w:themeColor="accent2"/>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C0504D" w:themeColor="accent2"/>
          <w:left w:val="single" w:sz="8" w:space="0" w:color="C0504D" w:themeColor="accent2"/>
          <w:bottom w:val="single" w:sz="8" w:space="0" w:color="C0504D" w:themeColor="accent2"/>
          <w:right w:val="single" w:sz="8" w:space="0" w:color="C0504D" w:themeColor="accent2"/>
          <w:insideH w:val="nil"/>
          <w:insideV w:val="single" w:sz="8" w:space="0" w:color="C0504D" w:themeColor="accent2"/>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C0504D" w:themeColor="accent2"/>
          <w:left w:val="single" w:sz="8" w:space="0" w:color="C0504D" w:themeColor="accent2"/>
          <w:bottom w:val="single" w:sz="8" w:space="0" w:color="C0504D" w:themeColor="accent2"/>
          <w:right w:val="single" w:sz="8" w:space="0" w:color="C0504D" w:themeColor="accent2"/>
        </w:tcBorders>
      </w:tcPr>
    </w:tblStylePr>
    <w:tblStylePr w:type="band1Vert">
      <w:tblPr/>
      <w:tcPr>
        <w:tcBorders>
          <w:top w:val="single" w:sz="8" w:space="0" w:color="C0504D" w:themeColor="accent2"/>
          <w:left w:val="single" w:sz="8" w:space="0" w:color="C0504D" w:themeColor="accent2"/>
          <w:bottom w:val="single" w:sz="8" w:space="0" w:color="C0504D" w:themeColor="accent2"/>
          <w:right w:val="single" w:sz="8" w:space="0" w:color="C0504D" w:themeColor="accent2"/>
        </w:tcBorders>
        <w:shd w:val="clear" w:color="auto" w:fill="EFD3D2" w:themeFill="accent2" w:themeFillTint="3F"/>
      </w:tcPr>
    </w:tblStylePr>
    <w:tblStylePr w:type="band1Horz">
      <w:tblPr/>
      <w:tcPr>
        <w:tcBorders>
          <w:top w:val="single" w:sz="8" w:space="0" w:color="C0504D" w:themeColor="accent2"/>
          <w:left w:val="single" w:sz="8" w:space="0" w:color="C0504D" w:themeColor="accent2"/>
          <w:bottom w:val="single" w:sz="8" w:space="0" w:color="C0504D" w:themeColor="accent2"/>
          <w:right w:val="single" w:sz="8" w:space="0" w:color="C0504D" w:themeColor="accent2"/>
          <w:insideV w:val="single" w:sz="8" w:space="0" w:color="C0504D" w:themeColor="accent2"/>
        </w:tcBorders>
        <w:shd w:val="clear" w:color="auto" w:fill="EFD3D2" w:themeFill="accent2" w:themeFillTint="3F"/>
      </w:tcPr>
    </w:tblStylePr>
    <w:tblStylePr w:type="band2Horz">
      <w:tblPr/>
      <w:tcPr>
        <w:tcBorders>
          <w:top w:val="single" w:sz="8" w:space="0" w:color="C0504D" w:themeColor="accent2"/>
          <w:left w:val="single" w:sz="8" w:space="0" w:color="C0504D" w:themeColor="accent2"/>
          <w:bottom w:val="single" w:sz="8" w:space="0" w:color="C0504D" w:themeColor="accent2"/>
          <w:right w:val="single" w:sz="8" w:space="0" w:color="C0504D" w:themeColor="accent2"/>
          <w:insideV w:val="single" w:sz="8" w:space="0" w:color="C0504D" w:themeColor="accent2"/>
        </w:tcBorders>
      </w:tcPr>
    </w:tblStylePr>
  </w:style>
  <w:style w:type="table" w:styleId="LightGrid-Accent3">
    <w:name w:val="Light Grid Accent 3"/>
    <w:basedOn w:val="TableNormal"/>
    <w:uiPriority w:val="62"/>
    <w:rsid w:val="00CB0664"/>
    <w:pPr>
      <w:spacing w:after="0" w:line="240" w:lineRule="auto"/>
    </w:pPr>
    <w:tblPr>
      <w:tblStyleRowBandSize w:val="1"/>
      <w:tblStyleColBandSize w:val="1"/>
      <w:tblInd w:w="0" w:type="dxa"/>
      <w:tblBorders>
        <w:top w:val="single" w:sz="8" w:space="0" w:color="9BBB59" w:themeColor="accent3"/>
        <w:left w:val="single" w:sz="8" w:space="0" w:color="9BBB59" w:themeColor="accent3"/>
        <w:bottom w:val="single" w:sz="8" w:space="0" w:color="9BBB59" w:themeColor="accent3"/>
        <w:right w:val="single" w:sz="8" w:space="0" w:color="9BBB59" w:themeColor="accent3"/>
        <w:insideH w:val="single" w:sz="8" w:space="0" w:color="9BBB59" w:themeColor="accent3"/>
        <w:insideV w:val="single" w:sz="8" w:space="0" w:color="9BBB59" w:themeColor="accent3"/>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9BBB59" w:themeColor="accent3"/>
          <w:left w:val="single" w:sz="8" w:space="0" w:color="9BBB59" w:themeColor="accent3"/>
          <w:bottom w:val="single" w:sz="18" w:space="0" w:color="9BBB59" w:themeColor="accent3"/>
          <w:right w:val="single" w:sz="8" w:space="0" w:color="9BBB59" w:themeColor="accent3"/>
          <w:insideH w:val="nil"/>
          <w:insideV w:val="single" w:sz="8" w:space="0" w:color="9BBB59" w:themeColor="accent3"/>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9BBB59" w:themeColor="accent3"/>
          <w:left w:val="single" w:sz="8" w:space="0" w:color="9BBB59" w:themeColor="accent3"/>
          <w:bottom w:val="single" w:sz="8" w:space="0" w:color="9BBB59" w:themeColor="accent3"/>
          <w:right w:val="single" w:sz="8" w:space="0" w:color="9BBB59" w:themeColor="accent3"/>
          <w:insideH w:val="nil"/>
          <w:insideV w:val="single" w:sz="8" w:space="0" w:color="9BBB59" w:themeColor="accent3"/>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9BBB59" w:themeColor="accent3"/>
          <w:left w:val="single" w:sz="8" w:space="0" w:color="9BBB59" w:themeColor="accent3"/>
          <w:bottom w:val="single" w:sz="8" w:space="0" w:color="9BBB59" w:themeColor="accent3"/>
          <w:right w:val="single" w:sz="8" w:space="0" w:color="9BBB59" w:themeColor="accent3"/>
        </w:tcBorders>
      </w:tcPr>
    </w:tblStylePr>
    <w:tblStylePr w:type="band1Vert">
      <w:tblPr/>
      <w:tcPr>
        <w:tcBorders>
          <w:top w:val="single" w:sz="8" w:space="0" w:color="9BBB59" w:themeColor="accent3"/>
          <w:left w:val="single" w:sz="8" w:space="0" w:color="9BBB59" w:themeColor="accent3"/>
          <w:bottom w:val="single" w:sz="8" w:space="0" w:color="9BBB59" w:themeColor="accent3"/>
          <w:right w:val="single" w:sz="8" w:space="0" w:color="9BBB59" w:themeColor="accent3"/>
        </w:tcBorders>
        <w:shd w:val="clear" w:color="auto" w:fill="E6EED5" w:themeFill="accent3" w:themeFillTint="3F"/>
      </w:tcPr>
    </w:tblStylePr>
    <w:tblStylePr w:type="band1Horz">
      <w:tblPr/>
      <w:tcPr>
        <w:tcBorders>
          <w:top w:val="single" w:sz="8" w:space="0" w:color="9BBB59" w:themeColor="accent3"/>
          <w:left w:val="single" w:sz="8" w:space="0" w:color="9BBB59" w:themeColor="accent3"/>
          <w:bottom w:val="single" w:sz="8" w:space="0" w:color="9BBB59" w:themeColor="accent3"/>
          <w:right w:val="single" w:sz="8" w:space="0" w:color="9BBB59" w:themeColor="accent3"/>
          <w:insideV w:val="single" w:sz="8" w:space="0" w:color="9BBB59" w:themeColor="accent3"/>
        </w:tcBorders>
        <w:shd w:val="clear" w:color="auto" w:fill="E6EED5" w:themeFill="accent3" w:themeFillTint="3F"/>
      </w:tcPr>
    </w:tblStylePr>
    <w:tblStylePr w:type="band2Horz">
      <w:tblPr/>
      <w:tcPr>
        <w:tcBorders>
          <w:top w:val="single" w:sz="8" w:space="0" w:color="9BBB59" w:themeColor="accent3"/>
          <w:left w:val="single" w:sz="8" w:space="0" w:color="9BBB59" w:themeColor="accent3"/>
          <w:bottom w:val="single" w:sz="8" w:space="0" w:color="9BBB59" w:themeColor="accent3"/>
          <w:right w:val="single" w:sz="8" w:space="0" w:color="9BBB59" w:themeColor="accent3"/>
          <w:insideV w:val="single" w:sz="8" w:space="0" w:color="9BBB59" w:themeColor="accent3"/>
        </w:tcBorders>
      </w:tcPr>
    </w:tblStylePr>
  </w:style>
  <w:style w:type="table" w:styleId="LightGrid-Accent4">
    <w:name w:val="Light Grid Accent 4"/>
    <w:basedOn w:val="TableNormal"/>
    <w:uiPriority w:val="62"/>
    <w:rsid w:val="00CB0664"/>
    <w:pPr>
      <w:spacing w:after="0" w:line="240" w:lineRule="auto"/>
    </w:pPr>
    <w:tblPr>
      <w:tblStyleRowBandSize w:val="1"/>
      <w:tblStyleColBandSize w:val="1"/>
      <w:tblInd w:w="0" w:type="dxa"/>
      <w:tblBorders>
        <w:top w:val="single" w:sz="8" w:space="0" w:color="8064A2" w:themeColor="accent4"/>
        <w:left w:val="single" w:sz="8" w:space="0" w:color="8064A2" w:themeColor="accent4"/>
        <w:bottom w:val="single" w:sz="8" w:space="0" w:color="8064A2" w:themeColor="accent4"/>
        <w:right w:val="single" w:sz="8" w:space="0" w:color="8064A2" w:themeColor="accent4"/>
        <w:insideH w:val="single" w:sz="8" w:space="0" w:color="8064A2" w:themeColor="accent4"/>
        <w:insideV w:val="single" w:sz="8" w:space="0" w:color="8064A2" w:themeColor="accent4"/>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8064A2" w:themeColor="accent4"/>
          <w:left w:val="single" w:sz="8" w:space="0" w:color="8064A2" w:themeColor="accent4"/>
          <w:bottom w:val="single" w:sz="18" w:space="0" w:color="8064A2" w:themeColor="accent4"/>
          <w:right w:val="single" w:sz="8" w:space="0" w:color="8064A2" w:themeColor="accent4"/>
          <w:insideH w:val="nil"/>
          <w:insideV w:val="single" w:sz="8" w:space="0" w:color="8064A2" w:themeColor="accent4"/>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8064A2" w:themeColor="accent4"/>
          <w:left w:val="single" w:sz="8" w:space="0" w:color="8064A2" w:themeColor="accent4"/>
          <w:bottom w:val="single" w:sz="8" w:space="0" w:color="8064A2" w:themeColor="accent4"/>
          <w:right w:val="single" w:sz="8" w:space="0" w:color="8064A2" w:themeColor="accent4"/>
          <w:insideH w:val="nil"/>
          <w:insideV w:val="single" w:sz="8" w:space="0" w:color="8064A2" w:themeColor="accent4"/>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8064A2" w:themeColor="accent4"/>
          <w:left w:val="single" w:sz="8" w:space="0" w:color="8064A2" w:themeColor="accent4"/>
          <w:bottom w:val="single" w:sz="8" w:space="0" w:color="8064A2" w:themeColor="accent4"/>
          <w:right w:val="single" w:sz="8" w:space="0" w:color="8064A2" w:themeColor="accent4"/>
        </w:tcBorders>
      </w:tcPr>
    </w:tblStylePr>
    <w:tblStylePr w:type="band1Vert">
      <w:tblPr/>
      <w:tcPr>
        <w:tcBorders>
          <w:top w:val="single" w:sz="8" w:space="0" w:color="8064A2" w:themeColor="accent4"/>
          <w:left w:val="single" w:sz="8" w:space="0" w:color="8064A2" w:themeColor="accent4"/>
          <w:bottom w:val="single" w:sz="8" w:space="0" w:color="8064A2" w:themeColor="accent4"/>
          <w:right w:val="single" w:sz="8" w:space="0" w:color="8064A2" w:themeColor="accent4"/>
        </w:tcBorders>
        <w:shd w:val="clear" w:color="auto" w:fill="DFD8E8" w:themeFill="accent4" w:themeFillTint="3F"/>
      </w:tcPr>
    </w:tblStylePr>
    <w:tblStylePr w:type="band1Horz">
      <w:tblPr/>
      <w:tcPr>
        <w:tcBorders>
          <w:top w:val="single" w:sz="8" w:space="0" w:color="8064A2" w:themeColor="accent4"/>
          <w:left w:val="single" w:sz="8" w:space="0" w:color="8064A2" w:themeColor="accent4"/>
          <w:bottom w:val="single" w:sz="8" w:space="0" w:color="8064A2" w:themeColor="accent4"/>
          <w:right w:val="single" w:sz="8" w:space="0" w:color="8064A2" w:themeColor="accent4"/>
          <w:insideV w:val="single" w:sz="8" w:space="0" w:color="8064A2" w:themeColor="accent4"/>
        </w:tcBorders>
        <w:shd w:val="clear" w:color="auto" w:fill="DFD8E8" w:themeFill="accent4" w:themeFillTint="3F"/>
      </w:tcPr>
    </w:tblStylePr>
    <w:tblStylePr w:type="band2Horz">
      <w:tblPr/>
      <w:tcPr>
        <w:tcBorders>
          <w:top w:val="single" w:sz="8" w:space="0" w:color="8064A2" w:themeColor="accent4"/>
          <w:left w:val="single" w:sz="8" w:space="0" w:color="8064A2" w:themeColor="accent4"/>
          <w:bottom w:val="single" w:sz="8" w:space="0" w:color="8064A2" w:themeColor="accent4"/>
          <w:right w:val="single" w:sz="8" w:space="0" w:color="8064A2" w:themeColor="accent4"/>
          <w:insideV w:val="single" w:sz="8" w:space="0" w:color="8064A2" w:themeColor="accent4"/>
        </w:tcBorders>
      </w:tcPr>
    </w:tblStylePr>
  </w:style>
  <w:style w:type="table" w:styleId="LightGrid-Accent5">
    <w:name w:val="Light Grid Accent 5"/>
    <w:basedOn w:val="TableNormal"/>
    <w:uiPriority w:val="62"/>
    <w:rsid w:val="00CB0664"/>
    <w:pPr>
      <w:spacing w:after="0" w:line="240" w:lineRule="auto"/>
    </w:pPr>
    <w:tblPr>
      <w:tblStyleRowBandSize w:val="1"/>
      <w:tblStyleColBandSize w:val="1"/>
      <w:tblInd w:w="0" w:type="dxa"/>
      <w:tblBorders>
        <w:top w:val="single" w:sz="8" w:space="0" w:color="4BACC6" w:themeColor="accent5"/>
        <w:left w:val="single" w:sz="8" w:space="0" w:color="4BACC6" w:themeColor="accent5"/>
        <w:bottom w:val="single" w:sz="8" w:space="0" w:color="4BACC6" w:themeColor="accent5"/>
        <w:right w:val="single" w:sz="8" w:space="0" w:color="4BACC6" w:themeColor="accent5"/>
        <w:insideH w:val="single" w:sz="8" w:space="0" w:color="4BACC6" w:themeColor="accent5"/>
        <w:insideV w:val="single" w:sz="8" w:space="0" w:color="4BACC6" w:themeColor="accent5"/>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4BACC6" w:themeColor="accent5"/>
          <w:left w:val="single" w:sz="8" w:space="0" w:color="4BACC6" w:themeColor="accent5"/>
          <w:bottom w:val="single" w:sz="18" w:space="0" w:color="4BACC6" w:themeColor="accent5"/>
          <w:right w:val="single" w:sz="8" w:space="0" w:color="4BACC6" w:themeColor="accent5"/>
          <w:insideH w:val="nil"/>
          <w:insideV w:val="single" w:sz="8" w:space="0" w:color="4BACC6" w:themeColor="accent5"/>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4BACC6" w:themeColor="accent5"/>
          <w:left w:val="single" w:sz="8" w:space="0" w:color="4BACC6" w:themeColor="accent5"/>
          <w:bottom w:val="single" w:sz="8" w:space="0" w:color="4BACC6" w:themeColor="accent5"/>
          <w:right w:val="single" w:sz="8" w:space="0" w:color="4BACC6" w:themeColor="accent5"/>
          <w:insideH w:val="nil"/>
          <w:insideV w:val="single" w:sz="8" w:space="0" w:color="4BACC6" w:themeColor="accent5"/>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tcPr>
    </w:tblStylePr>
    <w:tblStylePr w:type="band1Vert">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shd w:val="clear" w:color="auto" w:fill="D2EAF1" w:themeFill="accent5" w:themeFillTint="3F"/>
      </w:tcPr>
    </w:tblStylePr>
    <w:tblStylePr w:type="band1Horz">
      <w:tblPr/>
      <w:tcPr>
        <w:tcBorders>
          <w:top w:val="single" w:sz="8" w:space="0" w:color="4BACC6" w:themeColor="accent5"/>
          <w:left w:val="single" w:sz="8" w:space="0" w:color="4BACC6" w:themeColor="accent5"/>
          <w:bottom w:val="single" w:sz="8" w:space="0" w:color="4BACC6" w:themeColor="accent5"/>
          <w:right w:val="single" w:sz="8" w:space="0" w:color="4BACC6" w:themeColor="accent5"/>
          <w:insideV w:val="single" w:sz="8" w:space="0" w:color="4BACC6" w:themeColor="accent5"/>
        </w:tcBorders>
        <w:shd w:val="clear" w:color="auto" w:fill="D2EAF1" w:themeFill="accent5" w:themeFillTint="3F"/>
      </w:tcPr>
    </w:tblStylePr>
    <w:tblStylePr w:type="band2Horz">
      <w:tblPr/>
      <w:tcPr>
        <w:tcBorders>
          <w:top w:val="single" w:sz="8" w:space="0" w:color="4BACC6" w:themeColor="accent5"/>
          <w:left w:val="single" w:sz="8" w:space="0" w:color="4BACC6" w:themeColor="accent5"/>
          <w:bottom w:val="single" w:sz="8" w:space="0" w:color="4BACC6" w:themeColor="accent5"/>
          <w:right w:val="single" w:sz="8" w:space="0" w:color="4BACC6" w:themeColor="accent5"/>
          <w:insideV w:val="single" w:sz="8" w:space="0" w:color="4BACC6" w:themeColor="accent5"/>
        </w:tcBorders>
      </w:tcPr>
    </w:tblStylePr>
  </w:style>
  <w:style w:type="table" w:styleId="LightGrid-Accent6">
    <w:name w:val="Light Grid Accent 6"/>
    <w:basedOn w:val="TableNormal"/>
    <w:uiPriority w:val="62"/>
    <w:rsid w:val="00CB0664"/>
    <w:pPr>
      <w:spacing w:after="0" w:line="240" w:lineRule="auto"/>
    </w:pPr>
    <w:tblPr>
      <w:tblStyleRowBandSize w:val="1"/>
      <w:tblStyleColBandSize w:val="1"/>
      <w:tblInd w:w="0" w:type="dxa"/>
      <w:tblBorders>
        <w:top w:val="single" w:sz="8" w:space="0" w:color="F79646" w:themeColor="accent6"/>
        <w:left w:val="single" w:sz="8" w:space="0" w:color="F79646" w:themeColor="accent6"/>
        <w:bottom w:val="single" w:sz="8" w:space="0" w:color="F79646" w:themeColor="accent6"/>
        <w:right w:val="single" w:sz="8" w:space="0" w:color="F79646" w:themeColor="accent6"/>
        <w:insideH w:val="single" w:sz="8" w:space="0" w:color="F79646" w:themeColor="accent6"/>
        <w:insideV w:val="single" w:sz="8" w:space="0" w:color="F79646" w:themeColor="accent6"/>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F79646" w:themeColor="accent6"/>
          <w:left w:val="single" w:sz="8" w:space="0" w:color="F79646" w:themeColor="accent6"/>
          <w:bottom w:val="single" w:sz="18" w:space="0" w:color="F79646" w:themeColor="accent6"/>
          <w:right w:val="single" w:sz="8" w:space="0" w:color="F79646" w:themeColor="accent6"/>
          <w:insideH w:val="nil"/>
          <w:insideV w:val="single" w:sz="8" w:space="0" w:color="F79646" w:themeColor="accent6"/>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F79646" w:themeColor="accent6"/>
          <w:left w:val="single" w:sz="8" w:space="0" w:color="F79646" w:themeColor="accent6"/>
          <w:bottom w:val="single" w:sz="8" w:space="0" w:color="F79646" w:themeColor="accent6"/>
          <w:right w:val="single" w:sz="8" w:space="0" w:color="F79646" w:themeColor="accent6"/>
          <w:insideH w:val="nil"/>
          <w:insideV w:val="single" w:sz="8" w:space="0" w:color="F79646" w:themeColor="accent6"/>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F79646" w:themeColor="accent6"/>
          <w:left w:val="single" w:sz="8" w:space="0" w:color="F79646" w:themeColor="accent6"/>
          <w:bottom w:val="single" w:sz="8" w:space="0" w:color="F79646" w:themeColor="accent6"/>
          <w:right w:val="single" w:sz="8" w:space="0" w:color="F79646" w:themeColor="accent6"/>
        </w:tcBorders>
      </w:tcPr>
    </w:tblStylePr>
    <w:tblStylePr w:type="band1Vert">
      <w:tblPr/>
      <w:tcPr>
        <w:tcBorders>
          <w:top w:val="single" w:sz="8" w:space="0" w:color="F79646" w:themeColor="accent6"/>
          <w:left w:val="single" w:sz="8" w:space="0" w:color="F79646" w:themeColor="accent6"/>
          <w:bottom w:val="single" w:sz="8" w:space="0" w:color="F79646" w:themeColor="accent6"/>
          <w:right w:val="single" w:sz="8" w:space="0" w:color="F79646" w:themeColor="accent6"/>
        </w:tcBorders>
        <w:shd w:val="clear" w:color="auto" w:fill="FDE4D0" w:themeFill="accent6" w:themeFillTint="3F"/>
      </w:tcPr>
    </w:tblStylePr>
    <w:tblStylePr w:type="band1Horz">
      <w:tblPr/>
      <w:tcPr>
        <w:tcBorders>
          <w:top w:val="single" w:sz="8" w:space="0" w:color="F79646" w:themeColor="accent6"/>
          <w:left w:val="single" w:sz="8" w:space="0" w:color="F79646" w:themeColor="accent6"/>
          <w:bottom w:val="single" w:sz="8" w:space="0" w:color="F79646" w:themeColor="accent6"/>
          <w:right w:val="single" w:sz="8" w:space="0" w:color="F79646" w:themeColor="accent6"/>
          <w:insideV w:val="single" w:sz="8" w:space="0" w:color="F79646" w:themeColor="accent6"/>
        </w:tcBorders>
        <w:shd w:val="clear" w:color="auto" w:fill="FDE4D0" w:themeFill="accent6" w:themeFillTint="3F"/>
      </w:tcPr>
    </w:tblStylePr>
    <w:tblStylePr w:type="band2Horz">
      <w:tblPr/>
      <w:tcPr>
        <w:tcBorders>
          <w:top w:val="single" w:sz="8" w:space="0" w:color="F79646" w:themeColor="accent6"/>
          <w:left w:val="single" w:sz="8" w:space="0" w:color="F79646" w:themeColor="accent6"/>
          <w:bottom w:val="single" w:sz="8" w:space="0" w:color="F79646" w:themeColor="accent6"/>
          <w:right w:val="single" w:sz="8" w:space="0" w:color="F79646" w:themeColor="accent6"/>
          <w:insideV w:val="single" w:sz="8" w:space="0" w:color="F79646" w:themeColor="accent6"/>
        </w:tcBorders>
      </w:tcPr>
    </w:tblStylePr>
  </w:style>
  <w:style w:type="table" w:styleId="MediumShading1">
    <w:name w:val="Medium Shading 1"/>
    <w:basedOn w:val="TableNormal"/>
    <w:uiPriority w:val="63"/>
    <w:rsid w:val="00CB0664"/>
    <w:pPr>
      <w:spacing w:after="0" w:line="240" w:lineRule="auto"/>
    </w:pPr>
    <w:tblPr>
      <w:tblStyleRowBandSize w:val="1"/>
      <w:tblStyleColBandSize w:val="1"/>
      <w:tblInd w:w="0" w:type="dxa"/>
      <w:tblBorders>
        <w:top w:val="single" w:sz="8" w:space="0" w:color="404040" w:themeColor="text1" w:themeTint="BF"/>
        <w:left w:val="single" w:sz="8" w:space="0" w:color="404040" w:themeColor="text1" w:themeTint="BF"/>
        <w:bottom w:val="single" w:sz="8" w:space="0" w:color="404040" w:themeColor="text1" w:themeTint="BF"/>
        <w:right w:val="single" w:sz="8" w:space="0" w:color="404040" w:themeColor="text1" w:themeTint="BF"/>
        <w:insideH w:val="single" w:sz="8" w:space="0" w:color="404040" w:themeColor="text1"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404040" w:themeColor="text1" w:themeTint="BF"/>
          <w:left w:val="single" w:sz="8" w:space="0" w:color="404040" w:themeColor="text1" w:themeTint="BF"/>
          <w:bottom w:val="single" w:sz="8" w:space="0" w:color="404040" w:themeColor="text1" w:themeTint="BF"/>
          <w:right w:val="single" w:sz="8" w:space="0" w:color="404040" w:themeColor="text1" w:themeTint="BF"/>
          <w:insideH w:val="nil"/>
          <w:insideV w:val="nil"/>
        </w:tcBorders>
        <w:shd w:val="clear" w:color="auto" w:fill="000000" w:themeFill="text1"/>
      </w:tcPr>
    </w:tblStylePr>
    <w:tblStylePr w:type="lastRow">
      <w:pPr>
        <w:spacing w:before="0" w:after="0" w:line="240" w:lineRule="auto"/>
      </w:pPr>
      <w:rPr>
        <w:b/>
        <w:bCs/>
      </w:rPr>
      <w:tblPr/>
      <w:tcPr>
        <w:tcBorders>
          <w:top w:val="double" w:sz="6" w:space="0" w:color="404040" w:themeColor="text1" w:themeTint="BF"/>
          <w:left w:val="single" w:sz="8" w:space="0" w:color="404040" w:themeColor="text1" w:themeTint="BF"/>
          <w:bottom w:val="single" w:sz="8" w:space="0" w:color="404040" w:themeColor="text1" w:themeTint="BF"/>
          <w:right w:val="single" w:sz="8" w:space="0" w:color="404040" w:themeColor="text1" w:themeTint="BF"/>
          <w:insideH w:val="nil"/>
          <w:insideV w:val="nil"/>
        </w:tcBorders>
      </w:tcPr>
    </w:tblStylePr>
    <w:tblStylePr w:type="firstCol">
      <w:rPr>
        <w:b/>
        <w:bCs/>
      </w:rPr>
    </w:tblStylePr>
    <w:tblStylePr w:type="lastCol">
      <w:rPr>
        <w:b/>
        <w:bCs/>
      </w:rPr>
    </w:tblStylePr>
    <w:tblStylePr w:type="band1Vert">
      <w:tblPr/>
      <w:tcPr>
        <w:shd w:val="clear" w:color="auto" w:fill="C0C0C0" w:themeFill="text1" w:themeFillTint="3F"/>
      </w:tcPr>
    </w:tblStylePr>
    <w:tblStylePr w:type="band1Horz">
      <w:tblPr/>
      <w:tcPr>
        <w:tcBorders>
          <w:insideH w:val="nil"/>
          <w:insideV w:val="nil"/>
        </w:tcBorders>
        <w:shd w:val="clear" w:color="auto" w:fill="C0C0C0" w:themeFill="text1" w:themeFillTint="3F"/>
      </w:tcPr>
    </w:tblStylePr>
    <w:tblStylePr w:type="band2Horz">
      <w:tblPr/>
      <w:tcPr>
        <w:tcBorders>
          <w:insideH w:val="nil"/>
          <w:insideV w:val="nil"/>
        </w:tcBorders>
      </w:tcPr>
    </w:tblStylePr>
  </w:style>
  <w:style w:type="table" w:styleId="MediumShading1-Accent1">
    <w:name w:val="Medium Shading 1 Accent 1"/>
    <w:basedOn w:val="TableNormal"/>
    <w:uiPriority w:val="63"/>
    <w:rsid w:val="00CB0664"/>
    <w:pPr>
      <w:spacing w:after="0" w:line="240" w:lineRule="auto"/>
    </w:pPr>
    <w:tblPr>
      <w:tblStyleRowBandSize w:val="1"/>
      <w:tblStyleColBandSize w:val="1"/>
      <w:tblInd w:w="0" w:type="dxa"/>
      <w:tblBorders>
        <w:top w:val="single" w:sz="8"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single" w:sz="8" w:space="0" w:color="7BA0CD" w:themeColor="accent1"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nil"/>
          <w:insideV w:val="nil"/>
        </w:tcBorders>
        <w:shd w:val="clear" w:color="auto" w:fill="4F81BD" w:themeFill="accent1"/>
      </w:tcPr>
    </w:tblStylePr>
    <w:tblStylePr w:type="lastRow">
      <w:pPr>
        <w:spacing w:before="0" w:after="0" w:line="240" w:lineRule="auto"/>
      </w:pPr>
      <w:rPr>
        <w:b/>
        <w:bCs/>
      </w:rPr>
      <w:tblPr/>
      <w:tcPr>
        <w:tcBorders>
          <w:top w:val="double" w:sz="6"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nil"/>
          <w:insideV w:val="nil"/>
        </w:tcBorders>
      </w:tcPr>
    </w:tblStylePr>
    <w:tblStylePr w:type="firstCol">
      <w:rPr>
        <w:b/>
        <w:bCs/>
      </w:rPr>
    </w:tblStylePr>
    <w:tblStylePr w:type="lastCol">
      <w:rPr>
        <w:b/>
        <w:bCs/>
      </w:rPr>
    </w:tblStylePr>
    <w:tblStylePr w:type="band1Vert">
      <w:tblPr/>
      <w:tcPr>
        <w:shd w:val="clear" w:color="auto" w:fill="D3DFEE" w:themeFill="accent1" w:themeFillTint="3F"/>
      </w:tcPr>
    </w:tblStylePr>
    <w:tblStylePr w:type="band1Horz">
      <w:tblPr/>
      <w:tcPr>
        <w:tcBorders>
          <w:insideH w:val="nil"/>
          <w:insideV w:val="nil"/>
        </w:tcBorders>
        <w:shd w:val="clear" w:color="auto" w:fill="D3DFEE" w:themeFill="accent1" w:themeFillTint="3F"/>
      </w:tcPr>
    </w:tblStylePr>
    <w:tblStylePr w:type="band2Horz">
      <w:tblPr/>
      <w:tcPr>
        <w:tcBorders>
          <w:insideH w:val="nil"/>
          <w:insideV w:val="nil"/>
        </w:tcBorders>
      </w:tcPr>
    </w:tblStylePr>
  </w:style>
  <w:style w:type="table" w:styleId="MediumShading1-Accent2">
    <w:name w:val="Medium Shading 1 Accent 2"/>
    <w:basedOn w:val="TableNormal"/>
    <w:uiPriority w:val="63"/>
    <w:rsid w:val="00CB0664"/>
    <w:pPr>
      <w:spacing w:after="0" w:line="240" w:lineRule="auto"/>
    </w:pPr>
    <w:tblPr>
      <w:tblStyleRowBandSize w:val="1"/>
      <w:tblStyleColBandSize w:val="1"/>
      <w:tblInd w:w="0" w:type="dxa"/>
      <w:tblBorders>
        <w:top w:val="single" w:sz="8" w:space="0" w:color="CF7B79" w:themeColor="accent2" w:themeTint="BF"/>
        <w:left w:val="single" w:sz="8" w:space="0" w:color="CF7B79" w:themeColor="accent2" w:themeTint="BF"/>
        <w:bottom w:val="single" w:sz="8" w:space="0" w:color="CF7B79" w:themeColor="accent2" w:themeTint="BF"/>
        <w:right w:val="single" w:sz="8" w:space="0" w:color="CF7B79" w:themeColor="accent2" w:themeTint="BF"/>
        <w:insideH w:val="single" w:sz="8" w:space="0" w:color="CF7B79" w:themeColor="accent2"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CF7B79" w:themeColor="accent2" w:themeTint="BF"/>
          <w:left w:val="single" w:sz="8" w:space="0" w:color="CF7B79" w:themeColor="accent2" w:themeTint="BF"/>
          <w:bottom w:val="single" w:sz="8" w:space="0" w:color="CF7B79" w:themeColor="accent2" w:themeTint="BF"/>
          <w:right w:val="single" w:sz="8" w:space="0" w:color="CF7B79" w:themeColor="accent2" w:themeTint="BF"/>
          <w:insideH w:val="nil"/>
          <w:insideV w:val="nil"/>
        </w:tcBorders>
        <w:shd w:val="clear" w:color="auto" w:fill="C0504D" w:themeFill="accent2"/>
      </w:tcPr>
    </w:tblStylePr>
    <w:tblStylePr w:type="lastRow">
      <w:pPr>
        <w:spacing w:before="0" w:after="0" w:line="240" w:lineRule="auto"/>
      </w:pPr>
      <w:rPr>
        <w:b/>
        <w:bCs/>
      </w:rPr>
      <w:tblPr/>
      <w:tcPr>
        <w:tcBorders>
          <w:top w:val="double" w:sz="6" w:space="0" w:color="CF7B79" w:themeColor="accent2" w:themeTint="BF"/>
          <w:left w:val="single" w:sz="8" w:space="0" w:color="CF7B79" w:themeColor="accent2" w:themeTint="BF"/>
          <w:bottom w:val="single" w:sz="8" w:space="0" w:color="CF7B79" w:themeColor="accent2" w:themeTint="BF"/>
          <w:right w:val="single" w:sz="8" w:space="0" w:color="CF7B79" w:themeColor="accent2" w:themeTint="BF"/>
          <w:insideH w:val="nil"/>
          <w:insideV w:val="nil"/>
        </w:tcBorders>
      </w:tcPr>
    </w:tblStylePr>
    <w:tblStylePr w:type="firstCol">
      <w:rPr>
        <w:b/>
        <w:bCs/>
      </w:rPr>
    </w:tblStylePr>
    <w:tblStylePr w:type="lastCol">
      <w:rPr>
        <w:b/>
        <w:bCs/>
      </w:rPr>
    </w:tblStylePr>
    <w:tblStylePr w:type="band1Vert">
      <w:tblPr/>
      <w:tcPr>
        <w:shd w:val="clear" w:color="auto" w:fill="EFD3D2" w:themeFill="accent2" w:themeFillTint="3F"/>
      </w:tcPr>
    </w:tblStylePr>
    <w:tblStylePr w:type="band1Horz">
      <w:tblPr/>
      <w:tcPr>
        <w:tcBorders>
          <w:insideH w:val="nil"/>
          <w:insideV w:val="nil"/>
        </w:tcBorders>
        <w:shd w:val="clear" w:color="auto" w:fill="EFD3D2" w:themeFill="accent2" w:themeFillTint="3F"/>
      </w:tcPr>
    </w:tblStylePr>
    <w:tblStylePr w:type="band2Horz">
      <w:tblPr/>
      <w:tcPr>
        <w:tcBorders>
          <w:insideH w:val="nil"/>
          <w:insideV w:val="nil"/>
        </w:tcBorders>
      </w:tcPr>
    </w:tblStylePr>
  </w:style>
  <w:style w:type="table" w:styleId="MediumShading1-Accent3">
    <w:name w:val="Medium Shading 1 Accent 3"/>
    <w:basedOn w:val="TableNormal"/>
    <w:uiPriority w:val="63"/>
    <w:rsid w:val="00CB0664"/>
    <w:pPr>
      <w:spacing w:after="0" w:line="240" w:lineRule="auto"/>
    </w:pPr>
    <w:tblPr>
      <w:tblStyleRowBandSize w:val="1"/>
      <w:tblStyleColBandSize w:val="1"/>
      <w:tblInd w:w="0" w:type="dxa"/>
      <w:tblBorders>
        <w:top w:val="single" w:sz="8" w:space="0" w:color="B3CC82" w:themeColor="accent3" w:themeTint="BF"/>
        <w:left w:val="single" w:sz="8" w:space="0" w:color="B3CC82" w:themeColor="accent3" w:themeTint="BF"/>
        <w:bottom w:val="single" w:sz="8" w:space="0" w:color="B3CC82" w:themeColor="accent3" w:themeTint="BF"/>
        <w:right w:val="single" w:sz="8" w:space="0" w:color="B3CC82" w:themeColor="accent3" w:themeTint="BF"/>
        <w:insideH w:val="single" w:sz="8" w:space="0" w:color="B3CC82" w:themeColor="accent3"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B3CC82" w:themeColor="accent3" w:themeTint="BF"/>
          <w:left w:val="single" w:sz="8" w:space="0" w:color="B3CC82" w:themeColor="accent3" w:themeTint="BF"/>
          <w:bottom w:val="single" w:sz="8" w:space="0" w:color="B3CC82" w:themeColor="accent3" w:themeTint="BF"/>
          <w:right w:val="single" w:sz="8" w:space="0" w:color="B3CC82" w:themeColor="accent3" w:themeTint="BF"/>
          <w:insideH w:val="nil"/>
          <w:insideV w:val="nil"/>
        </w:tcBorders>
        <w:shd w:val="clear" w:color="auto" w:fill="9BBB59" w:themeFill="accent3"/>
      </w:tcPr>
    </w:tblStylePr>
    <w:tblStylePr w:type="lastRow">
      <w:pPr>
        <w:spacing w:before="0" w:after="0" w:line="240" w:lineRule="auto"/>
      </w:pPr>
      <w:rPr>
        <w:b/>
        <w:bCs/>
      </w:rPr>
      <w:tblPr/>
      <w:tcPr>
        <w:tcBorders>
          <w:top w:val="double" w:sz="6" w:space="0" w:color="B3CC82" w:themeColor="accent3" w:themeTint="BF"/>
          <w:left w:val="single" w:sz="8" w:space="0" w:color="B3CC82" w:themeColor="accent3" w:themeTint="BF"/>
          <w:bottom w:val="single" w:sz="8" w:space="0" w:color="B3CC82" w:themeColor="accent3" w:themeTint="BF"/>
          <w:right w:val="single" w:sz="8" w:space="0" w:color="B3CC82" w:themeColor="accent3" w:themeTint="BF"/>
          <w:insideH w:val="nil"/>
          <w:insideV w:val="nil"/>
        </w:tcBorders>
      </w:tcPr>
    </w:tblStylePr>
    <w:tblStylePr w:type="firstCol">
      <w:rPr>
        <w:b/>
        <w:bCs/>
      </w:rPr>
    </w:tblStylePr>
    <w:tblStylePr w:type="lastCol">
      <w:rPr>
        <w:b/>
        <w:bCs/>
      </w:rPr>
    </w:tblStylePr>
    <w:tblStylePr w:type="band1Vert">
      <w:tblPr/>
      <w:tcPr>
        <w:shd w:val="clear" w:color="auto" w:fill="E6EED5" w:themeFill="accent3" w:themeFillTint="3F"/>
      </w:tcPr>
    </w:tblStylePr>
    <w:tblStylePr w:type="band1Horz">
      <w:tblPr/>
      <w:tcPr>
        <w:tcBorders>
          <w:insideH w:val="nil"/>
          <w:insideV w:val="nil"/>
        </w:tcBorders>
        <w:shd w:val="clear" w:color="auto" w:fill="E6EED5" w:themeFill="accent3" w:themeFillTint="3F"/>
      </w:tcPr>
    </w:tblStylePr>
    <w:tblStylePr w:type="band2Horz">
      <w:tblPr/>
      <w:tcPr>
        <w:tcBorders>
          <w:insideH w:val="nil"/>
          <w:insideV w:val="nil"/>
        </w:tcBorders>
      </w:tcPr>
    </w:tblStylePr>
  </w:style>
  <w:style w:type="table" w:styleId="MediumShading1-Accent4">
    <w:name w:val="Medium Shading 1 Accent 4"/>
    <w:basedOn w:val="TableNormal"/>
    <w:uiPriority w:val="63"/>
    <w:rsid w:val="00CB0664"/>
    <w:pPr>
      <w:spacing w:after="0" w:line="240" w:lineRule="auto"/>
    </w:pPr>
    <w:tblPr>
      <w:tblStyleRowBandSize w:val="1"/>
      <w:tblStyleColBandSize w:val="1"/>
      <w:tblInd w:w="0" w:type="dxa"/>
      <w:tblBorders>
        <w:top w:val="single" w:sz="8" w:space="0" w:color="9F8AB9" w:themeColor="accent4" w:themeTint="BF"/>
        <w:left w:val="single" w:sz="8" w:space="0" w:color="9F8AB9" w:themeColor="accent4" w:themeTint="BF"/>
        <w:bottom w:val="single" w:sz="8" w:space="0" w:color="9F8AB9" w:themeColor="accent4" w:themeTint="BF"/>
        <w:right w:val="single" w:sz="8" w:space="0" w:color="9F8AB9" w:themeColor="accent4" w:themeTint="BF"/>
        <w:insideH w:val="single" w:sz="8" w:space="0" w:color="9F8AB9" w:themeColor="accent4"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9F8AB9" w:themeColor="accent4" w:themeTint="BF"/>
          <w:left w:val="single" w:sz="8" w:space="0" w:color="9F8AB9" w:themeColor="accent4" w:themeTint="BF"/>
          <w:bottom w:val="single" w:sz="8" w:space="0" w:color="9F8AB9" w:themeColor="accent4" w:themeTint="BF"/>
          <w:right w:val="single" w:sz="8" w:space="0" w:color="9F8AB9" w:themeColor="accent4" w:themeTint="BF"/>
          <w:insideH w:val="nil"/>
          <w:insideV w:val="nil"/>
        </w:tcBorders>
        <w:shd w:val="clear" w:color="auto" w:fill="8064A2" w:themeFill="accent4"/>
      </w:tcPr>
    </w:tblStylePr>
    <w:tblStylePr w:type="lastRow">
      <w:pPr>
        <w:spacing w:before="0" w:after="0" w:line="240" w:lineRule="auto"/>
      </w:pPr>
      <w:rPr>
        <w:b/>
        <w:bCs/>
      </w:rPr>
      <w:tblPr/>
      <w:tcPr>
        <w:tcBorders>
          <w:top w:val="double" w:sz="6" w:space="0" w:color="9F8AB9" w:themeColor="accent4" w:themeTint="BF"/>
          <w:left w:val="single" w:sz="8" w:space="0" w:color="9F8AB9" w:themeColor="accent4" w:themeTint="BF"/>
          <w:bottom w:val="single" w:sz="8" w:space="0" w:color="9F8AB9" w:themeColor="accent4" w:themeTint="BF"/>
          <w:right w:val="single" w:sz="8" w:space="0" w:color="9F8AB9" w:themeColor="accent4" w:themeTint="BF"/>
          <w:insideH w:val="nil"/>
          <w:insideV w:val="nil"/>
        </w:tcBorders>
      </w:tcPr>
    </w:tblStylePr>
    <w:tblStylePr w:type="firstCol">
      <w:rPr>
        <w:b/>
        <w:bCs/>
      </w:rPr>
    </w:tblStylePr>
    <w:tblStylePr w:type="lastCol">
      <w:rPr>
        <w:b/>
        <w:bCs/>
      </w:rPr>
    </w:tblStylePr>
    <w:tblStylePr w:type="band1Vert">
      <w:tblPr/>
      <w:tcPr>
        <w:shd w:val="clear" w:color="auto" w:fill="DFD8E8" w:themeFill="accent4" w:themeFillTint="3F"/>
      </w:tcPr>
    </w:tblStylePr>
    <w:tblStylePr w:type="band1Horz">
      <w:tblPr/>
      <w:tcPr>
        <w:tcBorders>
          <w:insideH w:val="nil"/>
          <w:insideV w:val="nil"/>
        </w:tcBorders>
        <w:shd w:val="clear" w:color="auto" w:fill="DFD8E8" w:themeFill="accent4" w:themeFillTint="3F"/>
      </w:tcPr>
    </w:tblStylePr>
    <w:tblStylePr w:type="band2Horz">
      <w:tblPr/>
      <w:tcPr>
        <w:tcBorders>
          <w:insideH w:val="nil"/>
          <w:insideV w:val="nil"/>
        </w:tcBorders>
      </w:tcPr>
    </w:tblStylePr>
  </w:style>
  <w:style w:type="table" w:styleId="MediumShading1-Accent5">
    <w:name w:val="Medium Shading 1 Accent 5"/>
    <w:basedOn w:val="TableNormal"/>
    <w:uiPriority w:val="63"/>
    <w:rsid w:val="00CB0664"/>
    <w:pPr>
      <w:spacing w:after="0" w:line="240" w:lineRule="auto"/>
    </w:pPr>
    <w:tblPr>
      <w:tblStyleRowBandSize w:val="1"/>
      <w:tblStyleColBandSize w:val="1"/>
      <w:tblInd w:w="0" w:type="dxa"/>
      <w:tblBorders>
        <w:top w:val="single" w:sz="8" w:space="0" w:color="78C0D4" w:themeColor="accent5" w:themeTint="BF"/>
        <w:left w:val="single" w:sz="8" w:space="0" w:color="78C0D4" w:themeColor="accent5" w:themeTint="BF"/>
        <w:bottom w:val="single" w:sz="8" w:space="0" w:color="78C0D4" w:themeColor="accent5" w:themeTint="BF"/>
        <w:right w:val="single" w:sz="8" w:space="0" w:color="78C0D4" w:themeColor="accent5" w:themeTint="BF"/>
        <w:insideH w:val="single" w:sz="8" w:space="0" w:color="78C0D4" w:themeColor="accent5"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78C0D4" w:themeColor="accent5" w:themeTint="BF"/>
          <w:left w:val="single" w:sz="8" w:space="0" w:color="78C0D4" w:themeColor="accent5" w:themeTint="BF"/>
          <w:bottom w:val="single" w:sz="8" w:space="0" w:color="78C0D4" w:themeColor="accent5" w:themeTint="BF"/>
          <w:right w:val="single" w:sz="8" w:space="0" w:color="78C0D4" w:themeColor="accent5" w:themeTint="BF"/>
          <w:insideH w:val="nil"/>
          <w:insideV w:val="nil"/>
        </w:tcBorders>
        <w:shd w:val="clear" w:color="auto" w:fill="4BACC6" w:themeFill="accent5"/>
      </w:tcPr>
    </w:tblStylePr>
    <w:tblStylePr w:type="lastRow">
      <w:pPr>
        <w:spacing w:before="0" w:after="0" w:line="240" w:lineRule="auto"/>
      </w:pPr>
      <w:rPr>
        <w:b/>
        <w:bCs/>
      </w:rPr>
      <w:tblPr/>
      <w:tcPr>
        <w:tcBorders>
          <w:top w:val="double" w:sz="6" w:space="0" w:color="78C0D4" w:themeColor="accent5" w:themeTint="BF"/>
          <w:left w:val="single" w:sz="8" w:space="0" w:color="78C0D4" w:themeColor="accent5" w:themeTint="BF"/>
          <w:bottom w:val="single" w:sz="8" w:space="0" w:color="78C0D4" w:themeColor="accent5" w:themeTint="BF"/>
          <w:right w:val="single" w:sz="8" w:space="0" w:color="78C0D4" w:themeColor="accent5" w:themeTint="BF"/>
          <w:insideH w:val="nil"/>
          <w:insideV w:val="nil"/>
        </w:tcBorders>
      </w:tcPr>
    </w:tblStylePr>
    <w:tblStylePr w:type="firstCol">
      <w:rPr>
        <w:b/>
        <w:bCs/>
      </w:rPr>
    </w:tblStylePr>
    <w:tblStylePr w:type="lastCol">
      <w:rPr>
        <w:b/>
        <w:bCs/>
      </w:rPr>
    </w:tblStylePr>
    <w:tblStylePr w:type="band1Vert">
      <w:tblPr/>
      <w:tcPr>
        <w:shd w:val="clear" w:color="auto" w:fill="D2EAF1" w:themeFill="accent5" w:themeFillTint="3F"/>
      </w:tcPr>
    </w:tblStylePr>
    <w:tblStylePr w:type="band1Horz">
      <w:tblPr/>
      <w:tcPr>
        <w:tcBorders>
          <w:insideH w:val="nil"/>
          <w:insideV w:val="nil"/>
        </w:tcBorders>
        <w:shd w:val="clear" w:color="auto" w:fill="D2EAF1" w:themeFill="accent5" w:themeFillTint="3F"/>
      </w:tcPr>
    </w:tblStylePr>
    <w:tblStylePr w:type="band2Horz">
      <w:tblPr/>
      <w:tcPr>
        <w:tcBorders>
          <w:insideH w:val="nil"/>
          <w:insideV w:val="nil"/>
        </w:tcBorders>
      </w:tcPr>
    </w:tblStylePr>
  </w:style>
  <w:style w:type="table" w:styleId="MediumShading1-Accent6">
    <w:name w:val="Medium Shading 1 Accent 6"/>
    <w:basedOn w:val="TableNormal"/>
    <w:uiPriority w:val="63"/>
    <w:rsid w:val="00CB0664"/>
    <w:pPr>
      <w:spacing w:after="0" w:line="240" w:lineRule="auto"/>
    </w:pPr>
    <w:tblPr>
      <w:tblStyleRowBandSize w:val="1"/>
      <w:tblStyleColBandSize w:val="1"/>
      <w:tblInd w:w="0" w:type="dxa"/>
      <w:tblBorders>
        <w:top w:val="single" w:sz="8" w:space="0" w:color="F9B074" w:themeColor="accent6" w:themeTint="BF"/>
        <w:left w:val="single" w:sz="8" w:space="0" w:color="F9B074" w:themeColor="accent6" w:themeTint="BF"/>
        <w:bottom w:val="single" w:sz="8" w:space="0" w:color="F9B074" w:themeColor="accent6" w:themeTint="BF"/>
        <w:right w:val="single" w:sz="8" w:space="0" w:color="F9B074" w:themeColor="accent6" w:themeTint="BF"/>
        <w:insideH w:val="single" w:sz="8" w:space="0" w:color="F9B074" w:themeColor="accent6"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F9B074" w:themeColor="accent6" w:themeTint="BF"/>
          <w:left w:val="single" w:sz="8" w:space="0" w:color="F9B074" w:themeColor="accent6" w:themeTint="BF"/>
          <w:bottom w:val="single" w:sz="8" w:space="0" w:color="F9B074" w:themeColor="accent6" w:themeTint="BF"/>
          <w:right w:val="single" w:sz="8" w:space="0" w:color="F9B074" w:themeColor="accent6" w:themeTint="BF"/>
          <w:insideH w:val="nil"/>
          <w:insideV w:val="nil"/>
        </w:tcBorders>
        <w:shd w:val="clear" w:color="auto" w:fill="F79646" w:themeFill="accent6"/>
      </w:tcPr>
    </w:tblStylePr>
    <w:tblStylePr w:type="lastRow">
      <w:pPr>
        <w:spacing w:before="0" w:after="0" w:line="240" w:lineRule="auto"/>
      </w:pPr>
      <w:rPr>
        <w:b/>
        <w:bCs/>
      </w:rPr>
      <w:tblPr/>
      <w:tcPr>
        <w:tcBorders>
          <w:top w:val="double" w:sz="6" w:space="0" w:color="F9B074" w:themeColor="accent6" w:themeTint="BF"/>
          <w:left w:val="single" w:sz="8" w:space="0" w:color="F9B074" w:themeColor="accent6" w:themeTint="BF"/>
          <w:bottom w:val="single" w:sz="8" w:space="0" w:color="F9B074" w:themeColor="accent6" w:themeTint="BF"/>
          <w:right w:val="single" w:sz="8" w:space="0" w:color="F9B074" w:themeColor="accent6" w:themeTint="BF"/>
          <w:insideH w:val="nil"/>
          <w:insideV w:val="nil"/>
        </w:tcBorders>
      </w:tcPr>
    </w:tblStylePr>
    <w:tblStylePr w:type="firstCol">
      <w:rPr>
        <w:b/>
        <w:bCs/>
      </w:rPr>
    </w:tblStylePr>
    <w:tblStylePr w:type="lastCol">
      <w:rPr>
        <w:b/>
        <w:bCs/>
      </w:rPr>
    </w:tblStylePr>
    <w:tblStylePr w:type="band1Vert">
      <w:tblPr/>
      <w:tcPr>
        <w:shd w:val="clear" w:color="auto" w:fill="FDE4D0" w:themeFill="accent6" w:themeFillTint="3F"/>
      </w:tcPr>
    </w:tblStylePr>
    <w:tblStylePr w:type="band1Horz">
      <w:tblPr/>
      <w:tcPr>
        <w:tcBorders>
          <w:insideH w:val="nil"/>
          <w:insideV w:val="nil"/>
        </w:tcBorders>
        <w:shd w:val="clear" w:color="auto" w:fill="FDE4D0" w:themeFill="accent6" w:themeFillTint="3F"/>
      </w:tcPr>
    </w:tblStylePr>
    <w:tblStylePr w:type="band2Horz">
      <w:tblPr/>
      <w:tcPr>
        <w:tcBorders>
          <w:insideH w:val="nil"/>
          <w:insideV w:val="nil"/>
        </w:tcBorders>
      </w:tcPr>
    </w:tblStylePr>
  </w:style>
  <w:style w:type="table" w:styleId="MediumShading2">
    <w:name w:val="Medium Shading 2"/>
    <w:basedOn w:val="TableNormal"/>
    <w:uiPriority w:val="64"/>
    <w:rsid w:val="00CB066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000000" w:themeFill="text1"/>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000000" w:themeFill="text1"/>
      </w:tcPr>
    </w:tblStylePr>
    <w:tblStylePr w:type="lastCol">
      <w:rPr>
        <w:b/>
        <w:bCs/>
        <w:color w:val="FFFFFF" w:themeColor="background1"/>
      </w:rPr>
      <w:tblPr/>
      <w:tcPr>
        <w:tcBorders>
          <w:left w:val="nil"/>
          <w:right w:val="nil"/>
          <w:insideH w:val="nil"/>
          <w:insideV w:val="nil"/>
        </w:tcBorders>
        <w:shd w:val="clear" w:color="auto" w:fill="000000" w:themeFill="text1"/>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1">
    <w:name w:val="Medium Shading 2 Accent 1"/>
    <w:basedOn w:val="TableNormal"/>
    <w:uiPriority w:val="64"/>
    <w:rsid w:val="00CB066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4F81BD" w:themeFill="accent1"/>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4F81BD" w:themeFill="accent1"/>
      </w:tcPr>
    </w:tblStylePr>
    <w:tblStylePr w:type="lastCol">
      <w:rPr>
        <w:b/>
        <w:bCs/>
        <w:color w:val="FFFFFF" w:themeColor="background1"/>
      </w:rPr>
      <w:tblPr/>
      <w:tcPr>
        <w:tcBorders>
          <w:left w:val="nil"/>
          <w:right w:val="nil"/>
          <w:insideH w:val="nil"/>
          <w:insideV w:val="nil"/>
        </w:tcBorders>
        <w:shd w:val="clear" w:color="auto" w:fill="4F81BD" w:themeFill="accent1"/>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2">
    <w:name w:val="Medium Shading 2 Accent 2"/>
    <w:basedOn w:val="TableNormal"/>
    <w:uiPriority w:val="64"/>
    <w:rsid w:val="00CB066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C0504D" w:themeFill="accent2"/>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C0504D" w:themeFill="accent2"/>
      </w:tcPr>
    </w:tblStylePr>
    <w:tblStylePr w:type="lastCol">
      <w:rPr>
        <w:b/>
        <w:bCs/>
        <w:color w:val="FFFFFF" w:themeColor="background1"/>
      </w:rPr>
      <w:tblPr/>
      <w:tcPr>
        <w:tcBorders>
          <w:left w:val="nil"/>
          <w:right w:val="nil"/>
          <w:insideH w:val="nil"/>
          <w:insideV w:val="nil"/>
        </w:tcBorders>
        <w:shd w:val="clear" w:color="auto" w:fill="C0504D" w:themeFill="accent2"/>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3">
    <w:name w:val="Medium Shading 2 Accent 3"/>
    <w:basedOn w:val="TableNormal"/>
    <w:uiPriority w:val="64"/>
    <w:rsid w:val="00CB066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9BBB59" w:themeFill="accent3"/>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9BBB59" w:themeFill="accent3"/>
      </w:tcPr>
    </w:tblStylePr>
    <w:tblStylePr w:type="lastCol">
      <w:rPr>
        <w:b/>
        <w:bCs/>
        <w:color w:val="FFFFFF" w:themeColor="background1"/>
      </w:rPr>
      <w:tblPr/>
      <w:tcPr>
        <w:tcBorders>
          <w:left w:val="nil"/>
          <w:right w:val="nil"/>
          <w:insideH w:val="nil"/>
          <w:insideV w:val="nil"/>
        </w:tcBorders>
        <w:shd w:val="clear" w:color="auto" w:fill="9BBB59" w:themeFill="accent3"/>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4">
    <w:name w:val="Medium Shading 2 Accent 4"/>
    <w:basedOn w:val="TableNormal"/>
    <w:uiPriority w:val="64"/>
    <w:rsid w:val="00CB066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8064A2" w:themeFill="accent4"/>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8064A2" w:themeFill="accent4"/>
      </w:tcPr>
    </w:tblStylePr>
    <w:tblStylePr w:type="lastCol">
      <w:rPr>
        <w:b/>
        <w:bCs/>
        <w:color w:val="FFFFFF" w:themeColor="background1"/>
      </w:rPr>
      <w:tblPr/>
      <w:tcPr>
        <w:tcBorders>
          <w:left w:val="nil"/>
          <w:right w:val="nil"/>
          <w:insideH w:val="nil"/>
          <w:insideV w:val="nil"/>
        </w:tcBorders>
        <w:shd w:val="clear" w:color="auto" w:fill="8064A2" w:themeFill="accent4"/>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5">
    <w:name w:val="Medium Shading 2 Accent 5"/>
    <w:basedOn w:val="TableNormal"/>
    <w:uiPriority w:val="64"/>
    <w:rsid w:val="00CB066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4BACC6" w:themeFill="accent5"/>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4BACC6" w:themeFill="accent5"/>
      </w:tcPr>
    </w:tblStylePr>
    <w:tblStylePr w:type="lastCol">
      <w:rPr>
        <w:b/>
        <w:bCs/>
        <w:color w:val="FFFFFF" w:themeColor="background1"/>
      </w:rPr>
      <w:tblPr/>
      <w:tcPr>
        <w:tcBorders>
          <w:left w:val="nil"/>
          <w:right w:val="nil"/>
          <w:insideH w:val="nil"/>
          <w:insideV w:val="nil"/>
        </w:tcBorders>
        <w:shd w:val="clear" w:color="auto" w:fill="4BACC6" w:themeFill="accent5"/>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6">
    <w:name w:val="Medium Shading 2 Accent 6"/>
    <w:basedOn w:val="TableNormal"/>
    <w:uiPriority w:val="64"/>
    <w:rsid w:val="00CB066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F79646" w:themeFill="accent6"/>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F79646" w:themeFill="accent6"/>
      </w:tcPr>
    </w:tblStylePr>
    <w:tblStylePr w:type="lastCol">
      <w:rPr>
        <w:b/>
        <w:bCs/>
        <w:color w:val="FFFFFF" w:themeColor="background1"/>
      </w:rPr>
      <w:tblPr/>
      <w:tcPr>
        <w:tcBorders>
          <w:left w:val="nil"/>
          <w:right w:val="nil"/>
          <w:insideH w:val="nil"/>
          <w:insideV w:val="nil"/>
        </w:tcBorders>
        <w:shd w:val="clear" w:color="auto" w:fill="F79646" w:themeFill="accent6"/>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List1">
    <w:name w:val="Medium List 1"/>
    <w:basedOn w:val="TableNormal"/>
    <w:uiPriority w:val="65"/>
    <w:rsid w:val="00CB0664"/>
    <w:pPr>
      <w:spacing w:after="0" w:line="240" w:lineRule="auto"/>
    </w:pPr>
    <w:rPr>
      <w:color w:val="000000" w:themeColor="text1"/>
    </w:rPr>
    <w:tblPr>
      <w:tblStyleRowBandSize w:val="1"/>
      <w:tblStyleColBandSize w:val="1"/>
      <w:tblInd w:w="0" w:type="dxa"/>
      <w:tblBorders>
        <w:top w:val="single" w:sz="8" w:space="0" w:color="000000" w:themeColor="text1"/>
        <w:bottom w:val="single" w:sz="8" w:space="0" w:color="000000" w:themeColor="text1"/>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000000" w:themeColor="text1"/>
        </w:tcBorders>
      </w:tcPr>
    </w:tblStylePr>
    <w:tblStylePr w:type="lastRow">
      <w:rPr>
        <w:b/>
        <w:bCs/>
        <w:color w:val="1F497D" w:themeColor="text2"/>
      </w:rPr>
      <w:tblPr/>
      <w:tcPr>
        <w:tcBorders>
          <w:top w:val="single" w:sz="8" w:space="0" w:color="000000" w:themeColor="text1"/>
          <w:bottom w:val="single" w:sz="8" w:space="0" w:color="000000" w:themeColor="text1"/>
        </w:tcBorders>
      </w:tcPr>
    </w:tblStylePr>
    <w:tblStylePr w:type="firstCol">
      <w:rPr>
        <w:b/>
        <w:bCs/>
      </w:rPr>
    </w:tblStylePr>
    <w:tblStylePr w:type="lastCol">
      <w:rPr>
        <w:b/>
        <w:bCs/>
      </w:rPr>
      <w:tblPr/>
      <w:tcPr>
        <w:tcBorders>
          <w:top w:val="single" w:sz="8" w:space="0" w:color="000000" w:themeColor="text1"/>
          <w:bottom w:val="single" w:sz="8" w:space="0" w:color="000000" w:themeColor="text1"/>
        </w:tcBorders>
      </w:tcPr>
    </w:tblStylePr>
    <w:tblStylePr w:type="band1Vert">
      <w:tblPr/>
      <w:tcPr>
        <w:shd w:val="clear" w:color="auto" w:fill="C0C0C0" w:themeFill="text1" w:themeFillTint="3F"/>
      </w:tcPr>
    </w:tblStylePr>
    <w:tblStylePr w:type="band1Horz">
      <w:tblPr/>
      <w:tcPr>
        <w:shd w:val="clear" w:color="auto" w:fill="C0C0C0" w:themeFill="text1" w:themeFillTint="3F"/>
      </w:tcPr>
    </w:tblStylePr>
  </w:style>
  <w:style w:type="table" w:styleId="MediumList1-Accent1">
    <w:name w:val="Medium List 1 Accent 1"/>
    <w:basedOn w:val="TableNormal"/>
    <w:uiPriority w:val="65"/>
    <w:rsid w:val="00CB0664"/>
    <w:pPr>
      <w:spacing w:after="0" w:line="240" w:lineRule="auto"/>
    </w:pPr>
    <w:rPr>
      <w:color w:val="000000" w:themeColor="text1"/>
    </w:rPr>
    <w:tblPr>
      <w:tblStyleRowBandSize w:val="1"/>
      <w:tblStyleColBandSize w:val="1"/>
      <w:tblInd w:w="0" w:type="dxa"/>
      <w:tblBorders>
        <w:top w:val="single" w:sz="8" w:space="0" w:color="4F81BD" w:themeColor="accent1"/>
        <w:bottom w:val="single" w:sz="8" w:space="0" w:color="4F81BD" w:themeColor="accent1"/>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4F81BD" w:themeColor="accent1"/>
        </w:tcBorders>
      </w:tcPr>
    </w:tblStylePr>
    <w:tblStylePr w:type="lastRow">
      <w:rPr>
        <w:b/>
        <w:bCs/>
        <w:color w:val="1F497D" w:themeColor="text2"/>
      </w:rPr>
      <w:tblPr/>
      <w:tcPr>
        <w:tcBorders>
          <w:top w:val="single" w:sz="8" w:space="0" w:color="4F81BD" w:themeColor="accent1"/>
          <w:bottom w:val="single" w:sz="8" w:space="0" w:color="4F81BD" w:themeColor="accent1"/>
        </w:tcBorders>
      </w:tcPr>
    </w:tblStylePr>
    <w:tblStylePr w:type="firstCol">
      <w:rPr>
        <w:b/>
        <w:bCs/>
      </w:rPr>
    </w:tblStylePr>
    <w:tblStylePr w:type="lastCol">
      <w:rPr>
        <w:b/>
        <w:bCs/>
      </w:rPr>
      <w:tblPr/>
      <w:tcPr>
        <w:tcBorders>
          <w:top w:val="single" w:sz="8" w:space="0" w:color="4F81BD" w:themeColor="accent1"/>
          <w:bottom w:val="single" w:sz="8" w:space="0" w:color="4F81BD" w:themeColor="accent1"/>
        </w:tcBorders>
      </w:tcPr>
    </w:tblStylePr>
    <w:tblStylePr w:type="band1Vert">
      <w:tblPr/>
      <w:tcPr>
        <w:shd w:val="clear" w:color="auto" w:fill="D3DFEE" w:themeFill="accent1" w:themeFillTint="3F"/>
      </w:tcPr>
    </w:tblStylePr>
    <w:tblStylePr w:type="band1Horz">
      <w:tblPr/>
      <w:tcPr>
        <w:shd w:val="clear" w:color="auto" w:fill="D3DFEE" w:themeFill="accent1" w:themeFillTint="3F"/>
      </w:tcPr>
    </w:tblStylePr>
  </w:style>
  <w:style w:type="table" w:styleId="MediumList1-Accent2">
    <w:name w:val="Medium List 1 Accent 2"/>
    <w:basedOn w:val="TableNormal"/>
    <w:uiPriority w:val="65"/>
    <w:rsid w:val="00CB0664"/>
    <w:pPr>
      <w:spacing w:after="0" w:line="240" w:lineRule="auto"/>
    </w:pPr>
    <w:rPr>
      <w:color w:val="000000" w:themeColor="text1"/>
    </w:rPr>
    <w:tblPr>
      <w:tblStyleRowBandSize w:val="1"/>
      <w:tblStyleColBandSize w:val="1"/>
      <w:tblInd w:w="0" w:type="dxa"/>
      <w:tblBorders>
        <w:top w:val="single" w:sz="8" w:space="0" w:color="C0504D" w:themeColor="accent2"/>
        <w:bottom w:val="single" w:sz="8" w:space="0" w:color="C0504D" w:themeColor="accent2"/>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C0504D" w:themeColor="accent2"/>
        </w:tcBorders>
      </w:tcPr>
    </w:tblStylePr>
    <w:tblStylePr w:type="lastRow">
      <w:rPr>
        <w:b/>
        <w:bCs/>
        <w:color w:val="1F497D" w:themeColor="text2"/>
      </w:rPr>
      <w:tblPr/>
      <w:tcPr>
        <w:tcBorders>
          <w:top w:val="single" w:sz="8" w:space="0" w:color="C0504D" w:themeColor="accent2"/>
          <w:bottom w:val="single" w:sz="8" w:space="0" w:color="C0504D" w:themeColor="accent2"/>
        </w:tcBorders>
      </w:tcPr>
    </w:tblStylePr>
    <w:tblStylePr w:type="firstCol">
      <w:rPr>
        <w:b/>
        <w:bCs/>
      </w:rPr>
    </w:tblStylePr>
    <w:tblStylePr w:type="lastCol">
      <w:rPr>
        <w:b/>
        <w:bCs/>
      </w:rPr>
      <w:tblPr/>
      <w:tcPr>
        <w:tcBorders>
          <w:top w:val="single" w:sz="8" w:space="0" w:color="C0504D" w:themeColor="accent2"/>
          <w:bottom w:val="single" w:sz="8" w:space="0" w:color="C0504D" w:themeColor="accent2"/>
        </w:tcBorders>
      </w:tcPr>
    </w:tblStylePr>
    <w:tblStylePr w:type="band1Vert">
      <w:tblPr/>
      <w:tcPr>
        <w:shd w:val="clear" w:color="auto" w:fill="EFD3D2" w:themeFill="accent2" w:themeFillTint="3F"/>
      </w:tcPr>
    </w:tblStylePr>
    <w:tblStylePr w:type="band1Horz">
      <w:tblPr/>
      <w:tcPr>
        <w:shd w:val="clear" w:color="auto" w:fill="EFD3D2" w:themeFill="accent2" w:themeFillTint="3F"/>
      </w:tcPr>
    </w:tblStylePr>
  </w:style>
  <w:style w:type="table" w:styleId="MediumList1-Accent3">
    <w:name w:val="Medium List 1 Accent 3"/>
    <w:basedOn w:val="TableNormal"/>
    <w:uiPriority w:val="65"/>
    <w:rsid w:val="00CB0664"/>
    <w:pPr>
      <w:spacing w:after="0" w:line="240" w:lineRule="auto"/>
    </w:pPr>
    <w:rPr>
      <w:color w:val="000000" w:themeColor="text1"/>
    </w:rPr>
    <w:tblPr>
      <w:tblStyleRowBandSize w:val="1"/>
      <w:tblStyleColBandSize w:val="1"/>
      <w:tblInd w:w="0" w:type="dxa"/>
      <w:tblBorders>
        <w:top w:val="single" w:sz="8" w:space="0" w:color="9BBB59" w:themeColor="accent3"/>
        <w:bottom w:val="single" w:sz="8" w:space="0" w:color="9BBB59" w:themeColor="accent3"/>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9BBB59" w:themeColor="accent3"/>
        </w:tcBorders>
      </w:tcPr>
    </w:tblStylePr>
    <w:tblStylePr w:type="lastRow">
      <w:rPr>
        <w:b/>
        <w:bCs/>
        <w:color w:val="1F497D" w:themeColor="text2"/>
      </w:rPr>
      <w:tblPr/>
      <w:tcPr>
        <w:tcBorders>
          <w:top w:val="single" w:sz="8" w:space="0" w:color="9BBB59" w:themeColor="accent3"/>
          <w:bottom w:val="single" w:sz="8" w:space="0" w:color="9BBB59" w:themeColor="accent3"/>
        </w:tcBorders>
      </w:tcPr>
    </w:tblStylePr>
    <w:tblStylePr w:type="firstCol">
      <w:rPr>
        <w:b/>
        <w:bCs/>
      </w:rPr>
    </w:tblStylePr>
    <w:tblStylePr w:type="lastCol">
      <w:rPr>
        <w:b/>
        <w:bCs/>
      </w:rPr>
      <w:tblPr/>
      <w:tcPr>
        <w:tcBorders>
          <w:top w:val="single" w:sz="8" w:space="0" w:color="9BBB59" w:themeColor="accent3"/>
          <w:bottom w:val="single" w:sz="8" w:space="0" w:color="9BBB59" w:themeColor="accent3"/>
        </w:tcBorders>
      </w:tcPr>
    </w:tblStylePr>
    <w:tblStylePr w:type="band1Vert">
      <w:tblPr/>
      <w:tcPr>
        <w:shd w:val="clear" w:color="auto" w:fill="E6EED5" w:themeFill="accent3" w:themeFillTint="3F"/>
      </w:tcPr>
    </w:tblStylePr>
    <w:tblStylePr w:type="band1Horz">
      <w:tblPr/>
      <w:tcPr>
        <w:shd w:val="clear" w:color="auto" w:fill="E6EED5" w:themeFill="accent3" w:themeFillTint="3F"/>
      </w:tcPr>
    </w:tblStylePr>
  </w:style>
  <w:style w:type="table" w:styleId="MediumList1-Accent4">
    <w:name w:val="Medium List 1 Accent 4"/>
    <w:basedOn w:val="TableNormal"/>
    <w:uiPriority w:val="65"/>
    <w:rsid w:val="00CB0664"/>
    <w:pPr>
      <w:spacing w:after="0" w:line="240" w:lineRule="auto"/>
    </w:pPr>
    <w:rPr>
      <w:color w:val="000000" w:themeColor="text1"/>
    </w:rPr>
    <w:tblPr>
      <w:tblStyleRowBandSize w:val="1"/>
      <w:tblStyleColBandSize w:val="1"/>
      <w:tblInd w:w="0" w:type="dxa"/>
      <w:tblBorders>
        <w:top w:val="single" w:sz="8" w:space="0" w:color="8064A2" w:themeColor="accent4"/>
        <w:bottom w:val="single" w:sz="8" w:space="0" w:color="8064A2" w:themeColor="accent4"/>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8064A2" w:themeColor="accent4"/>
        </w:tcBorders>
      </w:tcPr>
    </w:tblStylePr>
    <w:tblStylePr w:type="lastRow">
      <w:rPr>
        <w:b/>
        <w:bCs/>
        <w:color w:val="1F497D" w:themeColor="text2"/>
      </w:rPr>
      <w:tblPr/>
      <w:tcPr>
        <w:tcBorders>
          <w:top w:val="single" w:sz="8" w:space="0" w:color="8064A2" w:themeColor="accent4"/>
          <w:bottom w:val="single" w:sz="8" w:space="0" w:color="8064A2" w:themeColor="accent4"/>
        </w:tcBorders>
      </w:tcPr>
    </w:tblStylePr>
    <w:tblStylePr w:type="firstCol">
      <w:rPr>
        <w:b/>
        <w:bCs/>
      </w:rPr>
    </w:tblStylePr>
    <w:tblStylePr w:type="lastCol">
      <w:rPr>
        <w:b/>
        <w:bCs/>
      </w:rPr>
      <w:tblPr/>
      <w:tcPr>
        <w:tcBorders>
          <w:top w:val="single" w:sz="8" w:space="0" w:color="8064A2" w:themeColor="accent4"/>
          <w:bottom w:val="single" w:sz="8" w:space="0" w:color="8064A2" w:themeColor="accent4"/>
        </w:tcBorders>
      </w:tcPr>
    </w:tblStylePr>
    <w:tblStylePr w:type="band1Vert">
      <w:tblPr/>
      <w:tcPr>
        <w:shd w:val="clear" w:color="auto" w:fill="DFD8E8" w:themeFill="accent4" w:themeFillTint="3F"/>
      </w:tcPr>
    </w:tblStylePr>
    <w:tblStylePr w:type="band1Horz">
      <w:tblPr/>
      <w:tcPr>
        <w:shd w:val="clear" w:color="auto" w:fill="DFD8E8" w:themeFill="accent4" w:themeFillTint="3F"/>
      </w:tcPr>
    </w:tblStylePr>
  </w:style>
  <w:style w:type="table" w:styleId="MediumList1-Accent5">
    <w:name w:val="Medium List 1 Accent 5"/>
    <w:basedOn w:val="TableNormal"/>
    <w:uiPriority w:val="65"/>
    <w:rsid w:val="00CB0664"/>
    <w:pPr>
      <w:spacing w:after="0" w:line="240" w:lineRule="auto"/>
    </w:pPr>
    <w:rPr>
      <w:color w:val="000000" w:themeColor="text1"/>
    </w:rPr>
    <w:tblPr>
      <w:tblStyleRowBandSize w:val="1"/>
      <w:tblStyleColBandSize w:val="1"/>
      <w:tblInd w:w="0" w:type="dxa"/>
      <w:tblBorders>
        <w:top w:val="single" w:sz="8" w:space="0" w:color="4BACC6" w:themeColor="accent5"/>
        <w:bottom w:val="single" w:sz="8" w:space="0" w:color="4BACC6" w:themeColor="accent5"/>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4BACC6" w:themeColor="accent5"/>
        </w:tcBorders>
      </w:tcPr>
    </w:tblStylePr>
    <w:tblStylePr w:type="lastRow">
      <w:rPr>
        <w:b/>
        <w:bCs/>
        <w:color w:val="1F497D" w:themeColor="text2"/>
      </w:rPr>
      <w:tblPr/>
      <w:tcPr>
        <w:tcBorders>
          <w:top w:val="single" w:sz="8" w:space="0" w:color="4BACC6" w:themeColor="accent5"/>
          <w:bottom w:val="single" w:sz="8" w:space="0" w:color="4BACC6" w:themeColor="accent5"/>
        </w:tcBorders>
      </w:tcPr>
    </w:tblStylePr>
    <w:tblStylePr w:type="firstCol">
      <w:rPr>
        <w:b/>
        <w:bCs/>
      </w:rPr>
    </w:tblStylePr>
    <w:tblStylePr w:type="lastCol">
      <w:rPr>
        <w:b/>
        <w:bCs/>
      </w:rPr>
      <w:tblPr/>
      <w:tcPr>
        <w:tcBorders>
          <w:top w:val="single" w:sz="8" w:space="0" w:color="4BACC6" w:themeColor="accent5"/>
          <w:bottom w:val="single" w:sz="8" w:space="0" w:color="4BACC6" w:themeColor="accent5"/>
        </w:tcBorders>
      </w:tcPr>
    </w:tblStylePr>
    <w:tblStylePr w:type="band1Vert">
      <w:tblPr/>
      <w:tcPr>
        <w:shd w:val="clear" w:color="auto" w:fill="D2EAF1" w:themeFill="accent5" w:themeFillTint="3F"/>
      </w:tcPr>
    </w:tblStylePr>
    <w:tblStylePr w:type="band1Horz">
      <w:tblPr/>
      <w:tcPr>
        <w:shd w:val="clear" w:color="auto" w:fill="D2EAF1" w:themeFill="accent5" w:themeFillTint="3F"/>
      </w:tcPr>
    </w:tblStylePr>
  </w:style>
  <w:style w:type="table" w:styleId="MediumList1-Accent6">
    <w:name w:val="Medium List 1 Accent 6"/>
    <w:basedOn w:val="TableNormal"/>
    <w:uiPriority w:val="65"/>
    <w:rsid w:val="00CB0664"/>
    <w:pPr>
      <w:spacing w:after="0" w:line="240" w:lineRule="auto"/>
    </w:pPr>
    <w:rPr>
      <w:color w:val="000000" w:themeColor="text1"/>
    </w:rPr>
    <w:tblPr>
      <w:tblStyleRowBandSize w:val="1"/>
      <w:tblStyleColBandSize w:val="1"/>
      <w:tblInd w:w="0" w:type="dxa"/>
      <w:tblBorders>
        <w:top w:val="single" w:sz="8" w:space="0" w:color="F79646" w:themeColor="accent6"/>
        <w:bottom w:val="single" w:sz="8" w:space="0" w:color="F79646" w:themeColor="accent6"/>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F79646" w:themeColor="accent6"/>
        </w:tcBorders>
      </w:tcPr>
    </w:tblStylePr>
    <w:tblStylePr w:type="lastRow">
      <w:rPr>
        <w:b/>
        <w:bCs/>
        <w:color w:val="1F497D" w:themeColor="text2"/>
      </w:rPr>
      <w:tblPr/>
      <w:tcPr>
        <w:tcBorders>
          <w:top w:val="single" w:sz="8" w:space="0" w:color="F79646" w:themeColor="accent6"/>
          <w:bottom w:val="single" w:sz="8" w:space="0" w:color="F79646" w:themeColor="accent6"/>
        </w:tcBorders>
      </w:tcPr>
    </w:tblStylePr>
    <w:tblStylePr w:type="firstCol">
      <w:rPr>
        <w:b/>
        <w:bCs/>
      </w:rPr>
    </w:tblStylePr>
    <w:tblStylePr w:type="lastCol">
      <w:rPr>
        <w:b/>
        <w:bCs/>
      </w:rPr>
      <w:tblPr/>
      <w:tcPr>
        <w:tcBorders>
          <w:top w:val="single" w:sz="8" w:space="0" w:color="F79646" w:themeColor="accent6"/>
          <w:bottom w:val="single" w:sz="8" w:space="0" w:color="F79646" w:themeColor="accent6"/>
        </w:tcBorders>
      </w:tcPr>
    </w:tblStylePr>
    <w:tblStylePr w:type="band1Vert">
      <w:tblPr/>
      <w:tcPr>
        <w:shd w:val="clear" w:color="auto" w:fill="FDE4D0" w:themeFill="accent6" w:themeFillTint="3F"/>
      </w:tcPr>
    </w:tblStylePr>
    <w:tblStylePr w:type="band1Horz">
      <w:tblPr/>
      <w:tcPr>
        <w:shd w:val="clear" w:color="auto" w:fill="FDE4D0" w:themeFill="accent6" w:themeFillTint="3F"/>
      </w:tcPr>
    </w:tblStylePr>
  </w:style>
  <w:style w:type="table" w:styleId="MediumList2">
    <w:name w:val="Medium List 2"/>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000000" w:themeColor="text1"/>
        <w:left w:val="single" w:sz="8" w:space="0" w:color="000000" w:themeColor="text1"/>
        <w:bottom w:val="single" w:sz="8" w:space="0" w:color="000000" w:themeColor="text1"/>
        <w:right w:val="single" w:sz="8" w:space="0" w:color="000000" w:themeColor="text1"/>
      </w:tblBorders>
      <w:tblCellMar>
        <w:top w:w="0" w:type="dxa"/>
        <w:left w:w="108" w:type="dxa"/>
        <w:bottom w:w="0" w:type="dxa"/>
        <w:right w:w="108" w:type="dxa"/>
      </w:tblCellMar>
    </w:tblPr>
    <w:tblStylePr w:type="firstRow">
      <w:rPr>
        <w:sz w:val="24"/>
        <w:szCs w:val="24"/>
      </w:rPr>
      <w:tblPr/>
      <w:tcPr>
        <w:tcBorders>
          <w:top w:val="nil"/>
          <w:left w:val="nil"/>
          <w:bottom w:val="single" w:sz="24" w:space="0" w:color="000000" w:themeColor="text1"/>
          <w:right w:val="nil"/>
          <w:insideH w:val="nil"/>
          <w:insideV w:val="nil"/>
        </w:tcBorders>
        <w:shd w:val="clear" w:color="auto" w:fill="FFFFFF" w:themeFill="background1"/>
      </w:tcPr>
    </w:tblStylePr>
    <w:tblStylePr w:type="lastRow">
      <w:tblPr/>
      <w:tcPr>
        <w:tcBorders>
          <w:top w:val="single" w:sz="8" w:space="0" w:color="000000" w:themeColor="text1"/>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000000" w:themeColor="text1"/>
          <w:insideH w:val="nil"/>
          <w:insideV w:val="nil"/>
        </w:tcBorders>
        <w:shd w:val="clear" w:color="auto" w:fill="FFFFFF" w:themeFill="background1"/>
      </w:tcPr>
    </w:tblStylePr>
    <w:tblStylePr w:type="lastCol">
      <w:tblPr/>
      <w:tcPr>
        <w:tcBorders>
          <w:top w:val="nil"/>
          <w:left w:val="single" w:sz="8" w:space="0" w:color="000000" w:themeColor="text1"/>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C0C0C0" w:themeFill="text1" w:themeFillTint="3F"/>
      </w:tcPr>
    </w:tblStylePr>
    <w:tblStylePr w:type="band1Horz">
      <w:tblPr/>
      <w:tcPr>
        <w:tcBorders>
          <w:top w:val="nil"/>
          <w:bottom w:val="nil"/>
          <w:insideH w:val="nil"/>
          <w:insideV w:val="nil"/>
        </w:tcBorders>
        <w:shd w:val="clear" w:color="auto" w:fill="C0C0C0" w:themeFill="text1"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1">
    <w:name w:val="Medium List 2 Accent 1"/>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4F81BD" w:themeColor="accent1"/>
        <w:left w:val="single" w:sz="8" w:space="0" w:color="4F81BD" w:themeColor="accent1"/>
        <w:bottom w:val="single" w:sz="8" w:space="0" w:color="4F81BD" w:themeColor="accent1"/>
        <w:right w:val="single" w:sz="8" w:space="0" w:color="4F81BD" w:themeColor="accent1"/>
      </w:tblBorders>
      <w:tblCellMar>
        <w:top w:w="0" w:type="dxa"/>
        <w:left w:w="108" w:type="dxa"/>
        <w:bottom w:w="0" w:type="dxa"/>
        <w:right w:w="108" w:type="dxa"/>
      </w:tblCellMar>
    </w:tblPr>
    <w:tblStylePr w:type="firstRow">
      <w:rPr>
        <w:sz w:val="24"/>
        <w:szCs w:val="24"/>
      </w:rPr>
      <w:tblPr/>
      <w:tcPr>
        <w:tcBorders>
          <w:top w:val="nil"/>
          <w:left w:val="nil"/>
          <w:bottom w:val="single" w:sz="24" w:space="0" w:color="4F81BD" w:themeColor="accent1"/>
          <w:right w:val="nil"/>
          <w:insideH w:val="nil"/>
          <w:insideV w:val="nil"/>
        </w:tcBorders>
        <w:shd w:val="clear" w:color="auto" w:fill="FFFFFF" w:themeFill="background1"/>
      </w:tcPr>
    </w:tblStylePr>
    <w:tblStylePr w:type="lastRow">
      <w:tblPr/>
      <w:tcPr>
        <w:tcBorders>
          <w:top w:val="single" w:sz="8" w:space="0" w:color="4F81BD" w:themeColor="accent1"/>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4F81BD" w:themeColor="accent1"/>
          <w:insideH w:val="nil"/>
          <w:insideV w:val="nil"/>
        </w:tcBorders>
        <w:shd w:val="clear" w:color="auto" w:fill="FFFFFF" w:themeFill="background1"/>
      </w:tcPr>
    </w:tblStylePr>
    <w:tblStylePr w:type="lastCol">
      <w:tblPr/>
      <w:tcPr>
        <w:tcBorders>
          <w:top w:val="nil"/>
          <w:left w:val="single" w:sz="8" w:space="0" w:color="4F81BD" w:themeColor="accent1"/>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D3DFEE" w:themeFill="accent1" w:themeFillTint="3F"/>
      </w:tcPr>
    </w:tblStylePr>
    <w:tblStylePr w:type="band1Horz">
      <w:tblPr/>
      <w:tcPr>
        <w:tcBorders>
          <w:top w:val="nil"/>
          <w:bottom w:val="nil"/>
          <w:insideH w:val="nil"/>
          <w:insideV w:val="nil"/>
        </w:tcBorders>
        <w:shd w:val="clear" w:color="auto" w:fill="D3DFEE" w:themeFill="accent1"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2">
    <w:name w:val="Medium List 2 Accent 2"/>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C0504D" w:themeColor="accent2"/>
        <w:left w:val="single" w:sz="8" w:space="0" w:color="C0504D" w:themeColor="accent2"/>
        <w:bottom w:val="single" w:sz="8" w:space="0" w:color="C0504D" w:themeColor="accent2"/>
        <w:right w:val="single" w:sz="8" w:space="0" w:color="C0504D" w:themeColor="accent2"/>
      </w:tblBorders>
      <w:tblCellMar>
        <w:top w:w="0" w:type="dxa"/>
        <w:left w:w="108" w:type="dxa"/>
        <w:bottom w:w="0" w:type="dxa"/>
        <w:right w:w="108" w:type="dxa"/>
      </w:tblCellMar>
    </w:tblPr>
    <w:tblStylePr w:type="firstRow">
      <w:rPr>
        <w:sz w:val="24"/>
        <w:szCs w:val="24"/>
      </w:rPr>
      <w:tblPr/>
      <w:tcPr>
        <w:tcBorders>
          <w:top w:val="nil"/>
          <w:left w:val="nil"/>
          <w:bottom w:val="single" w:sz="24" w:space="0" w:color="C0504D" w:themeColor="accent2"/>
          <w:right w:val="nil"/>
          <w:insideH w:val="nil"/>
          <w:insideV w:val="nil"/>
        </w:tcBorders>
        <w:shd w:val="clear" w:color="auto" w:fill="FFFFFF" w:themeFill="background1"/>
      </w:tcPr>
    </w:tblStylePr>
    <w:tblStylePr w:type="lastRow">
      <w:tblPr/>
      <w:tcPr>
        <w:tcBorders>
          <w:top w:val="single" w:sz="8" w:space="0" w:color="C0504D" w:themeColor="accent2"/>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C0504D" w:themeColor="accent2"/>
          <w:insideH w:val="nil"/>
          <w:insideV w:val="nil"/>
        </w:tcBorders>
        <w:shd w:val="clear" w:color="auto" w:fill="FFFFFF" w:themeFill="background1"/>
      </w:tcPr>
    </w:tblStylePr>
    <w:tblStylePr w:type="lastCol">
      <w:tblPr/>
      <w:tcPr>
        <w:tcBorders>
          <w:top w:val="nil"/>
          <w:left w:val="single" w:sz="8" w:space="0" w:color="C0504D" w:themeColor="accent2"/>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EFD3D2" w:themeFill="accent2" w:themeFillTint="3F"/>
      </w:tcPr>
    </w:tblStylePr>
    <w:tblStylePr w:type="band1Horz">
      <w:tblPr/>
      <w:tcPr>
        <w:tcBorders>
          <w:top w:val="nil"/>
          <w:bottom w:val="nil"/>
          <w:insideH w:val="nil"/>
          <w:insideV w:val="nil"/>
        </w:tcBorders>
        <w:shd w:val="clear" w:color="auto" w:fill="EFD3D2" w:themeFill="accent2"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3">
    <w:name w:val="Medium List 2 Accent 3"/>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9BBB59" w:themeColor="accent3"/>
        <w:left w:val="single" w:sz="8" w:space="0" w:color="9BBB59" w:themeColor="accent3"/>
        <w:bottom w:val="single" w:sz="8" w:space="0" w:color="9BBB59" w:themeColor="accent3"/>
        <w:right w:val="single" w:sz="8" w:space="0" w:color="9BBB59" w:themeColor="accent3"/>
      </w:tblBorders>
      <w:tblCellMar>
        <w:top w:w="0" w:type="dxa"/>
        <w:left w:w="108" w:type="dxa"/>
        <w:bottom w:w="0" w:type="dxa"/>
        <w:right w:w="108" w:type="dxa"/>
      </w:tblCellMar>
    </w:tblPr>
    <w:tblStylePr w:type="firstRow">
      <w:rPr>
        <w:sz w:val="24"/>
        <w:szCs w:val="24"/>
      </w:rPr>
      <w:tblPr/>
      <w:tcPr>
        <w:tcBorders>
          <w:top w:val="nil"/>
          <w:left w:val="nil"/>
          <w:bottom w:val="single" w:sz="24" w:space="0" w:color="9BBB59" w:themeColor="accent3"/>
          <w:right w:val="nil"/>
          <w:insideH w:val="nil"/>
          <w:insideV w:val="nil"/>
        </w:tcBorders>
        <w:shd w:val="clear" w:color="auto" w:fill="FFFFFF" w:themeFill="background1"/>
      </w:tcPr>
    </w:tblStylePr>
    <w:tblStylePr w:type="lastRow">
      <w:tblPr/>
      <w:tcPr>
        <w:tcBorders>
          <w:top w:val="single" w:sz="8" w:space="0" w:color="9BBB59" w:themeColor="accent3"/>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9BBB59" w:themeColor="accent3"/>
          <w:insideH w:val="nil"/>
          <w:insideV w:val="nil"/>
        </w:tcBorders>
        <w:shd w:val="clear" w:color="auto" w:fill="FFFFFF" w:themeFill="background1"/>
      </w:tcPr>
    </w:tblStylePr>
    <w:tblStylePr w:type="lastCol">
      <w:tblPr/>
      <w:tcPr>
        <w:tcBorders>
          <w:top w:val="nil"/>
          <w:left w:val="single" w:sz="8" w:space="0" w:color="9BBB59" w:themeColor="accent3"/>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E6EED5" w:themeFill="accent3" w:themeFillTint="3F"/>
      </w:tcPr>
    </w:tblStylePr>
    <w:tblStylePr w:type="band1Horz">
      <w:tblPr/>
      <w:tcPr>
        <w:tcBorders>
          <w:top w:val="nil"/>
          <w:bottom w:val="nil"/>
          <w:insideH w:val="nil"/>
          <w:insideV w:val="nil"/>
        </w:tcBorders>
        <w:shd w:val="clear" w:color="auto" w:fill="E6EED5" w:themeFill="accent3"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4">
    <w:name w:val="Medium List 2 Accent 4"/>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8064A2" w:themeColor="accent4"/>
        <w:left w:val="single" w:sz="8" w:space="0" w:color="8064A2" w:themeColor="accent4"/>
        <w:bottom w:val="single" w:sz="8" w:space="0" w:color="8064A2" w:themeColor="accent4"/>
        <w:right w:val="single" w:sz="8" w:space="0" w:color="8064A2" w:themeColor="accent4"/>
      </w:tblBorders>
      <w:tblCellMar>
        <w:top w:w="0" w:type="dxa"/>
        <w:left w:w="108" w:type="dxa"/>
        <w:bottom w:w="0" w:type="dxa"/>
        <w:right w:w="108" w:type="dxa"/>
      </w:tblCellMar>
    </w:tblPr>
    <w:tblStylePr w:type="firstRow">
      <w:rPr>
        <w:sz w:val="24"/>
        <w:szCs w:val="24"/>
      </w:rPr>
      <w:tblPr/>
      <w:tcPr>
        <w:tcBorders>
          <w:top w:val="nil"/>
          <w:left w:val="nil"/>
          <w:bottom w:val="single" w:sz="24" w:space="0" w:color="8064A2" w:themeColor="accent4"/>
          <w:right w:val="nil"/>
          <w:insideH w:val="nil"/>
          <w:insideV w:val="nil"/>
        </w:tcBorders>
        <w:shd w:val="clear" w:color="auto" w:fill="FFFFFF" w:themeFill="background1"/>
      </w:tcPr>
    </w:tblStylePr>
    <w:tblStylePr w:type="lastRow">
      <w:tblPr/>
      <w:tcPr>
        <w:tcBorders>
          <w:top w:val="single" w:sz="8" w:space="0" w:color="8064A2" w:themeColor="accent4"/>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8064A2" w:themeColor="accent4"/>
          <w:insideH w:val="nil"/>
          <w:insideV w:val="nil"/>
        </w:tcBorders>
        <w:shd w:val="clear" w:color="auto" w:fill="FFFFFF" w:themeFill="background1"/>
      </w:tcPr>
    </w:tblStylePr>
    <w:tblStylePr w:type="lastCol">
      <w:tblPr/>
      <w:tcPr>
        <w:tcBorders>
          <w:top w:val="nil"/>
          <w:left w:val="single" w:sz="8" w:space="0" w:color="8064A2" w:themeColor="accent4"/>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DFD8E8" w:themeFill="accent4" w:themeFillTint="3F"/>
      </w:tcPr>
    </w:tblStylePr>
    <w:tblStylePr w:type="band1Horz">
      <w:tblPr/>
      <w:tcPr>
        <w:tcBorders>
          <w:top w:val="nil"/>
          <w:bottom w:val="nil"/>
          <w:insideH w:val="nil"/>
          <w:insideV w:val="nil"/>
        </w:tcBorders>
        <w:shd w:val="clear" w:color="auto" w:fill="DFD8E8" w:themeFill="accent4"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5">
    <w:name w:val="Medium List 2 Accent 5"/>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4BACC6" w:themeColor="accent5"/>
        <w:left w:val="single" w:sz="8" w:space="0" w:color="4BACC6" w:themeColor="accent5"/>
        <w:bottom w:val="single" w:sz="8" w:space="0" w:color="4BACC6" w:themeColor="accent5"/>
        <w:right w:val="single" w:sz="8" w:space="0" w:color="4BACC6" w:themeColor="accent5"/>
      </w:tblBorders>
      <w:tblCellMar>
        <w:top w:w="0" w:type="dxa"/>
        <w:left w:w="108" w:type="dxa"/>
        <w:bottom w:w="0" w:type="dxa"/>
        <w:right w:w="108" w:type="dxa"/>
      </w:tblCellMar>
    </w:tblPr>
    <w:tblStylePr w:type="firstRow">
      <w:rPr>
        <w:sz w:val="24"/>
        <w:szCs w:val="24"/>
      </w:rPr>
      <w:tblPr/>
      <w:tcPr>
        <w:tcBorders>
          <w:top w:val="nil"/>
          <w:left w:val="nil"/>
          <w:bottom w:val="single" w:sz="24" w:space="0" w:color="4BACC6" w:themeColor="accent5"/>
          <w:right w:val="nil"/>
          <w:insideH w:val="nil"/>
          <w:insideV w:val="nil"/>
        </w:tcBorders>
        <w:shd w:val="clear" w:color="auto" w:fill="FFFFFF" w:themeFill="background1"/>
      </w:tcPr>
    </w:tblStylePr>
    <w:tblStylePr w:type="lastRow">
      <w:tblPr/>
      <w:tcPr>
        <w:tcBorders>
          <w:top w:val="single" w:sz="8" w:space="0" w:color="4BACC6" w:themeColor="accent5"/>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4BACC6" w:themeColor="accent5"/>
          <w:insideH w:val="nil"/>
          <w:insideV w:val="nil"/>
        </w:tcBorders>
        <w:shd w:val="clear" w:color="auto" w:fill="FFFFFF" w:themeFill="background1"/>
      </w:tcPr>
    </w:tblStylePr>
    <w:tblStylePr w:type="lastCol">
      <w:tblPr/>
      <w:tcPr>
        <w:tcBorders>
          <w:top w:val="nil"/>
          <w:left w:val="single" w:sz="8" w:space="0" w:color="4BACC6" w:themeColor="accent5"/>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D2EAF1" w:themeFill="accent5" w:themeFillTint="3F"/>
      </w:tcPr>
    </w:tblStylePr>
    <w:tblStylePr w:type="band1Horz">
      <w:tblPr/>
      <w:tcPr>
        <w:tcBorders>
          <w:top w:val="nil"/>
          <w:bottom w:val="nil"/>
          <w:insideH w:val="nil"/>
          <w:insideV w:val="nil"/>
        </w:tcBorders>
        <w:shd w:val="clear" w:color="auto" w:fill="D2EAF1" w:themeFill="accent5"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6">
    <w:name w:val="Medium List 2 Accent 6"/>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F79646" w:themeColor="accent6"/>
        <w:left w:val="single" w:sz="8" w:space="0" w:color="F79646" w:themeColor="accent6"/>
        <w:bottom w:val="single" w:sz="8" w:space="0" w:color="F79646" w:themeColor="accent6"/>
        <w:right w:val="single" w:sz="8" w:space="0" w:color="F79646" w:themeColor="accent6"/>
      </w:tblBorders>
      <w:tblCellMar>
        <w:top w:w="0" w:type="dxa"/>
        <w:left w:w="108" w:type="dxa"/>
        <w:bottom w:w="0" w:type="dxa"/>
        <w:right w:w="108" w:type="dxa"/>
      </w:tblCellMar>
    </w:tblPr>
    <w:tblStylePr w:type="firstRow">
      <w:rPr>
        <w:sz w:val="24"/>
        <w:szCs w:val="24"/>
      </w:rPr>
      <w:tblPr/>
      <w:tcPr>
        <w:tcBorders>
          <w:top w:val="nil"/>
          <w:left w:val="nil"/>
          <w:bottom w:val="single" w:sz="24" w:space="0" w:color="F79646" w:themeColor="accent6"/>
          <w:right w:val="nil"/>
          <w:insideH w:val="nil"/>
          <w:insideV w:val="nil"/>
        </w:tcBorders>
        <w:shd w:val="clear" w:color="auto" w:fill="FFFFFF" w:themeFill="background1"/>
      </w:tcPr>
    </w:tblStylePr>
    <w:tblStylePr w:type="lastRow">
      <w:tblPr/>
      <w:tcPr>
        <w:tcBorders>
          <w:top w:val="single" w:sz="8" w:space="0" w:color="F79646" w:themeColor="accent6"/>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F79646" w:themeColor="accent6"/>
          <w:insideH w:val="nil"/>
          <w:insideV w:val="nil"/>
        </w:tcBorders>
        <w:shd w:val="clear" w:color="auto" w:fill="FFFFFF" w:themeFill="background1"/>
      </w:tcPr>
    </w:tblStylePr>
    <w:tblStylePr w:type="lastCol">
      <w:tblPr/>
      <w:tcPr>
        <w:tcBorders>
          <w:top w:val="nil"/>
          <w:left w:val="single" w:sz="8" w:space="0" w:color="F79646" w:themeColor="accent6"/>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FDE4D0" w:themeFill="accent6" w:themeFillTint="3F"/>
      </w:tcPr>
    </w:tblStylePr>
    <w:tblStylePr w:type="band1Horz">
      <w:tblPr/>
      <w:tcPr>
        <w:tcBorders>
          <w:top w:val="nil"/>
          <w:bottom w:val="nil"/>
          <w:insideH w:val="nil"/>
          <w:insideV w:val="nil"/>
        </w:tcBorders>
        <w:shd w:val="clear" w:color="auto" w:fill="FDE4D0" w:themeFill="accent6"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Grid1">
    <w:name w:val="Medium Grid 1"/>
    <w:basedOn w:val="TableNormal"/>
    <w:uiPriority w:val="67"/>
    <w:rsid w:val="00CB0664"/>
    <w:pPr>
      <w:spacing w:after="0" w:line="240" w:lineRule="auto"/>
    </w:pPr>
    <w:tblPr>
      <w:tblStyleRowBandSize w:val="1"/>
      <w:tblStyleColBandSize w:val="1"/>
      <w:tblInd w:w="0" w:type="dxa"/>
      <w:tblBorders>
        <w:top w:val="single" w:sz="8" w:space="0" w:color="404040" w:themeColor="text1" w:themeTint="BF"/>
        <w:left w:val="single" w:sz="8" w:space="0" w:color="404040" w:themeColor="text1" w:themeTint="BF"/>
        <w:bottom w:val="single" w:sz="8" w:space="0" w:color="404040" w:themeColor="text1" w:themeTint="BF"/>
        <w:right w:val="single" w:sz="8" w:space="0" w:color="404040" w:themeColor="text1" w:themeTint="BF"/>
        <w:insideH w:val="single" w:sz="8" w:space="0" w:color="404040" w:themeColor="text1" w:themeTint="BF"/>
        <w:insideV w:val="single" w:sz="8" w:space="0" w:color="404040" w:themeColor="text1" w:themeTint="BF"/>
      </w:tblBorders>
      <w:tblCellMar>
        <w:top w:w="0" w:type="dxa"/>
        <w:left w:w="108" w:type="dxa"/>
        <w:bottom w:w="0" w:type="dxa"/>
        <w:right w:w="108" w:type="dxa"/>
      </w:tblCellMar>
    </w:tblPr>
    <w:tcPr>
      <w:shd w:val="clear" w:color="auto" w:fill="C0C0C0" w:themeFill="text1" w:themeFillTint="3F"/>
    </w:tcPr>
    <w:tblStylePr w:type="firstRow">
      <w:rPr>
        <w:b/>
        <w:bCs/>
      </w:rPr>
    </w:tblStylePr>
    <w:tblStylePr w:type="lastRow">
      <w:rPr>
        <w:b/>
        <w:bCs/>
      </w:rPr>
      <w:tblPr/>
      <w:tcPr>
        <w:tcBorders>
          <w:top w:val="single" w:sz="18" w:space="0" w:color="404040" w:themeColor="text1" w:themeTint="BF"/>
        </w:tcBorders>
      </w:tcPr>
    </w:tblStylePr>
    <w:tblStylePr w:type="firstCol">
      <w:rPr>
        <w:b/>
        <w:bCs/>
      </w:rPr>
    </w:tblStylePr>
    <w:tblStylePr w:type="lastCol">
      <w:rPr>
        <w:b/>
        <w:bCs/>
      </w:rPr>
    </w:tblStylePr>
    <w:tblStylePr w:type="band1Vert">
      <w:tblPr/>
      <w:tcPr>
        <w:shd w:val="clear" w:color="auto" w:fill="808080" w:themeFill="text1" w:themeFillTint="7F"/>
      </w:tcPr>
    </w:tblStylePr>
    <w:tblStylePr w:type="band1Horz">
      <w:tblPr/>
      <w:tcPr>
        <w:shd w:val="clear" w:color="auto" w:fill="808080" w:themeFill="text1" w:themeFillTint="7F"/>
      </w:tcPr>
    </w:tblStylePr>
  </w:style>
  <w:style w:type="table" w:styleId="MediumGrid1-Accent1">
    <w:name w:val="Medium Grid 1 Accent 1"/>
    <w:basedOn w:val="TableNormal"/>
    <w:uiPriority w:val="67"/>
    <w:rsid w:val="00CB0664"/>
    <w:pPr>
      <w:spacing w:after="0" w:line="240" w:lineRule="auto"/>
    </w:pPr>
    <w:tblPr>
      <w:tblStyleRowBandSize w:val="1"/>
      <w:tblStyleColBandSize w:val="1"/>
      <w:tblInd w:w="0" w:type="dxa"/>
      <w:tblBorders>
        <w:top w:val="single" w:sz="8"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single" w:sz="8" w:space="0" w:color="7BA0CD" w:themeColor="accent1" w:themeTint="BF"/>
        <w:insideV w:val="single" w:sz="8" w:space="0" w:color="7BA0CD" w:themeColor="accent1" w:themeTint="BF"/>
      </w:tblBorders>
      <w:tblCellMar>
        <w:top w:w="0" w:type="dxa"/>
        <w:left w:w="108" w:type="dxa"/>
        <w:bottom w:w="0" w:type="dxa"/>
        <w:right w:w="108" w:type="dxa"/>
      </w:tblCellMar>
    </w:tblPr>
    <w:tcPr>
      <w:shd w:val="clear" w:color="auto" w:fill="D3DFEE" w:themeFill="accent1" w:themeFillTint="3F"/>
    </w:tcPr>
    <w:tblStylePr w:type="firstRow">
      <w:rPr>
        <w:b/>
        <w:bCs/>
      </w:rPr>
    </w:tblStylePr>
    <w:tblStylePr w:type="lastRow">
      <w:rPr>
        <w:b/>
        <w:bCs/>
      </w:rPr>
      <w:tblPr/>
      <w:tcPr>
        <w:tcBorders>
          <w:top w:val="single" w:sz="18" w:space="0" w:color="7BA0CD" w:themeColor="accent1" w:themeTint="BF"/>
        </w:tcBorders>
      </w:tcPr>
    </w:tblStylePr>
    <w:tblStylePr w:type="firstCol">
      <w:rPr>
        <w:b/>
        <w:bCs/>
      </w:rPr>
    </w:tblStylePr>
    <w:tblStylePr w:type="lastCol">
      <w:rPr>
        <w:b/>
        <w:bCs/>
      </w:rPr>
    </w:tblStylePr>
    <w:tblStylePr w:type="band1Vert">
      <w:tblPr/>
      <w:tcPr>
        <w:shd w:val="clear" w:color="auto" w:fill="A7BFDE" w:themeFill="accent1" w:themeFillTint="7F"/>
      </w:tcPr>
    </w:tblStylePr>
    <w:tblStylePr w:type="band1Horz">
      <w:tblPr/>
      <w:tcPr>
        <w:shd w:val="clear" w:color="auto" w:fill="A7BFDE" w:themeFill="accent1" w:themeFillTint="7F"/>
      </w:tcPr>
    </w:tblStylePr>
  </w:style>
  <w:style w:type="table" w:styleId="MediumGrid1-Accent2">
    <w:name w:val="Medium Grid 1 Accent 2"/>
    <w:basedOn w:val="TableNormal"/>
    <w:uiPriority w:val="67"/>
    <w:rsid w:val="00CB0664"/>
    <w:pPr>
      <w:spacing w:after="0" w:line="240" w:lineRule="auto"/>
    </w:pPr>
    <w:tblPr>
      <w:tblStyleRowBandSize w:val="1"/>
      <w:tblStyleColBandSize w:val="1"/>
      <w:tblInd w:w="0" w:type="dxa"/>
      <w:tblBorders>
        <w:top w:val="single" w:sz="8" w:space="0" w:color="CF7B79" w:themeColor="accent2" w:themeTint="BF"/>
        <w:left w:val="single" w:sz="8" w:space="0" w:color="CF7B79" w:themeColor="accent2" w:themeTint="BF"/>
        <w:bottom w:val="single" w:sz="8" w:space="0" w:color="CF7B79" w:themeColor="accent2" w:themeTint="BF"/>
        <w:right w:val="single" w:sz="8" w:space="0" w:color="CF7B79" w:themeColor="accent2" w:themeTint="BF"/>
        <w:insideH w:val="single" w:sz="8" w:space="0" w:color="CF7B79" w:themeColor="accent2" w:themeTint="BF"/>
        <w:insideV w:val="single" w:sz="8" w:space="0" w:color="CF7B79" w:themeColor="accent2" w:themeTint="BF"/>
      </w:tblBorders>
      <w:tblCellMar>
        <w:top w:w="0" w:type="dxa"/>
        <w:left w:w="108" w:type="dxa"/>
        <w:bottom w:w="0" w:type="dxa"/>
        <w:right w:w="108" w:type="dxa"/>
      </w:tblCellMar>
    </w:tblPr>
    <w:tcPr>
      <w:shd w:val="clear" w:color="auto" w:fill="EFD3D2" w:themeFill="accent2" w:themeFillTint="3F"/>
    </w:tcPr>
    <w:tblStylePr w:type="firstRow">
      <w:rPr>
        <w:b/>
        <w:bCs/>
      </w:rPr>
    </w:tblStylePr>
    <w:tblStylePr w:type="lastRow">
      <w:rPr>
        <w:b/>
        <w:bCs/>
      </w:rPr>
      <w:tblPr/>
      <w:tcPr>
        <w:tcBorders>
          <w:top w:val="single" w:sz="18" w:space="0" w:color="CF7B79" w:themeColor="accent2" w:themeTint="BF"/>
        </w:tcBorders>
      </w:tcPr>
    </w:tblStylePr>
    <w:tblStylePr w:type="firstCol">
      <w:rPr>
        <w:b/>
        <w:bCs/>
      </w:rPr>
    </w:tblStylePr>
    <w:tblStylePr w:type="lastCol">
      <w:rPr>
        <w:b/>
        <w:bCs/>
      </w:rPr>
    </w:tblStylePr>
    <w:tblStylePr w:type="band1Vert">
      <w:tblPr/>
      <w:tcPr>
        <w:shd w:val="clear" w:color="auto" w:fill="DFA7A6" w:themeFill="accent2" w:themeFillTint="7F"/>
      </w:tcPr>
    </w:tblStylePr>
    <w:tblStylePr w:type="band1Horz">
      <w:tblPr/>
      <w:tcPr>
        <w:shd w:val="clear" w:color="auto" w:fill="DFA7A6" w:themeFill="accent2" w:themeFillTint="7F"/>
      </w:tcPr>
    </w:tblStylePr>
  </w:style>
  <w:style w:type="table" w:styleId="MediumGrid1-Accent3">
    <w:name w:val="Medium Grid 1 Accent 3"/>
    <w:basedOn w:val="TableNormal"/>
    <w:uiPriority w:val="67"/>
    <w:rsid w:val="00CB0664"/>
    <w:pPr>
      <w:spacing w:after="0" w:line="240" w:lineRule="auto"/>
    </w:pPr>
    <w:tblPr>
      <w:tblStyleRowBandSize w:val="1"/>
      <w:tblStyleColBandSize w:val="1"/>
      <w:tblInd w:w="0" w:type="dxa"/>
      <w:tblBorders>
        <w:top w:val="single" w:sz="8" w:space="0" w:color="B3CC82" w:themeColor="accent3" w:themeTint="BF"/>
        <w:left w:val="single" w:sz="8" w:space="0" w:color="B3CC82" w:themeColor="accent3" w:themeTint="BF"/>
        <w:bottom w:val="single" w:sz="8" w:space="0" w:color="B3CC82" w:themeColor="accent3" w:themeTint="BF"/>
        <w:right w:val="single" w:sz="8" w:space="0" w:color="B3CC82" w:themeColor="accent3" w:themeTint="BF"/>
        <w:insideH w:val="single" w:sz="8" w:space="0" w:color="B3CC82" w:themeColor="accent3" w:themeTint="BF"/>
        <w:insideV w:val="single" w:sz="8" w:space="0" w:color="B3CC82" w:themeColor="accent3" w:themeTint="BF"/>
      </w:tblBorders>
      <w:tblCellMar>
        <w:top w:w="0" w:type="dxa"/>
        <w:left w:w="108" w:type="dxa"/>
        <w:bottom w:w="0" w:type="dxa"/>
        <w:right w:w="108" w:type="dxa"/>
      </w:tblCellMar>
    </w:tblPr>
    <w:tcPr>
      <w:shd w:val="clear" w:color="auto" w:fill="E6EED5" w:themeFill="accent3" w:themeFillTint="3F"/>
    </w:tcPr>
    <w:tblStylePr w:type="firstRow">
      <w:rPr>
        <w:b/>
        <w:bCs/>
      </w:rPr>
    </w:tblStylePr>
    <w:tblStylePr w:type="lastRow">
      <w:rPr>
        <w:b/>
        <w:bCs/>
      </w:rPr>
      <w:tblPr/>
      <w:tcPr>
        <w:tcBorders>
          <w:top w:val="single" w:sz="18" w:space="0" w:color="B3CC82" w:themeColor="accent3" w:themeTint="BF"/>
        </w:tcBorders>
      </w:tcPr>
    </w:tblStylePr>
    <w:tblStylePr w:type="firstCol">
      <w:rPr>
        <w:b/>
        <w:bCs/>
      </w:rPr>
    </w:tblStylePr>
    <w:tblStylePr w:type="lastCol">
      <w:rPr>
        <w:b/>
        <w:bCs/>
      </w:rPr>
    </w:tblStylePr>
    <w:tblStylePr w:type="band1Vert">
      <w:tblPr/>
      <w:tcPr>
        <w:shd w:val="clear" w:color="auto" w:fill="CDDDAC" w:themeFill="accent3" w:themeFillTint="7F"/>
      </w:tcPr>
    </w:tblStylePr>
    <w:tblStylePr w:type="band1Horz">
      <w:tblPr/>
      <w:tcPr>
        <w:shd w:val="clear" w:color="auto" w:fill="CDDDAC" w:themeFill="accent3" w:themeFillTint="7F"/>
      </w:tcPr>
    </w:tblStylePr>
  </w:style>
  <w:style w:type="table" w:styleId="MediumGrid1-Accent4">
    <w:name w:val="Medium Grid 1 Accent 4"/>
    <w:basedOn w:val="TableNormal"/>
    <w:uiPriority w:val="67"/>
    <w:rsid w:val="00CB0664"/>
    <w:pPr>
      <w:spacing w:after="0" w:line="240" w:lineRule="auto"/>
    </w:pPr>
    <w:tblPr>
      <w:tblStyleRowBandSize w:val="1"/>
      <w:tblStyleColBandSize w:val="1"/>
      <w:tblInd w:w="0" w:type="dxa"/>
      <w:tblBorders>
        <w:top w:val="single" w:sz="8" w:space="0" w:color="9F8AB9" w:themeColor="accent4" w:themeTint="BF"/>
        <w:left w:val="single" w:sz="8" w:space="0" w:color="9F8AB9" w:themeColor="accent4" w:themeTint="BF"/>
        <w:bottom w:val="single" w:sz="8" w:space="0" w:color="9F8AB9" w:themeColor="accent4" w:themeTint="BF"/>
        <w:right w:val="single" w:sz="8" w:space="0" w:color="9F8AB9" w:themeColor="accent4" w:themeTint="BF"/>
        <w:insideH w:val="single" w:sz="8" w:space="0" w:color="9F8AB9" w:themeColor="accent4" w:themeTint="BF"/>
        <w:insideV w:val="single" w:sz="8" w:space="0" w:color="9F8AB9" w:themeColor="accent4" w:themeTint="BF"/>
      </w:tblBorders>
      <w:tblCellMar>
        <w:top w:w="0" w:type="dxa"/>
        <w:left w:w="108" w:type="dxa"/>
        <w:bottom w:w="0" w:type="dxa"/>
        <w:right w:w="108" w:type="dxa"/>
      </w:tblCellMar>
    </w:tblPr>
    <w:tcPr>
      <w:shd w:val="clear" w:color="auto" w:fill="DFD8E8" w:themeFill="accent4" w:themeFillTint="3F"/>
    </w:tcPr>
    <w:tblStylePr w:type="firstRow">
      <w:rPr>
        <w:b/>
        <w:bCs/>
      </w:rPr>
    </w:tblStylePr>
    <w:tblStylePr w:type="lastRow">
      <w:rPr>
        <w:b/>
        <w:bCs/>
      </w:rPr>
      <w:tblPr/>
      <w:tcPr>
        <w:tcBorders>
          <w:top w:val="single" w:sz="18" w:space="0" w:color="9F8AB9" w:themeColor="accent4" w:themeTint="BF"/>
        </w:tcBorders>
      </w:tcPr>
    </w:tblStylePr>
    <w:tblStylePr w:type="firstCol">
      <w:rPr>
        <w:b/>
        <w:bCs/>
      </w:rPr>
    </w:tblStylePr>
    <w:tblStylePr w:type="lastCol">
      <w:rPr>
        <w:b/>
        <w:bCs/>
      </w:rPr>
    </w:tblStylePr>
    <w:tblStylePr w:type="band1Vert">
      <w:tblPr/>
      <w:tcPr>
        <w:shd w:val="clear" w:color="auto" w:fill="BFB1D0" w:themeFill="accent4" w:themeFillTint="7F"/>
      </w:tcPr>
    </w:tblStylePr>
    <w:tblStylePr w:type="band1Horz">
      <w:tblPr/>
      <w:tcPr>
        <w:shd w:val="clear" w:color="auto" w:fill="BFB1D0" w:themeFill="accent4" w:themeFillTint="7F"/>
      </w:tcPr>
    </w:tblStylePr>
  </w:style>
  <w:style w:type="table" w:styleId="MediumGrid1-Accent5">
    <w:name w:val="Medium Grid 1 Accent 5"/>
    <w:basedOn w:val="TableNormal"/>
    <w:uiPriority w:val="67"/>
    <w:rsid w:val="00CB0664"/>
    <w:pPr>
      <w:spacing w:after="0" w:line="240" w:lineRule="auto"/>
    </w:pPr>
    <w:tblPr>
      <w:tblStyleRowBandSize w:val="1"/>
      <w:tblStyleColBandSize w:val="1"/>
      <w:tblInd w:w="0" w:type="dxa"/>
      <w:tblBorders>
        <w:top w:val="single" w:sz="8" w:space="0" w:color="78C0D4" w:themeColor="accent5" w:themeTint="BF"/>
        <w:left w:val="single" w:sz="8" w:space="0" w:color="78C0D4" w:themeColor="accent5" w:themeTint="BF"/>
        <w:bottom w:val="single" w:sz="8" w:space="0" w:color="78C0D4" w:themeColor="accent5" w:themeTint="BF"/>
        <w:right w:val="single" w:sz="8" w:space="0" w:color="78C0D4" w:themeColor="accent5" w:themeTint="BF"/>
        <w:insideH w:val="single" w:sz="8" w:space="0" w:color="78C0D4" w:themeColor="accent5" w:themeTint="BF"/>
        <w:insideV w:val="single" w:sz="8" w:space="0" w:color="78C0D4" w:themeColor="accent5" w:themeTint="BF"/>
      </w:tblBorders>
      <w:tblCellMar>
        <w:top w:w="0" w:type="dxa"/>
        <w:left w:w="108" w:type="dxa"/>
        <w:bottom w:w="0" w:type="dxa"/>
        <w:right w:w="108" w:type="dxa"/>
      </w:tblCellMar>
    </w:tblPr>
    <w:tcPr>
      <w:shd w:val="clear" w:color="auto" w:fill="D2EAF1" w:themeFill="accent5" w:themeFillTint="3F"/>
    </w:tcPr>
    <w:tblStylePr w:type="firstRow">
      <w:rPr>
        <w:b/>
        <w:bCs/>
      </w:rPr>
    </w:tblStylePr>
    <w:tblStylePr w:type="lastRow">
      <w:rPr>
        <w:b/>
        <w:bCs/>
      </w:rPr>
      <w:tblPr/>
      <w:tcPr>
        <w:tcBorders>
          <w:top w:val="single" w:sz="18" w:space="0" w:color="78C0D4" w:themeColor="accent5" w:themeTint="BF"/>
        </w:tcBorders>
      </w:tcPr>
    </w:tblStylePr>
    <w:tblStylePr w:type="firstCol">
      <w:rPr>
        <w:b/>
        <w:bCs/>
      </w:rPr>
    </w:tblStylePr>
    <w:tblStylePr w:type="lastCol">
      <w:rPr>
        <w:b/>
        <w:bCs/>
      </w:rPr>
    </w:tblStylePr>
    <w:tblStylePr w:type="band1Vert">
      <w:tblPr/>
      <w:tcPr>
        <w:shd w:val="clear" w:color="auto" w:fill="A5D5E2" w:themeFill="accent5" w:themeFillTint="7F"/>
      </w:tcPr>
    </w:tblStylePr>
    <w:tblStylePr w:type="band1Horz">
      <w:tblPr/>
      <w:tcPr>
        <w:shd w:val="clear" w:color="auto" w:fill="A5D5E2" w:themeFill="accent5" w:themeFillTint="7F"/>
      </w:tcPr>
    </w:tblStylePr>
  </w:style>
  <w:style w:type="table" w:styleId="MediumGrid1-Accent6">
    <w:name w:val="Medium Grid 1 Accent 6"/>
    <w:basedOn w:val="TableNormal"/>
    <w:uiPriority w:val="67"/>
    <w:rsid w:val="00CB0664"/>
    <w:pPr>
      <w:spacing w:after="0" w:line="240" w:lineRule="auto"/>
    </w:pPr>
    <w:tblPr>
      <w:tblStyleRowBandSize w:val="1"/>
      <w:tblStyleColBandSize w:val="1"/>
      <w:tblInd w:w="0" w:type="dxa"/>
      <w:tblBorders>
        <w:top w:val="single" w:sz="8" w:space="0" w:color="F9B074" w:themeColor="accent6" w:themeTint="BF"/>
        <w:left w:val="single" w:sz="8" w:space="0" w:color="F9B074" w:themeColor="accent6" w:themeTint="BF"/>
        <w:bottom w:val="single" w:sz="8" w:space="0" w:color="F9B074" w:themeColor="accent6" w:themeTint="BF"/>
        <w:right w:val="single" w:sz="8" w:space="0" w:color="F9B074" w:themeColor="accent6" w:themeTint="BF"/>
        <w:insideH w:val="single" w:sz="8" w:space="0" w:color="F9B074" w:themeColor="accent6" w:themeTint="BF"/>
        <w:insideV w:val="single" w:sz="8" w:space="0" w:color="F9B074" w:themeColor="accent6" w:themeTint="BF"/>
      </w:tblBorders>
      <w:tblCellMar>
        <w:top w:w="0" w:type="dxa"/>
        <w:left w:w="108" w:type="dxa"/>
        <w:bottom w:w="0" w:type="dxa"/>
        <w:right w:w="108" w:type="dxa"/>
      </w:tblCellMar>
    </w:tblPr>
    <w:tcPr>
      <w:shd w:val="clear" w:color="auto" w:fill="FDE4D0" w:themeFill="accent6" w:themeFillTint="3F"/>
    </w:tcPr>
    <w:tblStylePr w:type="firstRow">
      <w:rPr>
        <w:b/>
        <w:bCs/>
      </w:rPr>
    </w:tblStylePr>
    <w:tblStylePr w:type="lastRow">
      <w:rPr>
        <w:b/>
        <w:bCs/>
      </w:rPr>
      <w:tblPr/>
      <w:tcPr>
        <w:tcBorders>
          <w:top w:val="single" w:sz="18" w:space="0" w:color="F9B074" w:themeColor="accent6" w:themeTint="BF"/>
        </w:tcBorders>
      </w:tcPr>
    </w:tblStylePr>
    <w:tblStylePr w:type="firstCol">
      <w:rPr>
        <w:b/>
        <w:bCs/>
      </w:rPr>
    </w:tblStylePr>
    <w:tblStylePr w:type="lastCol">
      <w:rPr>
        <w:b/>
        <w:bCs/>
      </w:rPr>
    </w:tblStylePr>
    <w:tblStylePr w:type="band1Vert">
      <w:tblPr/>
      <w:tcPr>
        <w:shd w:val="clear" w:color="auto" w:fill="FBCAA2" w:themeFill="accent6" w:themeFillTint="7F"/>
      </w:tcPr>
    </w:tblStylePr>
    <w:tblStylePr w:type="band1Horz">
      <w:tblPr/>
      <w:tcPr>
        <w:shd w:val="clear" w:color="auto" w:fill="FBCAA2" w:themeFill="accent6" w:themeFillTint="7F"/>
      </w:tcPr>
    </w:tblStylePr>
  </w:style>
  <w:style w:type="table" w:styleId="MediumGrid2">
    <w:name w:val="Medium Grid 2"/>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000000" w:themeColor="text1"/>
        <w:left w:val="single" w:sz="8" w:space="0" w:color="000000" w:themeColor="text1"/>
        <w:bottom w:val="single" w:sz="8" w:space="0" w:color="000000" w:themeColor="text1"/>
        <w:right w:val="single" w:sz="8" w:space="0" w:color="000000" w:themeColor="text1"/>
        <w:insideH w:val="single" w:sz="8" w:space="0" w:color="000000" w:themeColor="text1"/>
        <w:insideV w:val="single" w:sz="8" w:space="0" w:color="000000" w:themeColor="text1"/>
      </w:tblBorders>
      <w:tblCellMar>
        <w:top w:w="0" w:type="dxa"/>
        <w:left w:w="108" w:type="dxa"/>
        <w:bottom w:w="0" w:type="dxa"/>
        <w:right w:w="108" w:type="dxa"/>
      </w:tblCellMar>
    </w:tblPr>
    <w:tcPr>
      <w:shd w:val="clear" w:color="auto" w:fill="C0C0C0" w:themeFill="text1" w:themeFillTint="3F"/>
    </w:tcPr>
    <w:tblStylePr w:type="firstRow">
      <w:rPr>
        <w:b/>
        <w:bCs/>
        <w:color w:val="000000" w:themeColor="text1"/>
      </w:rPr>
      <w:tblPr/>
      <w:tcPr>
        <w:shd w:val="clear" w:color="auto" w:fill="E6E6E6" w:themeFill="text1"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CCCCCC" w:themeFill="text1" w:themeFillTint="33"/>
      </w:tcPr>
    </w:tblStylePr>
    <w:tblStylePr w:type="band1Vert">
      <w:tblPr/>
      <w:tcPr>
        <w:shd w:val="clear" w:color="auto" w:fill="808080" w:themeFill="text1" w:themeFillTint="7F"/>
      </w:tcPr>
    </w:tblStylePr>
    <w:tblStylePr w:type="band1Horz">
      <w:tblPr/>
      <w:tcPr>
        <w:tcBorders>
          <w:insideH w:val="single" w:sz="6" w:space="0" w:color="000000" w:themeColor="text1"/>
          <w:insideV w:val="single" w:sz="6" w:space="0" w:color="000000" w:themeColor="text1"/>
        </w:tcBorders>
        <w:shd w:val="clear" w:color="auto" w:fill="808080" w:themeFill="text1" w:themeFillTint="7F"/>
      </w:tcPr>
    </w:tblStylePr>
    <w:tblStylePr w:type="nwCell">
      <w:tblPr/>
      <w:tcPr>
        <w:shd w:val="clear" w:color="auto" w:fill="FFFFFF" w:themeFill="background1"/>
      </w:tcPr>
    </w:tblStylePr>
  </w:style>
  <w:style w:type="table" w:styleId="MediumGrid2-Accent1">
    <w:name w:val="Medium Grid 2 Accent 1"/>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4F81BD" w:themeColor="accent1"/>
        <w:left w:val="single" w:sz="8" w:space="0" w:color="4F81BD" w:themeColor="accent1"/>
        <w:bottom w:val="single" w:sz="8" w:space="0" w:color="4F81BD" w:themeColor="accent1"/>
        <w:right w:val="single" w:sz="8" w:space="0" w:color="4F81BD" w:themeColor="accent1"/>
        <w:insideH w:val="single" w:sz="8" w:space="0" w:color="4F81BD" w:themeColor="accent1"/>
        <w:insideV w:val="single" w:sz="8" w:space="0" w:color="4F81BD" w:themeColor="accent1"/>
      </w:tblBorders>
      <w:tblCellMar>
        <w:top w:w="0" w:type="dxa"/>
        <w:left w:w="108" w:type="dxa"/>
        <w:bottom w:w="0" w:type="dxa"/>
        <w:right w:w="108" w:type="dxa"/>
      </w:tblCellMar>
    </w:tblPr>
    <w:tcPr>
      <w:shd w:val="clear" w:color="auto" w:fill="D3DFEE" w:themeFill="accent1" w:themeFillTint="3F"/>
    </w:tcPr>
    <w:tblStylePr w:type="firstRow">
      <w:rPr>
        <w:b/>
        <w:bCs/>
        <w:color w:val="000000" w:themeColor="text1"/>
      </w:rPr>
      <w:tblPr/>
      <w:tcPr>
        <w:shd w:val="clear" w:color="auto" w:fill="EDF2F8" w:themeFill="accent1"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DBE5F1" w:themeFill="accent1" w:themeFillTint="33"/>
      </w:tcPr>
    </w:tblStylePr>
    <w:tblStylePr w:type="band1Vert">
      <w:tblPr/>
      <w:tcPr>
        <w:shd w:val="clear" w:color="auto" w:fill="A7BFDE" w:themeFill="accent1" w:themeFillTint="7F"/>
      </w:tcPr>
    </w:tblStylePr>
    <w:tblStylePr w:type="band1Horz">
      <w:tblPr/>
      <w:tcPr>
        <w:tcBorders>
          <w:insideH w:val="single" w:sz="6" w:space="0" w:color="4F81BD" w:themeColor="accent1"/>
          <w:insideV w:val="single" w:sz="6" w:space="0" w:color="4F81BD" w:themeColor="accent1"/>
        </w:tcBorders>
        <w:shd w:val="clear" w:color="auto" w:fill="A7BFDE" w:themeFill="accent1" w:themeFillTint="7F"/>
      </w:tcPr>
    </w:tblStylePr>
    <w:tblStylePr w:type="nwCell">
      <w:tblPr/>
      <w:tcPr>
        <w:shd w:val="clear" w:color="auto" w:fill="FFFFFF" w:themeFill="background1"/>
      </w:tcPr>
    </w:tblStylePr>
  </w:style>
  <w:style w:type="table" w:styleId="MediumGrid2-Accent2">
    <w:name w:val="Medium Grid 2 Accent 2"/>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C0504D" w:themeColor="accent2"/>
        <w:left w:val="single" w:sz="8" w:space="0" w:color="C0504D" w:themeColor="accent2"/>
        <w:bottom w:val="single" w:sz="8" w:space="0" w:color="C0504D" w:themeColor="accent2"/>
        <w:right w:val="single" w:sz="8" w:space="0" w:color="C0504D" w:themeColor="accent2"/>
        <w:insideH w:val="single" w:sz="8" w:space="0" w:color="C0504D" w:themeColor="accent2"/>
        <w:insideV w:val="single" w:sz="8" w:space="0" w:color="C0504D" w:themeColor="accent2"/>
      </w:tblBorders>
      <w:tblCellMar>
        <w:top w:w="0" w:type="dxa"/>
        <w:left w:w="108" w:type="dxa"/>
        <w:bottom w:w="0" w:type="dxa"/>
        <w:right w:w="108" w:type="dxa"/>
      </w:tblCellMar>
    </w:tblPr>
    <w:tcPr>
      <w:shd w:val="clear" w:color="auto" w:fill="EFD3D2" w:themeFill="accent2" w:themeFillTint="3F"/>
    </w:tcPr>
    <w:tblStylePr w:type="firstRow">
      <w:rPr>
        <w:b/>
        <w:bCs/>
        <w:color w:val="000000" w:themeColor="text1"/>
      </w:rPr>
      <w:tblPr/>
      <w:tcPr>
        <w:shd w:val="clear" w:color="auto" w:fill="F8EDED" w:themeFill="accent2"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F2DBDB" w:themeFill="accent2" w:themeFillTint="33"/>
      </w:tcPr>
    </w:tblStylePr>
    <w:tblStylePr w:type="band1Vert">
      <w:tblPr/>
      <w:tcPr>
        <w:shd w:val="clear" w:color="auto" w:fill="DFA7A6" w:themeFill="accent2" w:themeFillTint="7F"/>
      </w:tcPr>
    </w:tblStylePr>
    <w:tblStylePr w:type="band1Horz">
      <w:tblPr/>
      <w:tcPr>
        <w:tcBorders>
          <w:insideH w:val="single" w:sz="6" w:space="0" w:color="C0504D" w:themeColor="accent2"/>
          <w:insideV w:val="single" w:sz="6" w:space="0" w:color="C0504D" w:themeColor="accent2"/>
        </w:tcBorders>
        <w:shd w:val="clear" w:color="auto" w:fill="DFA7A6" w:themeFill="accent2" w:themeFillTint="7F"/>
      </w:tcPr>
    </w:tblStylePr>
    <w:tblStylePr w:type="nwCell">
      <w:tblPr/>
      <w:tcPr>
        <w:shd w:val="clear" w:color="auto" w:fill="FFFFFF" w:themeFill="background1"/>
      </w:tcPr>
    </w:tblStylePr>
  </w:style>
  <w:style w:type="table" w:styleId="MediumGrid2-Accent3">
    <w:name w:val="Medium Grid 2 Accent 3"/>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9BBB59" w:themeColor="accent3"/>
        <w:left w:val="single" w:sz="8" w:space="0" w:color="9BBB59" w:themeColor="accent3"/>
        <w:bottom w:val="single" w:sz="8" w:space="0" w:color="9BBB59" w:themeColor="accent3"/>
        <w:right w:val="single" w:sz="8" w:space="0" w:color="9BBB59" w:themeColor="accent3"/>
        <w:insideH w:val="single" w:sz="8" w:space="0" w:color="9BBB59" w:themeColor="accent3"/>
        <w:insideV w:val="single" w:sz="8" w:space="0" w:color="9BBB59" w:themeColor="accent3"/>
      </w:tblBorders>
      <w:tblCellMar>
        <w:top w:w="0" w:type="dxa"/>
        <w:left w:w="108" w:type="dxa"/>
        <w:bottom w:w="0" w:type="dxa"/>
        <w:right w:w="108" w:type="dxa"/>
      </w:tblCellMar>
    </w:tblPr>
    <w:tcPr>
      <w:shd w:val="clear" w:color="auto" w:fill="E6EED5" w:themeFill="accent3" w:themeFillTint="3F"/>
    </w:tcPr>
    <w:tblStylePr w:type="firstRow">
      <w:rPr>
        <w:b/>
        <w:bCs/>
        <w:color w:val="000000" w:themeColor="text1"/>
      </w:rPr>
      <w:tblPr/>
      <w:tcPr>
        <w:shd w:val="clear" w:color="auto" w:fill="F5F8EE" w:themeFill="accent3"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EAF1DD" w:themeFill="accent3" w:themeFillTint="33"/>
      </w:tcPr>
    </w:tblStylePr>
    <w:tblStylePr w:type="band1Vert">
      <w:tblPr/>
      <w:tcPr>
        <w:shd w:val="clear" w:color="auto" w:fill="CDDDAC" w:themeFill="accent3" w:themeFillTint="7F"/>
      </w:tcPr>
    </w:tblStylePr>
    <w:tblStylePr w:type="band1Horz">
      <w:tblPr/>
      <w:tcPr>
        <w:tcBorders>
          <w:insideH w:val="single" w:sz="6" w:space="0" w:color="9BBB59" w:themeColor="accent3"/>
          <w:insideV w:val="single" w:sz="6" w:space="0" w:color="9BBB59" w:themeColor="accent3"/>
        </w:tcBorders>
        <w:shd w:val="clear" w:color="auto" w:fill="CDDDAC" w:themeFill="accent3" w:themeFillTint="7F"/>
      </w:tcPr>
    </w:tblStylePr>
    <w:tblStylePr w:type="nwCell">
      <w:tblPr/>
      <w:tcPr>
        <w:shd w:val="clear" w:color="auto" w:fill="FFFFFF" w:themeFill="background1"/>
      </w:tcPr>
    </w:tblStylePr>
  </w:style>
  <w:style w:type="table" w:styleId="MediumGrid2-Accent4">
    <w:name w:val="Medium Grid 2 Accent 4"/>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8064A2" w:themeColor="accent4"/>
        <w:left w:val="single" w:sz="8" w:space="0" w:color="8064A2" w:themeColor="accent4"/>
        <w:bottom w:val="single" w:sz="8" w:space="0" w:color="8064A2" w:themeColor="accent4"/>
        <w:right w:val="single" w:sz="8" w:space="0" w:color="8064A2" w:themeColor="accent4"/>
        <w:insideH w:val="single" w:sz="8" w:space="0" w:color="8064A2" w:themeColor="accent4"/>
        <w:insideV w:val="single" w:sz="8" w:space="0" w:color="8064A2" w:themeColor="accent4"/>
      </w:tblBorders>
      <w:tblCellMar>
        <w:top w:w="0" w:type="dxa"/>
        <w:left w:w="108" w:type="dxa"/>
        <w:bottom w:w="0" w:type="dxa"/>
        <w:right w:w="108" w:type="dxa"/>
      </w:tblCellMar>
    </w:tblPr>
    <w:tcPr>
      <w:shd w:val="clear" w:color="auto" w:fill="DFD8E8" w:themeFill="accent4" w:themeFillTint="3F"/>
    </w:tcPr>
    <w:tblStylePr w:type="firstRow">
      <w:rPr>
        <w:b/>
        <w:bCs/>
        <w:color w:val="000000" w:themeColor="text1"/>
      </w:rPr>
      <w:tblPr/>
      <w:tcPr>
        <w:shd w:val="clear" w:color="auto" w:fill="F2EFF6" w:themeFill="accent4"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E5DFEC" w:themeFill="accent4" w:themeFillTint="33"/>
      </w:tcPr>
    </w:tblStylePr>
    <w:tblStylePr w:type="band1Vert">
      <w:tblPr/>
      <w:tcPr>
        <w:shd w:val="clear" w:color="auto" w:fill="BFB1D0" w:themeFill="accent4" w:themeFillTint="7F"/>
      </w:tcPr>
    </w:tblStylePr>
    <w:tblStylePr w:type="band1Horz">
      <w:tblPr/>
      <w:tcPr>
        <w:tcBorders>
          <w:insideH w:val="single" w:sz="6" w:space="0" w:color="8064A2" w:themeColor="accent4"/>
          <w:insideV w:val="single" w:sz="6" w:space="0" w:color="8064A2" w:themeColor="accent4"/>
        </w:tcBorders>
        <w:shd w:val="clear" w:color="auto" w:fill="BFB1D0" w:themeFill="accent4" w:themeFillTint="7F"/>
      </w:tcPr>
    </w:tblStylePr>
    <w:tblStylePr w:type="nwCell">
      <w:tblPr/>
      <w:tcPr>
        <w:shd w:val="clear" w:color="auto" w:fill="FFFFFF" w:themeFill="background1"/>
      </w:tcPr>
    </w:tblStylePr>
  </w:style>
  <w:style w:type="table" w:styleId="MediumGrid2-Accent5">
    <w:name w:val="Medium Grid 2 Accent 5"/>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4BACC6" w:themeColor="accent5"/>
        <w:left w:val="single" w:sz="8" w:space="0" w:color="4BACC6" w:themeColor="accent5"/>
        <w:bottom w:val="single" w:sz="8" w:space="0" w:color="4BACC6" w:themeColor="accent5"/>
        <w:right w:val="single" w:sz="8" w:space="0" w:color="4BACC6" w:themeColor="accent5"/>
        <w:insideH w:val="single" w:sz="8" w:space="0" w:color="4BACC6" w:themeColor="accent5"/>
        <w:insideV w:val="single" w:sz="8" w:space="0" w:color="4BACC6" w:themeColor="accent5"/>
      </w:tblBorders>
      <w:tblCellMar>
        <w:top w:w="0" w:type="dxa"/>
        <w:left w:w="108" w:type="dxa"/>
        <w:bottom w:w="0" w:type="dxa"/>
        <w:right w:w="108" w:type="dxa"/>
      </w:tblCellMar>
    </w:tblPr>
    <w:tcPr>
      <w:shd w:val="clear" w:color="auto" w:fill="D2EAF1" w:themeFill="accent5" w:themeFillTint="3F"/>
    </w:tcPr>
    <w:tblStylePr w:type="firstRow">
      <w:rPr>
        <w:b/>
        <w:bCs/>
        <w:color w:val="000000" w:themeColor="text1"/>
      </w:rPr>
      <w:tblPr/>
      <w:tcPr>
        <w:shd w:val="clear" w:color="auto" w:fill="EDF6F9" w:themeFill="accent5"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DAEEF3" w:themeFill="accent5" w:themeFillTint="33"/>
      </w:tcPr>
    </w:tblStylePr>
    <w:tblStylePr w:type="band1Vert">
      <w:tblPr/>
      <w:tcPr>
        <w:shd w:val="clear" w:color="auto" w:fill="A5D5E2" w:themeFill="accent5" w:themeFillTint="7F"/>
      </w:tcPr>
    </w:tblStylePr>
    <w:tblStylePr w:type="band1Horz">
      <w:tblPr/>
      <w:tcPr>
        <w:tcBorders>
          <w:insideH w:val="single" w:sz="6" w:space="0" w:color="4BACC6" w:themeColor="accent5"/>
          <w:insideV w:val="single" w:sz="6" w:space="0" w:color="4BACC6" w:themeColor="accent5"/>
        </w:tcBorders>
        <w:shd w:val="clear" w:color="auto" w:fill="A5D5E2" w:themeFill="accent5" w:themeFillTint="7F"/>
      </w:tcPr>
    </w:tblStylePr>
    <w:tblStylePr w:type="nwCell">
      <w:tblPr/>
      <w:tcPr>
        <w:shd w:val="clear" w:color="auto" w:fill="FFFFFF" w:themeFill="background1"/>
      </w:tcPr>
    </w:tblStylePr>
  </w:style>
  <w:style w:type="table" w:styleId="MediumGrid2-Accent6">
    <w:name w:val="Medium Grid 2 Accent 6"/>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F79646" w:themeColor="accent6"/>
        <w:left w:val="single" w:sz="8" w:space="0" w:color="F79646" w:themeColor="accent6"/>
        <w:bottom w:val="single" w:sz="8" w:space="0" w:color="F79646" w:themeColor="accent6"/>
        <w:right w:val="single" w:sz="8" w:space="0" w:color="F79646" w:themeColor="accent6"/>
        <w:insideH w:val="single" w:sz="8" w:space="0" w:color="F79646" w:themeColor="accent6"/>
        <w:insideV w:val="single" w:sz="8" w:space="0" w:color="F79646" w:themeColor="accent6"/>
      </w:tblBorders>
      <w:tblCellMar>
        <w:top w:w="0" w:type="dxa"/>
        <w:left w:w="108" w:type="dxa"/>
        <w:bottom w:w="0" w:type="dxa"/>
        <w:right w:w="108" w:type="dxa"/>
      </w:tblCellMar>
    </w:tblPr>
    <w:tcPr>
      <w:shd w:val="clear" w:color="auto" w:fill="FDE4D0" w:themeFill="accent6" w:themeFillTint="3F"/>
    </w:tcPr>
    <w:tblStylePr w:type="firstRow">
      <w:rPr>
        <w:b/>
        <w:bCs/>
        <w:color w:val="000000" w:themeColor="text1"/>
      </w:rPr>
      <w:tblPr/>
      <w:tcPr>
        <w:shd w:val="clear" w:color="auto" w:fill="FEF4EC" w:themeFill="accent6"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FDE9D9" w:themeFill="accent6" w:themeFillTint="33"/>
      </w:tcPr>
    </w:tblStylePr>
    <w:tblStylePr w:type="band1Vert">
      <w:tblPr/>
      <w:tcPr>
        <w:shd w:val="clear" w:color="auto" w:fill="FBCAA2" w:themeFill="accent6" w:themeFillTint="7F"/>
      </w:tcPr>
    </w:tblStylePr>
    <w:tblStylePr w:type="band1Horz">
      <w:tblPr/>
      <w:tcPr>
        <w:tcBorders>
          <w:insideH w:val="single" w:sz="6" w:space="0" w:color="F79646" w:themeColor="accent6"/>
          <w:insideV w:val="single" w:sz="6" w:space="0" w:color="F79646" w:themeColor="accent6"/>
        </w:tcBorders>
        <w:shd w:val="clear" w:color="auto" w:fill="FBCAA2" w:themeFill="accent6" w:themeFillTint="7F"/>
      </w:tcPr>
    </w:tblStylePr>
    <w:tblStylePr w:type="nwCell">
      <w:tblPr/>
      <w:tcPr>
        <w:shd w:val="clear" w:color="auto" w:fill="FFFFFF" w:themeFill="background1"/>
      </w:tcPr>
    </w:tblStylePr>
  </w:style>
  <w:style w:type="table" w:styleId="MediumGrid3">
    <w:name w:val="Medium Grid 3"/>
    <w:basedOn w:val="TableNormal"/>
    <w:uiPriority w:val="69"/>
    <w:rsid w:val="00CB066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C0C0C0" w:themeFill="text1"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000000" w:themeFill="text1"/>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000000" w:themeFill="text1"/>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000000" w:themeFill="text1"/>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000000" w:themeFill="text1"/>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808080" w:themeFill="text1"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808080" w:themeFill="text1" w:themeFillTint="7F"/>
      </w:tcPr>
    </w:tblStylePr>
  </w:style>
  <w:style w:type="table" w:styleId="MediumGrid3-Accent1">
    <w:name w:val="Medium Grid 3 Accent 1"/>
    <w:basedOn w:val="TableNormal"/>
    <w:uiPriority w:val="69"/>
    <w:rsid w:val="00CB066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D3DFEE" w:themeFill="accent1"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4F81BD" w:themeFill="accent1"/>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4F81BD" w:themeFill="accent1"/>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4F81BD" w:themeFill="accent1"/>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4F81BD" w:themeFill="accent1"/>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A7BFDE" w:themeFill="accent1"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A7BFDE" w:themeFill="accent1" w:themeFillTint="7F"/>
      </w:tcPr>
    </w:tblStylePr>
  </w:style>
  <w:style w:type="table" w:styleId="MediumGrid3-Accent2">
    <w:name w:val="Medium Grid 3 Accent 2"/>
    <w:basedOn w:val="TableNormal"/>
    <w:uiPriority w:val="69"/>
    <w:rsid w:val="00CB066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EFD3D2" w:themeFill="accent2"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C0504D" w:themeFill="accent2"/>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C0504D" w:themeFill="accent2"/>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C0504D" w:themeFill="accent2"/>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C0504D" w:themeFill="accent2"/>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DFA7A6" w:themeFill="accent2"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DFA7A6" w:themeFill="accent2" w:themeFillTint="7F"/>
      </w:tcPr>
    </w:tblStylePr>
  </w:style>
  <w:style w:type="table" w:styleId="MediumGrid3-Accent3">
    <w:name w:val="Medium Grid 3 Accent 3"/>
    <w:basedOn w:val="TableNormal"/>
    <w:uiPriority w:val="69"/>
    <w:rsid w:val="00CB066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E6EED5" w:themeFill="accent3"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9BBB59" w:themeFill="accent3"/>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9BBB59" w:themeFill="accent3"/>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9BBB59" w:themeFill="accent3"/>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9BBB59" w:themeFill="accent3"/>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CDDDAC" w:themeFill="accent3"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CDDDAC" w:themeFill="accent3" w:themeFillTint="7F"/>
      </w:tcPr>
    </w:tblStylePr>
  </w:style>
  <w:style w:type="table" w:styleId="MediumGrid3-Accent4">
    <w:name w:val="Medium Grid 3 Accent 4"/>
    <w:basedOn w:val="TableNormal"/>
    <w:uiPriority w:val="69"/>
    <w:rsid w:val="00CB066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DFD8E8" w:themeFill="accent4"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8064A2" w:themeFill="accent4"/>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8064A2" w:themeFill="accent4"/>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8064A2" w:themeFill="accent4"/>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8064A2" w:themeFill="accent4"/>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BFB1D0" w:themeFill="accent4"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BFB1D0" w:themeFill="accent4" w:themeFillTint="7F"/>
      </w:tcPr>
    </w:tblStylePr>
  </w:style>
  <w:style w:type="table" w:styleId="MediumGrid3-Accent5">
    <w:name w:val="Medium Grid 3 Accent 5"/>
    <w:basedOn w:val="TableNormal"/>
    <w:uiPriority w:val="69"/>
    <w:rsid w:val="00CB066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D2EAF1" w:themeFill="accent5"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4BACC6" w:themeFill="accent5"/>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4BACC6" w:themeFill="accent5"/>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4BACC6" w:themeFill="accent5"/>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4BACC6" w:themeFill="accent5"/>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A5D5E2" w:themeFill="accent5"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A5D5E2" w:themeFill="accent5" w:themeFillTint="7F"/>
      </w:tcPr>
    </w:tblStylePr>
  </w:style>
  <w:style w:type="table" w:styleId="MediumGrid3-Accent6">
    <w:name w:val="Medium Grid 3 Accent 6"/>
    <w:basedOn w:val="TableNormal"/>
    <w:uiPriority w:val="69"/>
    <w:rsid w:val="00CB066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FDE4D0" w:themeFill="accent6"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F79646" w:themeFill="accent6"/>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F79646" w:themeFill="accent6"/>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F79646" w:themeFill="accent6"/>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F79646" w:themeFill="accent6"/>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FBCAA2" w:themeFill="accent6"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FBCAA2" w:themeFill="accent6" w:themeFillTint="7F"/>
      </w:tcPr>
    </w:tblStylePr>
  </w:style>
  <w:style w:type="table" w:styleId="DarkList">
    <w:name w:val="Dark List"/>
    <w:basedOn w:val="TableNormal"/>
    <w:uiPriority w:val="70"/>
    <w:rsid w:val="00CB066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000000" w:themeFill="text1"/>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000000" w:themeFill="text1" w:themeFillShade="7F"/>
      </w:tcPr>
    </w:tblStylePr>
    <w:tblStylePr w:type="firstCol">
      <w:tblPr/>
      <w:tcPr>
        <w:tcBorders>
          <w:top w:val="nil"/>
          <w:left w:val="nil"/>
          <w:bottom w:val="nil"/>
          <w:right w:val="single" w:sz="18" w:space="0" w:color="FFFFFF" w:themeColor="background1"/>
          <w:insideH w:val="nil"/>
          <w:insideV w:val="nil"/>
        </w:tcBorders>
        <w:shd w:val="clear" w:color="auto" w:fill="000000" w:themeFill="text1" w:themeFillShade="BF"/>
      </w:tcPr>
    </w:tblStylePr>
    <w:tblStylePr w:type="lastCol">
      <w:tblPr/>
      <w:tcPr>
        <w:tcBorders>
          <w:top w:val="nil"/>
          <w:left w:val="single" w:sz="18" w:space="0" w:color="FFFFFF" w:themeColor="background1"/>
          <w:bottom w:val="nil"/>
          <w:right w:val="nil"/>
          <w:insideH w:val="nil"/>
          <w:insideV w:val="nil"/>
        </w:tcBorders>
        <w:shd w:val="clear" w:color="auto" w:fill="000000" w:themeFill="text1" w:themeFillShade="BF"/>
      </w:tcPr>
    </w:tblStylePr>
    <w:tblStylePr w:type="band1Vert">
      <w:tblPr/>
      <w:tcPr>
        <w:tcBorders>
          <w:top w:val="nil"/>
          <w:left w:val="nil"/>
          <w:bottom w:val="nil"/>
          <w:right w:val="nil"/>
          <w:insideH w:val="nil"/>
          <w:insideV w:val="nil"/>
        </w:tcBorders>
        <w:shd w:val="clear" w:color="auto" w:fill="000000" w:themeFill="text1" w:themeFillShade="BF"/>
      </w:tcPr>
    </w:tblStylePr>
    <w:tblStylePr w:type="band1Horz">
      <w:tblPr/>
      <w:tcPr>
        <w:tcBorders>
          <w:top w:val="nil"/>
          <w:left w:val="nil"/>
          <w:bottom w:val="nil"/>
          <w:right w:val="nil"/>
          <w:insideH w:val="nil"/>
          <w:insideV w:val="nil"/>
        </w:tcBorders>
        <w:shd w:val="clear" w:color="auto" w:fill="000000" w:themeFill="text1" w:themeFillShade="BF"/>
      </w:tcPr>
    </w:tblStylePr>
  </w:style>
  <w:style w:type="table" w:styleId="DarkList-Accent1">
    <w:name w:val="Dark List Accent 1"/>
    <w:basedOn w:val="TableNormal"/>
    <w:uiPriority w:val="70"/>
    <w:rsid w:val="00CB066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4F81BD" w:themeFill="accent1"/>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243F60" w:themeFill="accent1" w:themeFillShade="7F"/>
      </w:tcPr>
    </w:tblStylePr>
    <w:tblStylePr w:type="firstCol">
      <w:tblPr/>
      <w:tcPr>
        <w:tcBorders>
          <w:top w:val="nil"/>
          <w:left w:val="nil"/>
          <w:bottom w:val="nil"/>
          <w:right w:val="single" w:sz="18" w:space="0" w:color="FFFFFF" w:themeColor="background1"/>
          <w:insideH w:val="nil"/>
          <w:insideV w:val="nil"/>
        </w:tcBorders>
        <w:shd w:val="clear" w:color="auto" w:fill="365F91" w:themeFill="accent1" w:themeFillShade="BF"/>
      </w:tcPr>
    </w:tblStylePr>
    <w:tblStylePr w:type="lastCol">
      <w:tblPr/>
      <w:tcPr>
        <w:tcBorders>
          <w:top w:val="nil"/>
          <w:left w:val="single" w:sz="18" w:space="0" w:color="FFFFFF" w:themeColor="background1"/>
          <w:bottom w:val="nil"/>
          <w:right w:val="nil"/>
          <w:insideH w:val="nil"/>
          <w:insideV w:val="nil"/>
        </w:tcBorders>
        <w:shd w:val="clear" w:color="auto" w:fill="365F91" w:themeFill="accent1" w:themeFillShade="BF"/>
      </w:tcPr>
    </w:tblStylePr>
    <w:tblStylePr w:type="band1Vert">
      <w:tblPr/>
      <w:tcPr>
        <w:tcBorders>
          <w:top w:val="nil"/>
          <w:left w:val="nil"/>
          <w:bottom w:val="nil"/>
          <w:right w:val="nil"/>
          <w:insideH w:val="nil"/>
          <w:insideV w:val="nil"/>
        </w:tcBorders>
        <w:shd w:val="clear" w:color="auto" w:fill="365F91" w:themeFill="accent1" w:themeFillShade="BF"/>
      </w:tcPr>
    </w:tblStylePr>
    <w:tblStylePr w:type="band1Horz">
      <w:tblPr/>
      <w:tcPr>
        <w:tcBorders>
          <w:top w:val="nil"/>
          <w:left w:val="nil"/>
          <w:bottom w:val="nil"/>
          <w:right w:val="nil"/>
          <w:insideH w:val="nil"/>
          <w:insideV w:val="nil"/>
        </w:tcBorders>
        <w:shd w:val="clear" w:color="auto" w:fill="365F91" w:themeFill="accent1" w:themeFillShade="BF"/>
      </w:tcPr>
    </w:tblStylePr>
  </w:style>
  <w:style w:type="table" w:styleId="DarkList-Accent2">
    <w:name w:val="Dark List Accent 2"/>
    <w:basedOn w:val="TableNormal"/>
    <w:uiPriority w:val="70"/>
    <w:rsid w:val="00CB066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C0504D" w:themeFill="accent2"/>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622423" w:themeFill="accent2" w:themeFillShade="7F"/>
      </w:tcPr>
    </w:tblStylePr>
    <w:tblStylePr w:type="firstCol">
      <w:tblPr/>
      <w:tcPr>
        <w:tcBorders>
          <w:top w:val="nil"/>
          <w:left w:val="nil"/>
          <w:bottom w:val="nil"/>
          <w:right w:val="single" w:sz="18" w:space="0" w:color="FFFFFF" w:themeColor="background1"/>
          <w:insideH w:val="nil"/>
          <w:insideV w:val="nil"/>
        </w:tcBorders>
        <w:shd w:val="clear" w:color="auto" w:fill="943634" w:themeFill="accent2" w:themeFillShade="BF"/>
      </w:tcPr>
    </w:tblStylePr>
    <w:tblStylePr w:type="lastCol">
      <w:tblPr/>
      <w:tcPr>
        <w:tcBorders>
          <w:top w:val="nil"/>
          <w:left w:val="single" w:sz="18" w:space="0" w:color="FFFFFF" w:themeColor="background1"/>
          <w:bottom w:val="nil"/>
          <w:right w:val="nil"/>
          <w:insideH w:val="nil"/>
          <w:insideV w:val="nil"/>
        </w:tcBorders>
        <w:shd w:val="clear" w:color="auto" w:fill="943634" w:themeFill="accent2" w:themeFillShade="BF"/>
      </w:tcPr>
    </w:tblStylePr>
    <w:tblStylePr w:type="band1Vert">
      <w:tblPr/>
      <w:tcPr>
        <w:tcBorders>
          <w:top w:val="nil"/>
          <w:left w:val="nil"/>
          <w:bottom w:val="nil"/>
          <w:right w:val="nil"/>
          <w:insideH w:val="nil"/>
          <w:insideV w:val="nil"/>
        </w:tcBorders>
        <w:shd w:val="clear" w:color="auto" w:fill="943634" w:themeFill="accent2" w:themeFillShade="BF"/>
      </w:tcPr>
    </w:tblStylePr>
    <w:tblStylePr w:type="band1Horz">
      <w:tblPr/>
      <w:tcPr>
        <w:tcBorders>
          <w:top w:val="nil"/>
          <w:left w:val="nil"/>
          <w:bottom w:val="nil"/>
          <w:right w:val="nil"/>
          <w:insideH w:val="nil"/>
          <w:insideV w:val="nil"/>
        </w:tcBorders>
        <w:shd w:val="clear" w:color="auto" w:fill="943634" w:themeFill="accent2" w:themeFillShade="BF"/>
      </w:tcPr>
    </w:tblStylePr>
  </w:style>
  <w:style w:type="table" w:styleId="DarkList-Accent3">
    <w:name w:val="Dark List Accent 3"/>
    <w:basedOn w:val="TableNormal"/>
    <w:uiPriority w:val="70"/>
    <w:rsid w:val="00CB066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9BBB59" w:themeFill="accent3"/>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4E6128" w:themeFill="accent3" w:themeFillShade="7F"/>
      </w:tcPr>
    </w:tblStylePr>
    <w:tblStylePr w:type="firstCol">
      <w:tblPr/>
      <w:tcPr>
        <w:tcBorders>
          <w:top w:val="nil"/>
          <w:left w:val="nil"/>
          <w:bottom w:val="nil"/>
          <w:right w:val="single" w:sz="18" w:space="0" w:color="FFFFFF" w:themeColor="background1"/>
          <w:insideH w:val="nil"/>
          <w:insideV w:val="nil"/>
        </w:tcBorders>
        <w:shd w:val="clear" w:color="auto" w:fill="76923C" w:themeFill="accent3" w:themeFillShade="BF"/>
      </w:tcPr>
    </w:tblStylePr>
    <w:tblStylePr w:type="lastCol">
      <w:tblPr/>
      <w:tcPr>
        <w:tcBorders>
          <w:top w:val="nil"/>
          <w:left w:val="single" w:sz="18" w:space="0" w:color="FFFFFF" w:themeColor="background1"/>
          <w:bottom w:val="nil"/>
          <w:right w:val="nil"/>
          <w:insideH w:val="nil"/>
          <w:insideV w:val="nil"/>
        </w:tcBorders>
        <w:shd w:val="clear" w:color="auto" w:fill="76923C" w:themeFill="accent3" w:themeFillShade="BF"/>
      </w:tcPr>
    </w:tblStylePr>
    <w:tblStylePr w:type="band1Vert">
      <w:tblPr/>
      <w:tcPr>
        <w:tcBorders>
          <w:top w:val="nil"/>
          <w:left w:val="nil"/>
          <w:bottom w:val="nil"/>
          <w:right w:val="nil"/>
          <w:insideH w:val="nil"/>
          <w:insideV w:val="nil"/>
        </w:tcBorders>
        <w:shd w:val="clear" w:color="auto" w:fill="76923C" w:themeFill="accent3" w:themeFillShade="BF"/>
      </w:tcPr>
    </w:tblStylePr>
    <w:tblStylePr w:type="band1Horz">
      <w:tblPr/>
      <w:tcPr>
        <w:tcBorders>
          <w:top w:val="nil"/>
          <w:left w:val="nil"/>
          <w:bottom w:val="nil"/>
          <w:right w:val="nil"/>
          <w:insideH w:val="nil"/>
          <w:insideV w:val="nil"/>
        </w:tcBorders>
        <w:shd w:val="clear" w:color="auto" w:fill="76923C" w:themeFill="accent3" w:themeFillShade="BF"/>
      </w:tcPr>
    </w:tblStylePr>
  </w:style>
  <w:style w:type="table" w:styleId="DarkList-Accent4">
    <w:name w:val="Dark List Accent 4"/>
    <w:basedOn w:val="TableNormal"/>
    <w:uiPriority w:val="70"/>
    <w:rsid w:val="00CB066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8064A2" w:themeFill="accent4"/>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3F3151" w:themeFill="accent4" w:themeFillShade="7F"/>
      </w:tcPr>
    </w:tblStylePr>
    <w:tblStylePr w:type="firstCol">
      <w:tblPr/>
      <w:tcPr>
        <w:tcBorders>
          <w:top w:val="nil"/>
          <w:left w:val="nil"/>
          <w:bottom w:val="nil"/>
          <w:right w:val="single" w:sz="18" w:space="0" w:color="FFFFFF" w:themeColor="background1"/>
          <w:insideH w:val="nil"/>
          <w:insideV w:val="nil"/>
        </w:tcBorders>
        <w:shd w:val="clear" w:color="auto" w:fill="5F497A" w:themeFill="accent4" w:themeFillShade="BF"/>
      </w:tcPr>
    </w:tblStylePr>
    <w:tblStylePr w:type="lastCol">
      <w:tblPr/>
      <w:tcPr>
        <w:tcBorders>
          <w:top w:val="nil"/>
          <w:left w:val="single" w:sz="18" w:space="0" w:color="FFFFFF" w:themeColor="background1"/>
          <w:bottom w:val="nil"/>
          <w:right w:val="nil"/>
          <w:insideH w:val="nil"/>
          <w:insideV w:val="nil"/>
        </w:tcBorders>
        <w:shd w:val="clear" w:color="auto" w:fill="5F497A" w:themeFill="accent4" w:themeFillShade="BF"/>
      </w:tcPr>
    </w:tblStylePr>
    <w:tblStylePr w:type="band1Vert">
      <w:tblPr/>
      <w:tcPr>
        <w:tcBorders>
          <w:top w:val="nil"/>
          <w:left w:val="nil"/>
          <w:bottom w:val="nil"/>
          <w:right w:val="nil"/>
          <w:insideH w:val="nil"/>
          <w:insideV w:val="nil"/>
        </w:tcBorders>
        <w:shd w:val="clear" w:color="auto" w:fill="5F497A" w:themeFill="accent4" w:themeFillShade="BF"/>
      </w:tcPr>
    </w:tblStylePr>
    <w:tblStylePr w:type="band1Horz">
      <w:tblPr/>
      <w:tcPr>
        <w:tcBorders>
          <w:top w:val="nil"/>
          <w:left w:val="nil"/>
          <w:bottom w:val="nil"/>
          <w:right w:val="nil"/>
          <w:insideH w:val="nil"/>
          <w:insideV w:val="nil"/>
        </w:tcBorders>
        <w:shd w:val="clear" w:color="auto" w:fill="5F497A" w:themeFill="accent4" w:themeFillShade="BF"/>
      </w:tcPr>
    </w:tblStylePr>
  </w:style>
  <w:style w:type="table" w:styleId="DarkList-Accent5">
    <w:name w:val="Dark List Accent 5"/>
    <w:basedOn w:val="TableNormal"/>
    <w:uiPriority w:val="70"/>
    <w:rsid w:val="00CB066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4BACC6" w:themeFill="accent5"/>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205867" w:themeFill="accent5" w:themeFillShade="7F"/>
      </w:tcPr>
    </w:tblStylePr>
    <w:tblStylePr w:type="firstCol">
      <w:tblPr/>
      <w:tcPr>
        <w:tcBorders>
          <w:top w:val="nil"/>
          <w:left w:val="nil"/>
          <w:bottom w:val="nil"/>
          <w:right w:val="single" w:sz="18" w:space="0" w:color="FFFFFF" w:themeColor="background1"/>
          <w:insideH w:val="nil"/>
          <w:insideV w:val="nil"/>
        </w:tcBorders>
        <w:shd w:val="clear" w:color="auto" w:fill="31849B" w:themeFill="accent5" w:themeFillShade="BF"/>
      </w:tcPr>
    </w:tblStylePr>
    <w:tblStylePr w:type="lastCol">
      <w:tblPr/>
      <w:tcPr>
        <w:tcBorders>
          <w:top w:val="nil"/>
          <w:left w:val="single" w:sz="18" w:space="0" w:color="FFFFFF" w:themeColor="background1"/>
          <w:bottom w:val="nil"/>
          <w:right w:val="nil"/>
          <w:insideH w:val="nil"/>
          <w:insideV w:val="nil"/>
        </w:tcBorders>
        <w:shd w:val="clear" w:color="auto" w:fill="31849B" w:themeFill="accent5" w:themeFillShade="BF"/>
      </w:tcPr>
    </w:tblStylePr>
    <w:tblStylePr w:type="band1Vert">
      <w:tblPr/>
      <w:tcPr>
        <w:tcBorders>
          <w:top w:val="nil"/>
          <w:left w:val="nil"/>
          <w:bottom w:val="nil"/>
          <w:right w:val="nil"/>
          <w:insideH w:val="nil"/>
          <w:insideV w:val="nil"/>
        </w:tcBorders>
        <w:shd w:val="clear" w:color="auto" w:fill="31849B" w:themeFill="accent5" w:themeFillShade="BF"/>
      </w:tcPr>
    </w:tblStylePr>
    <w:tblStylePr w:type="band1Horz">
      <w:tblPr/>
      <w:tcPr>
        <w:tcBorders>
          <w:top w:val="nil"/>
          <w:left w:val="nil"/>
          <w:bottom w:val="nil"/>
          <w:right w:val="nil"/>
          <w:insideH w:val="nil"/>
          <w:insideV w:val="nil"/>
        </w:tcBorders>
        <w:shd w:val="clear" w:color="auto" w:fill="31849B" w:themeFill="accent5" w:themeFillShade="BF"/>
      </w:tcPr>
    </w:tblStylePr>
  </w:style>
  <w:style w:type="table" w:styleId="DarkList-Accent6">
    <w:name w:val="Dark List Accent 6"/>
    <w:basedOn w:val="TableNormal"/>
    <w:uiPriority w:val="70"/>
    <w:rsid w:val="00CB066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F79646" w:themeFill="accent6"/>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974706" w:themeFill="accent6" w:themeFillShade="7F"/>
      </w:tcPr>
    </w:tblStylePr>
    <w:tblStylePr w:type="firstCol">
      <w:tblPr/>
      <w:tcPr>
        <w:tcBorders>
          <w:top w:val="nil"/>
          <w:left w:val="nil"/>
          <w:bottom w:val="nil"/>
          <w:right w:val="single" w:sz="18" w:space="0" w:color="FFFFFF" w:themeColor="background1"/>
          <w:insideH w:val="nil"/>
          <w:insideV w:val="nil"/>
        </w:tcBorders>
        <w:shd w:val="clear" w:color="auto" w:fill="E36C0A" w:themeFill="accent6" w:themeFillShade="BF"/>
      </w:tcPr>
    </w:tblStylePr>
    <w:tblStylePr w:type="lastCol">
      <w:tblPr/>
      <w:tcPr>
        <w:tcBorders>
          <w:top w:val="nil"/>
          <w:left w:val="single" w:sz="18" w:space="0" w:color="FFFFFF" w:themeColor="background1"/>
          <w:bottom w:val="nil"/>
          <w:right w:val="nil"/>
          <w:insideH w:val="nil"/>
          <w:insideV w:val="nil"/>
        </w:tcBorders>
        <w:shd w:val="clear" w:color="auto" w:fill="E36C0A" w:themeFill="accent6" w:themeFillShade="BF"/>
      </w:tcPr>
    </w:tblStylePr>
    <w:tblStylePr w:type="band1Vert">
      <w:tblPr/>
      <w:tcPr>
        <w:tcBorders>
          <w:top w:val="nil"/>
          <w:left w:val="nil"/>
          <w:bottom w:val="nil"/>
          <w:right w:val="nil"/>
          <w:insideH w:val="nil"/>
          <w:insideV w:val="nil"/>
        </w:tcBorders>
        <w:shd w:val="clear" w:color="auto" w:fill="E36C0A" w:themeFill="accent6" w:themeFillShade="BF"/>
      </w:tcPr>
    </w:tblStylePr>
    <w:tblStylePr w:type="band1Horz">
      <w:tblPr/>
      <w:tcPr>
        <w:tcBorders>
          <w:top w:val="nil"/>
          <w:left w:val="nil"/>
          <w:bottom w:val="nil"/>
          <w:right w:val="nil"/>
          <w:insideH w:val="nil"/>
          <w:insideV w:val="nil"/>
        </w:tcBorders>
        <w:shd w:val="clear" w:color="auto" w:fill="E36C0A" w:themeFill="accent6" w:themeFillShade="BF"/>
      </w:tcPr>
    </w:tblStylePr>
  </w:style>
  <w:style w:type="table" w:styleId="ColorfulShading">
    <w:name w:val="Colorful Shading"/>
    <w:basedOn w:val="TableNormal"/>
    <w:uiPriority w:val="71"/>
    <w:rsid w:val="00CB0664"/>
    <w:pPr>
      <w:spacing w:after="0" w:line="240" w:lineRule="auto"/>
    </w:pPr>
    <w:rPr>
      <w:color w:val="000000" w:themeColor="text1"/>
    </w:rPr>
    <w:tblPr>
      <w:tblStyleRowBandSize w:val="1"/>
      <w:tblStyleColBandSize w:val="1"/>
      <w:tblInd w:w="0" w:type="dxa"/>
      <w:tblBorders>
        <w:top w:val="single" w:sz="24" w:space="0" w:color="C0504D" w:themeColor="accent2"/>
        <w:left w:val="single" w:sz="4" w:space="0" w:color="000000" w:themeColor="text1"/>
        <w:bottom w:val="single" w:sz="4" w:space="0" w:color="000000" w:themeColor="text1"/>
        <w:right w:val="single" w:sz="4" w:space="0" w:color="000000" w:themeColor="text1"/>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E6E6E6" w:themeFill="text1" w:themeFillTint="19"/>
    </w:tcPr>
    <w:tblStylePr w:type="firstRow">
      <w:rPr>
        <w:b/>
        <w:bCs/>
      </w:rPr>
      <w:tblPr/>
      <w:tcPr>
        <w:tcBorders>
          <w:top w:val="nil"/>
          <w:left w:val="nil"/>
          <w:bottom w:val="single" w:sz="24" w:space="0" w:color="C0504D" w:themeColor="accent2"/>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000000" w:themeFill="text1" w:themeFillShade="99"/>
      </w:tcPr>
    </w:tblStylePr>
    <w:tblStylePr w:type="firstCol">
      <w:rPr>
        <w:color w:val="FFFFFF" w:themeColor="background1"/>
      </w:rPr>
      <w:tblPr/>
      <w:tcPr>
        <w:tcBorders>
          <w:top w:val="nil"/>
          <w:left w:val="nil"/>
          <w:bottom w:val="nil"/>
          <w:right w:val="nil"/>
          <w:insideH w:val="single" w:sz="4" w:space="0" w:color="000000" w:themeColor="text1" w:themeShade="99"/>
          <w:insideV w:val="nil"/>
        </w:tcBorders>
        <w:shd w:val="clear" w:color="auto" w:fill="000000" w:themeFill="text1" w:themeFillShade="99"/>
      </w:tcPr>
    </w:tblStylePr>
    <w:tblStylePr w:type="lastCol">
      <w:rPr>
        <w:color w:val="FFFFFF" w:themeColor="background1"/>
      </w:rPr>
      <w:tblPr/>
      <w:tcPr>
        <w:tcBorders>
          <w:top w:val="nil"/>
          <w:left w:val="nil"/>
          <w:bottom w:val="nil"/>
          <w:right w:val="nil"/>
          <w:insideH w:val="nil"/>
          <w:insideV w:val="nil"/>
        </w:tcBorders>
        <w:shd w:val="clear" w:color="auto" w:fill="000000" w:themeFill="text1" w:themeFillShade="BF"/>
      </w:tcPr>
    </w:tblStylePr>
    <w:tblStylePr w:type="band1Vert">
      <w:tblPr/>
      <w:tcPr>
        <w:shd w:val="clear" w:color="auto" w:fill="999999" w:themeFill="text1" w:themeFillTint="66"/>
      </w:tcPr>
    </w:tblStylePr>
    <w:tblStylePr w:type="band1Horz">
      <w:tblPr/>
      <w:tcPr>
        <w:shd w:val="clear" w:color="auto" w:fill="808080" w:themeFill="text1" w:themeFillTint="7F"/>
      </w:tcPr>
    </w:tblStylePr>
    <w:tblStylePr w:type="neCell">
      <w:rPr>
        <w:color w:val="000000" w:themeColor="text1"/>
      </w:rPr>
    </w:tblStylePr>
    <w:tblStylePr w:type="nwCell">
      <w:rPr>
        <w:color w:val="000000" w:themeColor="text1"/>
      </w:rPr>
    </w:tblStylePr>
  </w:style>
  <w:style w:type="table" w:styleId="ColorfulShading-Accent1">
    <w:name w:val="Colorful Shading Accent 1"/>
    <w:basedOn w:val="TableNormal"/>
    <w:uiPriority w:val="71"/>
    <w:rsid w:val="00CB0664"/>
    <w:pPr>
      <w:spacing w:after="0" w:line="240" w:lineRule="auto"/>
    </w:pPr>
    <w:rPr>
      <w:color w:val="000000" w:themeColor="text1"/>
    </w:rPr>
    <w:tblPr>
      <w:tblStyleRowBandSize w:val="1"/>
      <w:tblStyleColBandSize w:val="1"/>
      <w:tblInd w:w="0" w:type="dxa"/>
      <w:tblBorders>
        <w:top w:val="single" w:sz="24" w:space="0" w:color="C0504D" w:themeColor="accent2"/>
        <w:left w:val="single" w:sz="4" w:space="0" w:color="4F81BD" w:themeColor="accent1"/>
        <w:bottom w:val="single" w:sz="4" w:space="0" w:color="4F81BD" w:themeColor="accent1"/>
        <w:right w:val="single" w:sz="4" w:space="0" w:color="4F81BD" w:themeColor="accent1"/>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EDF2F8" w:themeFill="accent1" w:themeFillTint="19"/>
    </w:tcPr>
    <w:tblStylePr w:type="firstRow">
      <w:rPr>
        <w:b/>
        <w:bCs/>
      </w:rPr>
      <w:tblPr/>
      <w:tcPr>
        <w:tcBorders>
          <w:top w:val="nil"/>
          <w:left w:val="nil"/>
          <w:bottom w:val="single" w:sz="24" w:space="0" w:color="C0504D" w:themeColor="accent2"/>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2C4C74" w:themeFill="accent1" w:themeFillShade="99"/>
      </w:tcPr>
    </w:tblStylePr>
    <w:tblStylePr w:type="firstCol">
      <w:rPr>
        <w:color w:val="FFFFFF" w:themeColor="background1"/>
      </w:rPr>
      <w:tblPr/>
      <w:tcPr>
        <w:tcBorders>
          <w:top w:val="nil"/>
          <w:left w:val="nil"/>
          <w:bottom w:val="nil"/>
          <w:right w:val="nil"/>
          <w:insideH w:val="single" w:sz="4" w:space="0" w:color="2C4C74" w:themeColor="accent1" w:themeShade="99"/>
          <w:insideV w:val="nil"/>
        </w:tcBorders>
        <w:shd w:val="clear" w:color="auto" w:fill="2C4C74" w:themeFill="accent1" w:themeFillShade="99"/>
      </w:tcPr>
    </w:tblStylePr>
    <w:tblStylePr w:type="lastCol">
      <w:rPr>
        <w:color w:val="FFFFFF" w:themeColor="background1"/>
      </w:rPr>
      <w:tblPr/>
      <w:tcPr>
        <w:tcBorders>
          <w:top w:val="nil"/>
          <w:left w:val="nil"/>
          <w:bottom w:val="nil"/>
          <w:right w:val="nil"/>
          <w:insideH w:val="nil"/>
          <w:insideV w:val="nil"/>
        </w:tcBorders>
        <w:shd w:val="clear" w:color="auto" w:fill="2C4C74" w:themeFill="accent1" w:themeFillShade="99"/>
      </w:tcPr>
    </w:tblStylePr>
    <w:tblStylePr w:type="band1Vert">
      <w:tblPr/>
      <w:tcPr>
        <w:shd w:val="clear" w:color="auto" w:fill="B8CCE4" w:themeFill="accent1" w:themeFillTint="66"/>
      </w:tcPr>
    </w:tblStylePr>
    <w:tblStylePr w:type="band1Horz">
      <w:tblPr/>
      <w:tcPr>
        <w:shd w:val="clear" w:color="auto" w:fill="A7BFDE" w:themeFill="accent1" w:themeFillTint="7F"/>
      </w:tcPr>
    </w:tblStylePr>
    <w:tblStylePr w:type="neCell">
      <w:rPr>
        <w:color w:val="000000" w:themeColor="text1"/>
      </w:rPr>
    </w:tblStylePr>
    <w:tblStylePr w:type="nwCell">
      <w:rPr>
        <w:color w:val="000000" w:themeColor="text1"/>
      </w:rPr>
    </w:tblStylePr>
  </w:style>
  <w:style w:type="table" w:styleId="ColorfulShading-Accent2">
    <w:name w:val="Colorful Shading Accent 2"/>
    <w:basedOn w:val="TableNormal"/>
    <w:uiPriority w:val="71"/>
    <w:rsid w:val="00CB0664"/>
    <w:pPr>
      <w:spacing w:after="0" w:line="240" w:lineRule="auto"/>
    </w:pPr>
    <w:rPr>
      <w:color w:val="000000" w:themeColor="text1"/>
    </w:rPr>
    <w:tblPr>
      <w:tblStyleRowBandSize w:val="1"/>
      <w:tblStyleColBandSize w:val="1"/>
      <w:tblInd w:w="0" w:type="dxa"/>
      <w:tblBorders>
        <w:top w:val="single" w:sz="24" w:space="0" w:color="C0504D" w:themeColor="accent2"/>
        <w:left w:val="single" w:sz="4" w:space="0" w:color="C0504D" w:themeColor="accent2"/>
        <w:bottom w:val="single" w:sz="4" w:space="0" w:color="C0504D" w:themeColor="accent2"/>
        <w:right w:val="single" w:sz="4" w:space="0" w:color="C0504D" w:themeColor="accent2"/>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F8EDED" w:themeFill="accent2" w:themeFillTint="19"/>
    </w:tcPr>
    <w:tblStylePr w:type="firstRow">
      <w:rPr>
        <w:b/>
        <w:bCs/>
      </w:rPr>
      <w:tblPr/>
      <w:tcPr>
        <w:tcBorders>
          <w:top w:val="nil"/>
          <w:left w:val="nil"/>
          <w:bottom w:val="single" w:sz="24" w:space="0" w:color="C0504D" w:themeColor="accent2"/>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772C2A" w:themeFill="accent2" w:themeFillShade="99"/>
      </w:tcPr>
    </w:tblStylePr>
    <w:tblStylePr w:type="firstCol">
      <w:rPr>
        <w:color w:val="FFFFFF" w:themeColor="background1"/>
      </w:rPr>
      <w:tblPr/>
      <w:tcPr>
        <w:tcBorders>
          <w:top w:val="nil"/>
          <w:left w:val="nil"/>
          <w:bottom w:val="nil"/>
          <w:right w:val="nil"/>
          <w:insideH w:val="single" w:sz="4" w:space="0" w:color="772C2A" w:themeColor="accent2" w:themeShade="99"/>
          <w:insideV w:val="nil"/>
        </w:tcBorders>
        <w:shd w:val="clear" w:color="auto" w:fill="772C2A" w:themeFill="accent2" w:themeFillShade="99"/>
      </w:tcPr>
    </w:tblStylePr>
    <w:tblStylePr w:type="lastCol">
      <w:rPr>
        <w:color w:val="FFFFFF" w:themeColor="background1"/>
      </w:rPr>
      <w:tblPr/>
      <w:tcPr>
        <w:tcBorders>
          <w:top w:val="nil"/>
          <w:left w:val="nil"/>
          <w:bottom w:val="nil"/>
          <w:right w:val="nil"/>
          <w:insideH w:val="nil"/>
          <w:insideV w:val="nil"/>
        </w:tcBorders>
        <w:shd w:val="clear" w:color="auto" w:fill="772C2A" w:themeFill="accent2" w:themeFillShade="99"/>
      </w:tcPr>
    </w:tblStylePr>
    <w:tblStylePr w:type="band1Vert">
      <w:tblPr/>
      <w:tcPr>
        <w:shd w:val="clear" w:color="auto" w:fill="E5B8B7" w:themeFill="accent2" w:themeFillTint="66"/>
      </w:tcPr>
    </w:tblStylePr>
    <w:tblStylePr w:type="band1Horz">
      <w:tblPr/>
      <w:tcPr>
        <w:shd w:val="clear" w:color="auto" w:fill="DFA7A6" w:themeFill="accent2" w:themeFillTint="7F"/>
      </w:tcPr>
    </w:tblStylePr>
    <w:tblStylePr w:type="neCell">
      <w:rPr>
        <w:color w:val="000000" w:themeColor="text1"/>
      </w:rPr>
    </w:tblStylePr>
    <w:tblStylePr w:type="nwCell">
      <w:rPr>
        <w:color w:val="000000" w:themeColor="text1"/>
      </w:rPr>
    </w:tblStylePr>
  </w:style>
  <w:style w:type="table" w:styleId="ColorfulShading-Accent3">
    <w:name w:val="Colorful Shading Accent 3"/>
    <w:basedOn w:val="TableNormal"/>
    <w:uiPriority w:val="71"/>
    <w:rsid w:val="00CB0664"/>
    <w:pPr>
      <w:spacing w:after="0" w:line="240" w:lineRule="auto"/>
    </w:pPr>
    <w:rPr>
      <w:color w:val="000000" w:themeColor="text1"/>
    </w:rPr>
    <w:tblPr>
      <w:tblStyleRowBandSize w:val="1"/>
      <w:tblStyleColBandSize w:val="1"/>
      <w:tblInd w:w="0" w:type="dxa"/>
      <w:tblBorders>
        <w:top w:val="single" w:sz="24" w:space="0" w:color="8064A2" w:themeColor="accent4"/>
        <w:left w:val="single" w:sz="4" w:space="0" w:color="9BBB59" w:themeColor="accent3"/>
        <w:bottom w:val="single" w:sz="4" w:space="0" w:color="9BBB59" w:themeColor="accent3"/>
        <w:right w:val="single" w:sz="4" w:space="0" w:color="9BBB59" w:themeColor="accent3"/>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F5F8EE" w:themeFill="accent3" w:themeFillTint="19"/>
    </w:tcPr>
    <w:tblStylePr w:type="firstRow">
      <w:rPr>
        <w:b/>
        <w:bCs/>
      </w:rPr>
      <w:tblPr/>
      <w:tcPr>
        <w:tcBorders>
          <w:top w:val="nil"/>
          <w:left w:val="nil"/>
          <w:bottom w:val="single" w:sz="24" w:space="0" w:color="8064A2" w:themeColor="accent4"/>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5E7530" w:themeFill="accent3" w:themeFillShade="99"/>
      </w:tcPr>
    </w:tblStylePr>
    <w:tblStylePr w:type="firstCol">
      <w:rPr>
        <w:color w:val="FFFFFF" w:themeColor="background1"/>
      </w:rPr>
      <w:tblPr/>
      <w:tcPr>
        <w:tcBorders>
          <w:top w:val="nil"/>
          <w:left w:val="nil"/>
          <w:bottom w:val="nil"/>
          <w:right w:val="nil"/>
          <w:insideH w:val="single" w:sz="4" w:space="0" w:color="5E7530" w:themeColor="accent3" w:themeShade="99"/>
          <w:insideV w:val="nil"/>
        </w:tcBorders>
        <w:shd w:val="clear" w:color="auto" w:fill="5E7530" w:themeFill="accent3" w:themeFillShade="99"/>
      </w:tcPr>
    </w:tblStylePr>
    <w:tblStylePr w:type="lastCol">
      <w:rPr>
        <w:color w:val="FFFFFF" w:themeColor="background1"/>
      </w:rPr>
      <w:tblPr/>
      <w:tcPr>
        <w:tcBorders>
          <w:top w:val="nil"/>
          <w:left w:val="nil"/>
          <w:bottom w:val="nil"/>
          <w:right w:val="nil"/>
          <w:insideH w:val="nil"/>
          <w:insideV w:val="nil"/>
        </w:tcBorders>
        <w:shd w:val="clear" w:color="auto" w:fill="5E7530" w:themeFill="accent3" w:themeFillShade="99"/>
      </w:tcPr>
    </w:tblStylePr>
    <w:tblStylePr w:type="band1Vert">
      <w:tblPr/>
      <w:tcPr>
        <w:shd w:val="clear" w:color="auto" w:fill="D6E3BC" w:themeFill="accent3" w:themeFillTint="66"/>
      </w:tcPr>
    </w:tblStylePr>
    <w:tblStylePr w:type="band1Horz">
      <w:tblPr/>
      <w:tcPr>
        <w:shd w:val="clear" w:color="auto" w:fill="CDDDAC" w:themeFill="accent3" w:themeFillTint="7F"/>
      </w:tcPr>
    </w:tblStylePr>
  </w:style>
  <w:style w:type="table" w:styleId="ColorfulShading-Accent4">
    <w:name w:val="Colorful Shading Accent 4"/>
    <w:basedOn w:val="TableNormal"/>
    <w:uiPriority w:val="71"/>
    <w:rsid w:val="00CB0664"/>
    <w:pPr>
      <w:spacing w:after="0" w:line="240" w:lineRule="auto"/>
    </w:pPr>
    <w:rPr>
      <w:color w:val="000000" w:themeColor="text1"/>
    </w:rPr>
    <w:tblPr>
      <w:tblStyleRowBandSize w:val="1"/>
      <w:tblStyleColBandSize w:val="1"/>
      <w:tblInd w:w="0" w:type="dxa"/>
      <w:tblBorders>
        <w:top w:val="single" w:sz="24" w:space="0" w:color="9BBB59" w:themeColor="accent3"/>
        <w:left w:val="single" w:sz="4" w:space="0" w:color="8064A2" w:themeColor="accent4"/>
        <w:bottom w:val="single" w:sz="4" w:space="0" w:color="8064A2" w:themeColor="accent4"/>
        <w:right w:val="single" w:sz="4" w:space="0" w:color="8064A2" w:themeColor="accent4"/>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F2EFF6" w:themeFill="accent4" w:themeFillTint="19"/>
    </w:tcPr>
    <w:tblStylePr w:type="firstRow">
      <w:rPr>
        <w:b/>
        <w:bCs/>
      </w:rPr>
      <w:tblPr/>
      <w:tcPr>
        <w:tcBorders>
          <w:top w:val="nil"/>
          <w:left w:val="nil"/>
          <w:bottom w:val="single" w:sz="24" w:space="0" w:color="9BBB59" w:themeColor="accent3"/>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4C3B62" w:themeFill="accent4" w:themeFillShade="99"/>
      </w:tcPr>
    </w:tblStylePr>
    <w:tblStylePr w:type="firstCol">
      <w:rPr>
        <w:color w:val="FFFFFF" w:themeColor="background1"/>
      </w:rPr>
      <w:tblPr/>
      <w:tcPr>
        <w:tcBorders>
          <w:top w:val="nil"/>
          <w:left w:val="nil"/>
          <w:bottom w:val="nil"/>
          <w:right w:val="nil"/>
          <w:insideH w:val="single" w:sz="4" w:space="0" w:color="4C3B62" w:themeColor="accent4" w:themeShade="99"/>
          <w:insideV w:val="nil"/>
        </w:tcBorders>
        <w:shd w:val="clear" w:color="auto" w:fill="4C3B62" w:themeFill="accent4" w:themeFillShade="99"/>
      </w:tcPr>
    </w:tblStylePr>
    <w:tblStylePr w:type="lastCol">
      <w:rPr>
        <w:color w:val="FFFFFF" w:themeColor="background1"/>
      </w:rPr>
      <w:tblPr/>
      <w:tcPr>
        <w:tcBorders>
          <w:top w:val="nil"/>
          <w:left w:val="nil"/>
          <w:bottom w:val="nil"/>
          <w:right w:val="nil"/>
          <w:insideH w:val="nil"/>
          <w:insideV w:val="nil"/>
        </w:tcBorders>
        <w:shd w:val="clear" w:color="auto" w:fill="4C3B62" w:themeFill="accent4" w:themeFillShade="99"/>
      </w:tcPr>
    </w:tblStylePr>
    <w:tblStylePr w:type="band1Vert">
      <w:tblPr/>
      <w:tcPr>
        <w:shd w:val="clear" w:color="auto" w:fill="CCC0D9" w:themeFill="accent4" w:themeFillTint="66"/>
      </w:tcPr>
    </w:tblStylePr>
    <w:tblStylePr w:type="band1Horz">
      <w:tblPr/>
      <w:tcPr>
        <w:shd w:val="clear" w:color="auto" w:fill="BFB1D0" w:themeFill="accent4" w:themeFillTint="7F"/>
      </w:tcPr>
    </w:tblStylePr>
    <w:tblStylePr w:type="neCell">
      <w:rPr>
        <w:color w:val="000000" w:themeColor="text1"/>
      </w:rPr>
    </w:tblStylePr>
    <w:tblStylePr w:type="nwCell">
      <w:rPr>
        <w:color w:val="000000" w:themeColor="text1"/>
      </w:rPr>
    </w:tblStylePr>
  </w:style>
  <w:style w:type="table" w:styleId="ColorfulShading-Accent5">
    <w:name w:val="Colorful Shading Accent 5"/>
    <w:basedOn w:val="TableNormal"/>
    <w:uiPriority w:val="71"/>
    <w:rsid w:val="00CB0664"/>
    <w:pPr>
      <w:spacing w:after="0" w:line="240" w:lineRule="auto"/>
    </w:pPr>
    <w:rPr>
      <w:color w:val="000000" w:themeColor="text1"/>
    </w:rPr>
    <w:tblPr>
      <w:tblStyleRowBandSize w:val="1"/>
      <w:tblStyleColBandSize w:val="1"/>
      <w:tblInd w:w="0" w:type="dxa"/>
      <w:tblBorders>
        <w:top w:val="single" w:sz="24" w:space="0" w:color="F79646" w:themeColor="accent6"/>
        <w:left w:val="single" w:sz="4" w:space="0" w:color="4BACC6" w:themeColor="accent5"/>
        <w:bottom w:val="single" w:sz="4" w:space="0" w:color="4BACC6" w:themeColor="accent5"/>
        <w:right w:val="single" w:sz="4" w:space="0" w:color="4BACC6" w:themeColor="accent5"/>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EDF6F9" w:themeFill="accent5" w:themeFillTint="19"/>
    </w:tcPr>
    <w:tblStylePr w:type="firstRow">
      <w:rPr>
        <w:b/>
        <w:bCs/>
      </w:rPr>
      <w:tblPr/>
      <w:tcPr>
        <w:tcBorders>
          <w:top w:val="nil"/>
          <w:left w:val="nil"/>
          <w:bottom w:val="single" w:sz="24" w:space="0" w:color="F79646" w:themeColor="accent6"/>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276A7C" w:themeFill="accent5" w:themeFillShade="99"/>
      </w:tcPr>
    </w:tblStylePr>
    <w:tblStylePr w:type="firstCol">
      <w:rPr>
        <w:color w:val="FFFFFF" w:themeColor="background1"/>
      </w:rPr>
      <w:tblPr/>
      <w:tcPr>
        <w:tcBorders>
          <w:top w:val="nil"/>
          <w:left w:val="nil"/>
          <w:bottom w:val="nil"/>
          <w:right w:val="nil"/>
          <w:insideH w:val="single" w:sz="4" w:space="0" w:color="276A7C" w:themeColor="accent5" w:themeShade="99"/>
          <w:insideV w:val="nil"/>
        </w:tcBorders>
        <w:shd w:val="clear" w:color="auto" w:fill="276A7C" w:themeFill="accent5" w:themeFillShade="99"/>
      </w:tcPr>
    </w:tblStylePr>
    <w:tblStylePr w:type="lastCol">
      <w:rPr>
        <w:color w:val="FFFFFF" w:themeColor="background1"/>
      </w:rPr>
      <w:tblPr/>
      <w:tcPr>
        <w:tcBorders>
          <w:top w:val="nil"/>
          <w:left w:val="nil"/>
          <w:bottom w:val="nil"/>
          <w:right w:val="nil"/>
          <w:insideH w:val="nil"/>
          <w:insideV w:val="nil"/>
        </w:tcBorders>
        <w:shd w:val="clear" w:color="auto" w:fill="276A7C" w:themeFill="accent5" w:themeFillShade="99"/>
      </w:tcPr>
    </w:tblStylePr>
    <w:tblStylePr w:type="band1Vert">
      <w:tblPr/>
      <w:tcPr>
        <w:shd w:val="clear" w:color="auto" w:fill="B6DDE8" w:themeFill="accent5" w:themeFillTint="66"/>
      </w:tcPr>
    </w:tblStylePr>
    <w:tblStylePr w:type="band1Horz">
      <w:tblPr/>
      <w:tcPr>
        <w:shd w:val="clear" w:color="auto" w:fill="A5D5E2" w:themeFill="accent5" w:themeFillTint="7F"/>
      </w:tcPr>
    </w:tblStylePr>
    <w:tblStylePr w:type="neCell">
      <w:rPr>
        <w:color w:val="000000" w:themeColor="text1"/>
      </w:rPr>
    </w:tblStylePr>
    <w:tblStylePr w:type="nwCell">
      <w:rPr>
        <w:color w:val="000000" w:themeColor="text1"/>
      </w:rPr>
    </w:tblStylePr>
  </w:style>
  <w:style w:type="table" w:styleId="ColorfulShading-Accent6">
    <w:name w:val="Colorful Shading Accent 6"/>
    <w:basedOn w:val="TableNormal"/>
    <w:uiPriority w:val="71"/>
    <w:rsid w:val="00CB0664"/>
    <w:pPr>
      <w:spacing w:after="0" w:line="240" w:lineRule="auto"/>
    </w:pPr>
    <w:rPr>
      <w:color w:val="000000" w:themeColor="text1"/>
    </w:rPr>
    <w:tblPr>
      <w:tblStyleRowBandSize w:val="1"/>
      <w:tblStyleColBandSize w:val="1"/>
      <w:tblInd w:w="0" w:type="dxa"/>
      <w:tblBorders>
        <w:top w:val="single" w:sz="24" w:space="0" w:color="4BACC6" w:themeColor="accent5"/>
        <w:left w:val="single" w:sz="4" w:space="0" w:color="F79646" w:themeColor="accent6"/>
        <w:bottom w:val="single" w:sz="4" w:space="0" w:color="F79646" w:themeColor="accent6"/>
        <w:right w:val="single" w:sz="4" w:space="0" w:color="F79646" w:themeColor="accent6"/>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FEF4EC" w:themeFill="accent6" w:themeFillTint="19"/>
    </w:tcPr>
    <w:tblStylePr w:type="firstRow">
      <w:rPr>
        <w:b/>
        <w:bCs/>
      </w:rPr>
      <w:tblPr/>
      <w:tcPr>
        <w:tcBorders>
          <w:top w:val="nil"/>
          <w:left w:val="nil"/>
          <w:bottom w:val="single" w:sz="24" w:space="0" w:color="4BACC6" w:themeColor="accent5"/>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B65608" w:themeFill="accent6" w:themeFillShade="99"/>
      </w:tcPr>
    </w:tblStylePr>
    <w:tblStylePr w:type="firstCol">
      <w:rPr>
        <w:color w:val="FFFFFF" w:themeColor="background1"/>
      </w:rPr>
      <w:tblPr/>
      <w:tcPr>
        <w:tcBorders>
          <w:top w:val="nil"/>
          <w:left w:val="nil"/>
          <w:bottom w:val="nil"/>
          <w:right w:val="nil"/>
          <w:insideH w:val="single" w:sz="4" w:space="0" w:color="B65608" w:themeColor="accent6" w:themeShade="99"/>
          <w:insideV w:val="nil"/>
        </w:tcBorders>
        <w:shd w:val="clear" w:color="auto" w:fill="B65608" w:themeFill="accent6" w:themeFillShade="99"/>
      </w:tcPr>
    </w:tblStylePr>
    <w:tblStylePr w:type="lastCol">
      <w:rPr>
        <w:color w:val="FFFFFF" w:themeColor="background1"/>
      </w:rPr>
      <w:tblPr/>
      <w:tcPr>
        <w:tcBorders>
          <w:top w:val="nil"/>
          <w:left w:val="nil"/>
          <w:bottom w:val="nil"/>
          <w:right w:val="nil"/>
          <w:insideH w:val="nil"/>
          <w:insideV w:val="nil"/>
        </w:tcBorders>
        <w:shd w:val="clear" w:color="auto" w:fill="B65608" w:themeFill="accent6" w:themeFillShade="99"/>
      </w:tcPr>
    </w:tblStylePr>
    <w:tblStylePr w:type="band1Vert">
      <w:tblPr/>
      <w:tcPr>
        <w:shd w:val="clear" w:color="auto" w:fill="FBD4B4" w:themeFill="accent6" w:themeFillTint="66"/>
      </w:tcPr>
    </w:tblStylePr>
    <w:tblStylePr w:type="band1Horz">
      <w:tblPr/>
      <w:tcPr>
        <w:shd w:val="clear" w:color="auto" w:fill="FBCAA2" w:themeFill="accent6" w:themeFillTint="7F"/>
      </w:tcPr>
    </w:tblStylePr>
    <w:tblStylePr w:type="neCell">
      <w:rPr>
        <w:color w:val="000000" w:themeColor="text1"/>
      </w:rPr>
    </w:tblStylePr>
    <w:tblStylePr w:type="nwCell">
      <w:rPr>
        <w:color w:val="000000" w:themeColor="text1"/>
      </w:rPr>
    </w:tblStylePr>
  </w:style>
  <w:style w:type="table" w:styleId="ColorfulList">
    <w:name w:val="Colorful List"/>
    <w:basedOn w:val="TableNormal"/>
    <w:uiPriority w:val="72"/>
    <w:rsid w:val="00CB0664"/>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E6E6E6" w:themeFill="text1" w:themeFillTint="19"/>
    </w:tcPr>
    <w:tblStylePr w:type="firstRow">
      <w:rPr>
        <w:b/>
        <w:bCs/>
        <w:color w:val="FFFFFF" w:themeColor="background1"/>
      </w:rPr>
      <w:tblPr/>
      <w:tcPr>
        <w:tcBorders>
          <w:bottom w:val="single" w:sz="12" w:space="0" w:color="FFFFFF" w:themeColor="background1"/>
        </w:tcBorders>
        <w:shd w:val="clear" w:color="auto" w:fill="9E3A38" w:themeFill="accent2" w:themeFillShade="CC"/>
      </w:tcPr>
    </w:tblStylePr>
    <w:tblStylePr w:type="lastRow">
      <w:rPr>
        <w:b/>
        <w:bCs/>
        <w:color w:val="9E3A38" w:themeColor="accent2"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C0C0C0" w:themeFill="text1" w:themeFillTint="3F"/>
      </w:tcPr>
    </w:tblStylePr>
    <w:tblStylePr w:type="band1Horz">
      <w:tblPr/>
      <w:tcPr>
        <w:shd w:val="clear" w:color="auto" w:fill="CCCCCC" w:themeFill="text1" w:themeFillTint="33"/>
      </w:tcPr>
    </w:tblStylePr>
  </w:style>
  <w:style w:type="table" w:styleId="ColorfulList-Accent1">
    <w:name w:val="Colorful List Accent 1"/>
    <w:basedOn w:val="TableNormal"/>
    <w:uiPriority w:val="72"/>
    <w:rsid w:val="00CB0664"/>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EDF2F8" w:themeFill="accent1" w:themeFillTint="19"/>
    </w:tcPr>
    <w:tblStylePr w:type="firstRow">
      <w:rPr>
        <w:b/>
        <w:bCs/>
        <w:color w:val="FFFFFF" w:themeColor="background1"/>
      </w:rPr>
      <w:tblPr/>
      <w:tcPr>
        <w:tcBorders>
          <w:bottom w:val="single" w:sz="12" w:space="0" w:color="FFFFFF" w:themeColor="background1"/>
        </w:tcBorders>
        <w:shd w:val="clear" w:color="auto" w:fill="9E3A38" w:themeFill="accent2" w:themeFillShade="CC"/>
      </w:tcPr>
    </w:tblStylePr>
    <w:tblStylePr w:type="lastRow">
      <w:rPr>
        <w:b/>
        <w:bCs/>
        <w:color w:val="9E3A38" w:themeColor="accent2"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D3DFEE" w:themeFill="accent1" w:themeFillTint="3F"/>
      </w:tcPr>
    </w:tblStylePr>
    <w:tblStylePr w:type="band1Horz">
      <w:tblPr/>
      <w:tcPr>
        <w:shd w:val="clear" w:color="auto" w:fill="DBE5F1" w:themeFill="accent1" w:themeFillTint="33"/>
      </w:tcPr>
    </w:tblStylePr>
  </w:style>
  <w:style w:type="table" w:styleId="ColorfulList-Accent2">
    <w:name w:val="Colorful List Accent 2"/>
    <w:basedOn w:val="TableNormal"/>
    <w:uiPriority w:val="72"/>
    <w:rsid w:val="00CB0664"/>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F8EDED" w:themeFill="accent2" w:themeFillTint="19"/>
    </w:tcPr>
    <w:tblStylePr w:type="firstRow">
      <w:rPr>
        <w:b/>
        <w:bCs/>
        <w:color w:val="FFFFFF" w:themeColor="background1"/>
      </w:rPr>
      <w:tblPr/>
      <w:tcPr>
        <w:tcBorders>
          <w:bottom w:val="single" w:sz="12" w:space="0" w:color="FFFFFF" w:themeColor="background1"/>
        </w:tcBorders>
        <w:shd w:val="clear" w:color="auto" w:fill="9E3A38" w:themeFill="accent2" w:themeFillShade="CC"/>
      </w:tcPr>
    </w:tblStylePr>
    <w:tblStylePr w:type="lastRow">
      <w:rPr>
        <w:b/>
        <w:bCs/>
        <w:color w:val="9E3A38" w:themeColor="accent2"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EFD3D2" w:themeFill="accent2" w:themeFillTint="3F"/>
      </w:tcPr>
    </w:tblStylePr>
    <w:tblStylePr w:type="band1Horz">
      <w:tblPr/>
      <w:tcPr>
        <w:shd w:val="clear" w:color="auto" w:fill="F2DBDB" w:themeFill="accent2" w:themeFillTint="33"/>
      </w:tcPr>
    </w:tblStylePr>
  </w:style>
  <w:style w:type="table" w:styleId="ColorfulList-Accent3">
    <w:name w:val="Colorful List Accent 3"/>
    <w:basedOn w:val="TableNormal"/>
    <w:uiPriority w:val="72"/>
    <w:rsid w:val="00CB0664"/>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F5F8EE" w:themeFill="accent3" w:themeFillTint="19"/>
    </w:tcPr>
    <w:tblStylePr w:type="firstRow">
      <w:rPr>
        <w:b/>
        <w:bCs/>
        <w:color w:val="FFFFFF" w:themeColor="background1"/>
      </w:rPr>
      <w:tblPr/>
      <w:tcPr>
        <w:tcBorders>
          <w:bottom w:val="single" w:sz="12" w:space="0" w:color="FFFFFF" w:themeColor="background1"/>
        </w:tcBorders>
        <w:shd w:val="clear" w:color="auto" w:fill="664E82" w:themeFill="accent4" w:themeFillShade="CC"/>
      </w:tcPr>
    </w:tblStylePr>
    <w:tblStylePr w:type="lastRow">
      <w:rPr>
        <w:b/>
        <w:bCs/>
        <w:color w:val="664E82" w:themeColor="accent4"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E6EED5" w:themeFill="accent3" w:themeFillTint="3F"/>
      </w:tcPr>
    </w:tblStylePr>
    <w:tblStylePr w:type="band1Horz">
      <w:tblPr/>
      <w:tcPr>
        <w:shd w:val="clear" w:color="auto" w:fill="EAF1DD" w:themeFill="accent3" w:themeFillTint="33"/>
      </w:tcPr>
    </w:tblStylePr>
  </w:style>
  <w:style w:type="table" w:styleId="ColorfulList-Accent4">
    <w:name w:val="Colorful List Accent 4"/>
    <w:basedOn w:val="TableNormal"/>
    <w:uiPriority w:val="72"/>
    <w:rsid w:val="00CB0664"/>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F2EFF6" w:themeFill="accent4" w:themeFillTint="19"/>
    </w:tcPr>
    <w:tblStylePr w:type="firstRow">
      <w:rPr>
        <w:b/>
        <w:bCs/>
        <w:color w:val="FFFFFF" w:themeColor="background1"/>
      </w:rPr>
      <w:tblPr/>
      <w:tcPr>
        <w:tcBorders>
          <w:bottom w:val="single" w:sz="12" w:space="0" w:color="FFFFFF" w:themeColor="background1"/>
        </w:tcBorders>
        <w:shd w:val="clear" w:color="auto" w:fill="7E9C40" w:themeFill="accent3" w:themeFillShade="CC"/>
      </w:tcPr>
    </w:tblStylePr>
    <w:tblStylePr w:type="lastRow">
      <w:rPr>
        <w:b/>
        <w:bCs/>
        <w:color w:val="7E9C40" w:themeColor="accent3"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DFD8E8" w:themeFill="accent4" w:themeFillTint="3F"/>
      </w:tcPr>
    </w:tblStylePr>
    <w:tblStylePr w:type="band1Horz">
      <w:tblPr/>
      <w:tcPr>
        <w:shd w:val="clear" w:color="auto" w:fill="E5DFEC" w:themeFill="accent4" w:themeFillTint="33"/>
      </w:tcPr>
    </w:tblStylePr>
  </w:style>
  <w:style w:type="table" w:styleId="ColorfulList-Accent5">
    <w:name w:val="Colorful List Accent 5"/>
    <w:basedOn w:val="TableNormal"/>
    <w:uiPriority w:val="72"/>
    <w:rsid w:val="00CB0664"/>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EDF6F9" w:themeFill="accent5" w:themeFillTint="19"/>
    </w:tcPr>
    <w:tblStylePr w:type="firstRow">
      <w:rPr>
        <w:b/>
        <w:bCs/>
        <w:color w:val="FFFFFF" w:themeColor="background1"/>
      </w:rPr>
      <w:tblPr/>
      <w:tcPr>
        <w:tcBorders>
          <w:bottom w:val="single" w:sz="12" w:space="0" w:color="FFFFFF" w:themeColor="background1"/>
        </w:tcBorders>
        <w:shd w:val="clear" w:color="auto" w:fill="F2730A" w:themeFill="accent6" w:themeFillShade="CC"/>
      </w:tcPr>
    </w:tblStylePr>
    <w:tblStylePr w:type="lastRow">
      <w:rPr>
        <w:b/>
        <w:bCs/>
        <w:color w:val="F2730A" w:themeColor="accent6"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D2EAF1" w:themeFill="accent5" w:themeFillTint="3F"/>
      </w:tcPr>
    </w:tblStylePr>
    <w:tblStylePr w:type="band1Horz">
      <w:tblPr/>
      <w:tcPr>
        <w:shd w:val="clear" w:color="auto" w:fill="DAEEF3" w:themeFill="accent5" w:themeFillTint="33"/>
      </w:tcPr>
    </w:tblStylePr>
  </w:style>
  <w:style w:type="table" w:styleId="ColorfulList-Accent6">
    <w:name w:val="Colorful List Accent 6"/>
    <w:basedOn w:val="TableNormal"/>
    <w:uiPriority w:val="72"/>
    <w:rsid w:val="00CB0664"/>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FEF4EC" w:themeFill="accent6" w:themeFillTint="19"/>
    </w:tcPr>
    <w:tblStylePr w:type="firstRow">
      <w:rPr>
        <w:b/>
        <w:bCs/>
        <w:color w:val="FFFFFF" w:themeColor="background1"/>
      </w:rPr>
      <w:tblPr/>
      <w:tcPr>
        <w:tcBorders>
          <w:bottom w:val="single" w:sz="12" w:space="0" w:color="FFFFFF" w:themeColor="background1"/>
        </w:tcBorders>
        <w:shd w:val="clear" w:color="auto" w:fill="348DA5" w:themeFill="accent5" w:themeFillShade="CC"/>
      </w:tcPr>
    </w:tblStylePr>
    <w:tblStylePr w:type="lastRow">
      <w:rPr>
        <w:b/>
        <w:bCs/>
        <w:color w:val="348DA5" w:themeColor="accent5"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FDE4D0" w:themeFill="accent6" w:themeFillTint="3F"/>
      </w:tcPr>
    </w:tblStylePr>
    <w:tblStylePr w:type="band1Horz">
      <w:tblPr/>
      <w:tcPr>
        <w:shd w:val="clear" w:color="auto" w:fill="FDE9D9" w:themeFill="accent6" w:themeFillTint="33"/>
      </w:tcPr>
    </w:tblStylePr>
  </w:style>
  <w:style w:type="table" w:styleId="ColorfulGrid">
    <w:name w:val="Colorful Grid"/>
    <w:basedOn w:val="TableNormal"/>
    <w:uiPriority w:val="73"/>
    <w:rsid w:val="00CB0664"/>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CCCCCC" w:themeFill="text1" w:themeFillTint="33"/>
    </w:tcPr>
    <w:tblStylePr w:type="firstRow">
      <w:rPr>
        <w:b/>
        <w:bCs/>
      </w:rPr>
      <w:tblPr/>
      <w:tcPr>
        <w:shd w:val="clear" w:color="auto" w:fill="999999" w:themeFill="text1" w:themeFillTint="66"/>
      </w:tcPr>
    </w:tblStylePr>
    <w:tblStylePr w:type="lastRow">
      <w:rPr>
        <w:b/>
        <w:bCs/>
        <w:color w:val="000000" w:themeColor="text1"/>
      </w:rPr>
      <w:tblPr/>
      <w:tcPr>
        <w:shd w:val="clear" w:color="auto" w:fill="999999" w:themeFill="text1" w:themeFillTint="66"/>
      </w:tcPr>
    </w:tblStylePr>
    <w:tblStylePr w:type="firstCol">
      <w:rPr>
        <w:color w:val="FFFFFF" w:themeColor="background1"/>
      </w:rPr>
      <w:tblPr/>
      <w:tcPr>
        <w:shd w:val="clear" w:color="auto" w:fill="000000" w:themeFill="text1" w:themeFillShade="BF"/>
      </w:tcPr>
    </w:tblStylePr>
    <w:tblStylePr w:type="lastCol">
      <w:rPr>
        <w:color w:val="FFFFFF" w:themeColor="background1"/>
      </w:rPr>
      <w:tblPr/>
      <w:tcPr>
        <w:shd w:val="clear" w:color="auto" w:fill="000000" w:themeFill="text1" w:themeFillShade="BF"/>
      </w:tcPr>
    </w:tblStylePr>
    <w:tblStylePr w:type="band1Vert">
      <w:tblPr/>
      <w:tcPr>
        <w:shd w:val="clear" w:color="auto" w:fill="808080" w:themeFill="text1" w:themeFillTint="7F"/>
      </w:tcPr>
    </w:tblStylePr>
    <w:tblStylePr w:type="band1Horz">
      <w:tblPr/>
      <w:tcPr>
        <w:shd w:val="clear" w:color="auto" w:fill="808080" w:themeFill="text1" w:themeFillTint="7F"/>
      </w:tcPr>
    </w:tblStylePr>
  </w:style>
  <w:style w:type="table" w:styleId="ColorfulGrid-Accent1">
    <w:name w:val="Colorful Grid Accent 1"/>
    <w:basedOn w:val="TableNormal"/>
    <w:uiPriority w:val="73"/>
    <w:rsid w:val="00CB0664"/>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DBE5F1" w:themeFill="accent1" w:themeFillTint="33"/>
    </w:tcPr>
    <w:tblStylePr w:type="firstRow">
      <w:rPr>
        <w:b/>
        <w:bCs/>
      </w:rPr>
      <w:tblPr/>
      <w:tcPr>
        <w:shd w:val="clear" w:color="auto" w:fill="B8CCE4" w:themeFill="accent1" w:themeFillTint="66"/>
      </w:tcPr>
    </w:tblStylePr>
    <w:tblStylePr w:type="lastRow">
      <w:rPr>
        <w:b/>
        <w:bCs/>
        <w:color w:val="000000" w:themeColor="text1"/>
      </w:rPr>
      <w:tblPr/>
      <w:tcPr>
        <w:shd w:val="clear" w:color="auto" w:fill="B8CCE4" w:themeFill="accent1" w:themeFillTint="66"/>
      </w:tcPr>
    </w:tblStylePr>
    <w:tblStylePr w:type="firstCol">
      <w:rPr>
        <w:color w:val="FFFFFF" w:themeColor="background1"/>
      </w:rPr>
      <w:tblPr/>
      <w:tcPr>
        <w:shd w:val="clear" w:color="auto" w:fill="365F91" w:themeFill="accent1" w:themeFillShade="BF"/>
      </w:tcPr>
    </w:tblStylePr>
    <w:tblStylePr w:type="lastCol">
      <w:rPr>
        <w:color w:val="FFFFFF" w:themeColor="background1"/>
      </w:rPr>
      <w:tblPr/>
      <w:tcPr>
        <w:shd w:val="clear" w:color="auto" w:fill="365F91" w:themeFill="accent1" w:themeFillShade="BF"/>
      </w:tcPr>
    </w:tblStylePr>
    <w:tblStylePr w:type="band1Vert">
      <w:tblPr/>
      <w:tcPr>
        <w:shd w:val="clear" w:color="auto" w:fill="A7BFDE" w:themeFill="accent1" w:themeFillTint="7F"/>
      </w:tcPr>
    </w:tblStylePr>
    <w:tblStylePr w:type="band1Horz">
      <w:tblPr/>
      <w:tcPr>
        <w:shd w:val="clear" w:color="auto" w:fill="A7BFDE" w:themeFill="accent1" w:themeFillTint="7F"/>
      </w:tcPr>
    </w:tblStylePr>
  </w:style>
  <w:style w:type="table" w:styleId="ColorfulGrid-Accent2">
    <w:name w:val="Colorful Grid Accent 2"/>
    <w:basedOn w:val="TableNormal"/>
    <w:uiPriority w:val="73"/>
    <w:rsid w:val="00CB0664"/>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F2DBDB" w:themeFill="accent2" w:themeFillTint="33"/>
    </w:tcPr>
    <w:tblStylePr w:type="firstRow">
      <w:rPr>
        <w:b/>
        <w:bCs/>
      </w:rPr>
      <w:tblPr/>
      <w:tcPr>
        <w:shd w:val="clear" w:color="auto" w:fill="E5B8B7" w:themeFill="accent2" w:themeFillTint="66"/>
      </w:tcPr>
    </w:tblStylePr>
    <w:tblStylePr w:type="lastRow">
      <w:rPr>
        <w:b/>
        <w:bCs/>
        <w:color w:val="000000" w:themeColor="text1"/>
      </w:rPr>
      <w:tblPr/>
      <w:tcPr>
        <w:shd w:val="clear" w:color="auto" w:fill="E5B8B7" w:themeFill="accent2" w:themeFillTint="66"/>
      </w:tcPr>
    </w:tblStylePr>
    <w:tblStylePr w:type="firstCol">
      <w:rPr>
        <w:color w:val="FFFFFF" w:themeColor="background1"/>
      </w:rPr>
      <w:tblPr/>
      <w:tcPr>
        <w:shd w:val="clear" w:color="auto" w:fill="943634" w:themeFill="accent2" w:themeFillShade="BF"/>
      </w:tcPr>
    </w:tblStylePr>
    <w:tblStylePr w:type="lastCol">
      <w:rPr>
        <w:color w:val="FFFFFF" w:themeColor="background1"/>
      </w:rPr>
      <w:tblPr/>
      <w:tcPr>
        <w:shd w:val="clear" w:color="auto" w:fill="943634" w:themeFill="accent2" w:themeFillShade="BF"/>
      </w:tcPr>
    </w:tblStylePr>
    <w:tblStylePr w:type="band1Vert">
      <w:tblPr/>
      <w:tcPr>
        <w:shd w:val="clear" w:color="auto" w:fill="DFA7A6" w:themeFill="accent2" w:themeFillTint="7F"/>
      </w:tcPr>
    </w:tblStylePr>
    <w:tblStylePr w:type="band1Horz">
      <w:tblPr/>
      <w:tcPr>
        <w:shd w:val="clear" w:color="auto" w:fill="DFA7A6" w:themeFill="accent2" w:themeFillTint="7F"/>
      </w:tcPr>
    </w:tblStylePr>
  </w:style>
  <w:style w:type="table" w:styleId="ColorfulGrid-Accent3">
    <w:name w:val="Colorful Grid Accent 3"/>
    <w:basedOn w:val="TableNormal"/>
    <w:uiPriority w:val="73"/>
    <w:rsid w:val="00CB0664"/>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EAF1DD" w:themeFill="accent3" w:themeFillTint="33"/>
    </w:tcPr>
    <w:tblStylePr w:type="firstRow">
      <w:rPr>
        <w:b/>
        <w:bCs/>
      </w:rPr>
      <w:tblPr/>
      <w:tcPr>
        <w:shd w:val="clear" w:color="auto" w:fill="D6E3BC" w:themeFill="accent3" w:themeFillTint="66"/>
      </w:tcPr>
    </w:tblStylePr>
    <w:tblStylePr w:type="lastRow">
      <w:rPr>
        <w:b/>
        <w:bCs/>
        <w:color w:val="000000" w:themeColor="text1"/>
      </w:rPr>
      <w:tblPr/>
      <w:tcPr>
        <w:shd w:val="clear" w:color="auto" w:fill="D6E3BC" w:themeFill="accent3" w:themeFillTint="66"/>
      </w:tcPr>
    </w:tblStylePr>
    <w:tblStylePr w:type="firstCol">
      <w:rPr>
        <w:color w:val="FFFFFF" w:themeColor="background1"/>
      </w:rPr>
      <w:tblPr/>
      <w:tcPr>
        <w:shd w:val="clear" w:color="auto" w:fill="76923C" w:themeFill="accent3" w:themeFillShade="BF"/>
      </w:tcPr>
    </w:tblStylePr>
    <w:tblStylePr w:type="lastCol">
      <w:rPr>
        <w:color w:val="FFFFFF" w:themeColor="background1"/>
      </w:rPr>
      <w:tblPr/>
      <w:tcPr>
        <w:shd w:val="clear" w:color="auto" w:fill="76923C" w:themeFill="accent3" w:themeFillShade="BF"/>
      </w:tcPr>
    </w:tblStylePr>
    <w:tblStylePr w:type="band1Vert">
      <w:tblPr/>
      <w:tcPr>
        <w:shd w:val="clear" w:color="auto" w:fill="CDDDAC" w:themeFill="accent3" w:themeFillTint="7F"/>
      </w:tcPr>
    </w:tblStylePr>
    <w:tblStylePr w:type="band1Horz">
      <w:tblPr/>
      <w:tcPr>
        <w:shd w:val="clear" w:color="auto" w:fill="CDDDAC" w:themeFill="accent3" w:themeFillTint="7F"/>
      </w:tcPr>
    </w:tblStylePr>
  </w:style>
  <w:style w:type="table" w:styleId="ColorfulGrid-Accent4">
    <w:name w:val="Colorful Grid Accent 4"/>
    <w:basedOn w:val="TableNormal"/>
    <w:uiPriority w:val="73"/>
    <w:rsid w:val="00CB0664"/>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E5DFEC" w:themeFill="accent4" w:themeFillTint="33"/>
    </w:tcPr>
    <w:tblStylePr w:type="firstRow">
      <w:rPr>
        <w:b/>
        <w:bCs/>
      </w:rPr>
      <w:tblPr/>
      <w:tcPr>
        <w:shd w:val="clear" w:color="auto" w:fill="CCC0D9" w:themeFill="accent4" w:themeFillTint="66"/>
      </w:tcPr>
    </w:tblStylePr>
    <w:tblStylePr w:type="lastRow">
      <w:rPr>
        <w:b/>
        <w:bCs/>
        <w:color w:val="000000" w:themeColor="text1"/>
      </w:rPr>
      <w:tblPr/>
      <w:tcPr>
        <w:shd w:val="clear" w:color="auto" w:fill="CCC0D9" w:themeFill="accent4" w:themeFillTint="66"/>
      </w:tcPr>
    </w:tblStylePr>
    <w:tblStylePr w:type="firstCol">
      <w:rPr>
        <w:color w:val="FFFFFF" w:themeColor="background1"/>
      </w:rPr>
      <w:tblPr/>
      <w:tcPr>
        <w:shd w:val="clear" w:color="auto" w:fill="5F497A" w:themeFill="accent4" w:themeFillShade="BF"/>
      </w:tcPr>
    </w:tblStylePr>
    <w:tblStylePr w:type="lastCol">
      <w:rPr>
        <w:color w:val="FFFFFF" w:themeColor="background1"/>
      </w:rPr>
      <w:tblPr/>
      <w:tcPr>
        <w:shd w:val="clear" w:color="auto" w:fill="5F497A" w:themeFill="accent4" w:themeFillShade="BF"/>
      </w:tcPr>
    </w:tblStylePr>
    <w:tblStylePr w:type="band1Vert">
      <w:tblPr/>
      <w:tcPr>
        <w:shd w:val="clear" w:color="auto" w:fill="BFB1D0" w:themeFill="accent4" w:themeFillTint="7F"/>
      </w:tcPr>
    </w:tblStylePr>
    <w:tblStylePr w:type="band1Horz">
      <w:tblPr/>
      <w:tcPr>
        <w:shd w:val="clear" w:color="auto" w:fill="BFB1D0" w:themeFill="accent4" w:themeFillTint="7F"/>
      </w:tcPr>
    </w:tblStylePr>
  </w:style>
  <w:style w:type="table" w:styleId="ColorfulGrid-Accent5">
    <w:name w:val="Colorful Grid Accent 5"/>
    <w:basedOn w:val="TableNormal"/>
    <w:uiPriority w:val="73"/>
    <w:rsid w:val="00CB0664"/>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DAEEF3" w:themeFill="accent5" w:themeFillTint="33"/>
    </w:tcPr>
    <w:tblStylePr w:type="firstRow">
      <w:rPr>
        <w:b/>
        <w:bCs/>
      </w:rPr>
      <w:tblPr/>
      <w:tcPr>
        <w:shd w:val="clear" w:color="auto" w:fill="B6DDE8" w:themeFill="accent5" w:themeFillTint="66"/>
      </w:tcPr>
    </w:tblStylePr>
    <w:tblStylePr w:type="lastRow">
      <w:rPr>
        <w:b/>
        <w:bCs/>
        <w:color w:val="000000" w:themeColor="text1"/>
      </w:rPr>
      <w:tblPr/>
      <w:tcPr>
        <w:shd w:val="clear" w:color="auto" w:fill="B6DDE8" w:themeFill="accent5" w:themeFillTint="66"/>
      </w:tcPr>
    </w:tblStylePr>
    <w:tblStylePr w:type="firstCol">
      <w:rPr>
        <w:color w:val="FFFFFF" w:themeColor="background1"/>
      </w:rPr>
      <w:tblPr/>
      <w:tcPr>
        <w:shd w:val="clear" w:color="auto" w:fill="31849B" w:themeFill="accent5" w:themeFillShade="BF"/>
      </w:tcPr>
    </w:tblStylePr>
    <w:tblStylePr w:type="lastCol">
      <w:rPr>
        <w:color w:val="FFFFFF" w:themeColor="background1"/>
      </w:rPr>
      <w:tblPr/>
      <w:tcPr>
        <w:shd w:val="clear" w:color="auto" w:fill="31849B" w:themeFill="accent5" w:themeFillShade="BF"/>
      </w:tcPr>
    </w:tblStylePr>
    <w:tblStylePr w:type="band1Vert">
      <w:tblPr/>
      <w:tcPr>
        <w:shd w:val="clear" w:color="auto" w:fill="A5D5E2" w:themeFill="accent5" w:themeFillTint="7F"/>
      </w:tcPr>
    </w:tblStylePr>
    <w:tblStylePr w:type="band1Horz">
      <w:tblPr/>
      <w:tcPr>
        <w:shd w:val="clear" w:color="auto" w:fill="A5D5E2" w:themeFill="accent5" w:themeFillTint="7F"/>
      </w:tcPr>
    </w:tblStylePr>
  </w:style>
  <w:style w:type="table" w:styleId="ColorfulGrid-Accent6">
    <w:name w:val="Colorful Grid Accent 6"/>
    <w:basedOn w:val="TableNormal"/>
    <w:uiPriority w:val="73"/>
    <w:rsid w:val="00CB0664"/>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FDE9D9" w:themeFill="accent6" w:themeFillTint="33"/>
    </w:tcPr>
    <w:tblStylePr w:type="firstRow">
      <w:rPr>
        <w:b/>
        <w:bCs/>
      </w:rPr>
      <w:tblPr/>
      <w:tcPr>
        <w:shd w:val="clear" w:color="auto" w:fill="FBD4B4" w:themeFill="accent6" w:themeFillTint="66"/>
      </w:tcPr>
    </w:tblStylePr>
    <w:tblStylePr w:type="lastRow">
      <w:rPr>
        <w:b/>
        <w:bCs/>
        <w:color w:val="000000" w:themeColor="text1"/>
      </w:rPr>
      <w:tblPr/>
      <w:tcPr>
        <w:shd w:val="clear" w:color="auto" w:fill="FBD4B4" w:themeFill="accent6" w:themeFillTint="66"/>
      </w:tcPr>
    </w:tblStylePr>
    <w:tblStylePr w:type="firstCol">
      <w:rPr>
        <w:color w:val="FFFFFF" w:themeColor="background1"/>
      </w:rPr>
      <w:tblPr/>
      <w:tcPr>
        <w:shd w:val="clear" w:color="auto" w:fill="E36C0A" w:themeFill="accent6" w:themeFillShade="BF"/>
      </w:tcPr>
    </w:tblStylePr>
    <w:tblStylePr w:type="lastCol">
      <w:rPr>
        <w:color w:val="FFFFFF" w:themeColor="background1"/>
      </w:rPr>
      <w:tblPr/>
      <w:tcPr>
        <w:shd w:val="clear" w:color="auto" w:fill="E36C0A" w:themeFill="accent6" w:themeFillShade="BF"/>
      </w:tcPr>
    </w:tblStylePr>
    <w:tblStylePr w:type="band1Vert">
      <w:tblPr/>
      <w:tcPr>
        <w:shd w:val="clear" w:color="auto" w:fill="FBCAA2" w:themeFill="accent6" w:themeFillTint="7F"/>
      </w:tcPr>
    </w:tblStylePr>
    <w:tblStylePr w:type="band1Horz">
      <w:tblPr/>
      <w:tcPr>
        <w:shd w:val="clear" w:color="auto" w:fill="FBCAA2" w:themeFill="accent6" w:themeFillTint="7F"/>
      </w:tcPr>
    </w:tblStylePr>
  </w:style>
</w:styles>
</file>

<file path=word/stylesWithEffects.xml><?xml version="1.0" encoding="utf-8"?>
<w:styles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76">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FC693F"/>
  </w:style>
  <w:style w:type="paragraph" w:styleId="Heading1">
    <w:name w:val="heading 1"/>
    <w:basedOn w:val="Normal"/>
    <w:next w:val="Normal"/>
    <w:link w:val="Heading1Char"/>
    <w:uiPriority w:val="9"/>
    <w:qFormat/>
    <w:rsid w:val="00FC693F"/>
    <w:pPr>
      <w:keepNext/>
      <w:keepLines/>
      <w:spacing w:before="480" w:after="0"/>
      <w:outlineLvl w:val="0"/>
    </w:pPr>
    <w:rPr>
      <w:rFonts w:asciiTheme="majorHAnsi" w:eastAsiaTheme="majorEastAsia" w:hAnsiTheme="majorHAnsi" w:cstheme="majorBidi"/>
      <w:b/>
      <w:bCs/>
      <w:color w:val="365F91" w:themeColor="accent1" w:themeShade="BF"/>
      <w:sz w:val="28"/>
      <w:szCs w:val="28"/>
    </w:rPr>
  </w:style>
  <w:style w:type="paragraph" w:styleId="Heading2">
    <w:name w:val="heading 2"/>
    <w:basedOn w:val="Normal"/>
    <w:next w:val="Normal"/>
    <w:link w:val="Heading2Char"/>
    <w:uiPriority w:val="9"/>
    <w:unhideWhenUsed/>
    <w:qFormat/>
    <w:rsid w:val="00FC693F"/>
    <w:pPr>
      <w:keepNext/>
      <w:keepLines/>
      <w:spacing w:before="200" w:after="0"/>
      <w:outlineLvl w:val="1"/>
    </w:pPr>
    <w:rPr>
      <w:rFonts w:asciiTheme="majorHAnsi" w:eastAsiaTheme="majorEastAsia" w:hAnsiTheme="majorHAnsi" w:cstheme="majorBidi"/>
      <w:b/>
      <w:bCs/>
      <w:color w:val="4F81BD" w:themeColor="accent1"/>
      <w:sz w:val="26"/>
      <w:szCs w:val="26"/>
    </w:rPr>
  </w:style>
  <w:style w:type="paragraph" w:styleId="Heading3">
    <w:name w:val="heading 3"/>
    <w:basedOn w:val="Normal"/>
    <w:next w:val="Normal"/>
    <w:link w:val="Heading3Char"/>
    <w:uiPriority w:val="9"/>
    <w:unhideWhenUsed/>
    <w:qFormat/>
    <w:rsid w:val="00FC693F"/>
    <w:pPr>
      <w:keepNext/>
      <w:keepLines/>
      <w:spacing w:before="200" w:after="0"/>
      <w:outlineLvl w:val="2"/>
    </w:pPr>
    <w:rPr>
      <w:rFonts w:asciiTheme="majorHAnsi" w:eastAsiaTheme="majorEastAsia" w:hAnsiTheme="majorHAnsi" w:cstheme="majorBidi"/>
      <w:b/>
      <w:bCs/>
      <w:color w:val="4F81BD" w:themeColor="accent1"/>
    </w:rPr>
  </w:style>
  <w:style w:type="paragraph" w:styleId="Heading4">
    <w:name w:val="heading 4"/>
    <w:basedOn w:val="Normal"/>
    <w:next w:val="Normal"/>
    <w:link w:val="Heading4Char"/>
    <w:uiPriority w:val="9"/>
    <w:semiHidden/>
    <w:unhideWhenUsed/>
    <w:qFormat/>
    <w:rsid w:val="00FC693F"/>
    <w:pPr>
      <w:keepNext/>
      <w:keepLines/>
      <w:spacing w:before="200" w:after="0"/>
      <w:outlineLvl w:val="3"/>
    </w:pPr>
    <w:rPr>
      <w:rFonts w:asciiTheme="majorHAnsi" w:eastAsiaTheme="majorEastAsia" w:hAnsiTheme="majorHAnsi" w:cstheme="majorBidi"/>
      <w:b/>
      <w:bCs/>
      <w:i/>
      <w:iCs/>
      <w:color w:val="4F81BD" w:themeColor="accent1"/>
    </w:rPr>
  </w:style>
  <w:style w:type="paragraph" w:styleId="Heading5">
    <w:name w:val="heading 5"/>
    <w:basedOn w:val="Normal"/>
    <w:next w:val="Normal"/>
    <w:link w:val="Heading5Char"/>
    <w:uiPriority w:val="9"/>
    <w:semiHidden/>
    <w:unhideWhenUsed/>
    <w:qFormat/>
    <w:rsid w:val="00FC693F"/>
    <w:pPr>
      <w:keepNext/>
      <w:keepLines/>
      <w:spacing w:before="200" w:after="0"/>
      <w:outlineLvl w:val="4"/>
    </w:pPr>
    <w:rPr>
      <w:rFonts w:asciiTheme="majorHAnsi" w:eastAsiaTheme="majorEastAsia" w:hAnsiTheme="majorHAnsi" w:cstheme="majorBidi"/>
      <w:color w:val="243F60" w:themeColor="accent1" w:themeShade="7F"/>
    </w:rPr>
  </w:style>
  <w:style w:type="paragraph" w:styleId="Heading6">
    <w:name w:val="heading 6"/>
    <w:basedOn w:val="Normal"/>
    <w:next w:val="Normal"/>
    <w:link w:val="Heading6Char"/>
    <w:uiPriority w:val="9"/>
    <w:semiHidden/>
    <w:unhideWhenUsed/>
    <w:qFormat/>
    <w:rsid w:val="00FC693F"/>
    <w:pPr>
      <w:keepNext/>
      <w:keepLines/>
      <w:spacing w:before="200" w:after="0"/>
      <w:outlineLvl w:val="5"/>
    </w:pPr>
    <w:rPr>
      <w:rFonts w:asciiTheme="majorHAnsi" w:eastAsiaTheme="majorEastAsia" w:hAnsiTheme="majorHAnsi" w:cstheme="majorBidi"/>
      <w:i/>
      <w:iCs/>
      <w:color w:val="243F60" w:themeColor="accent1" w:themeShade="7F"/>
    </w:rPr>
  </w:style>
  <w:style w:type="paragraph" w:styleId="Heading7">
    <w:name w:val="heading 7"/>
    <w:basedOn w:val="Normal"/>
    <w:next w:val="Normal"/>
    <w:link w:val="Heading7Char"/>
    <w:uiPriority w:val="9"/>
    <w:semiHidden/>
    <w:unhideWhenUsed/>
    <w:qFormat/>
    <w:rsid w:val="00FC693F"/>
    <w:pPr>
      <w:keepNext/>
      <w:keepLines/>
      <w:spacing w:before="200" w:after="0"/>
      <w:outlineLvl w:val="6"/>
    </w:pPr>
    <w:rPr>
      <w:rFonts w:asciiTheme="majorHAnsi" w:eastAsiaTheme="majorEastAsia" w:hAnsiTheme="majorHAnsi" w:cstheme="majorBidi"/>
      <w:i/>
      <w:iCs/>
      <w:color w:val="404040" w:themeColor="text1" w:themeTint="BF"/>
    </w:rPr>
  </w:style>
  <w:style w:type="paragraph" w:styleId="Heading8">
    <w:name w:val="heading 8"/>
    <w:basedOn w:val="Normal"/>
    <w:next w:val="Normal"/>
    <w:link w:val="Heading8Char"/>
    <w:uiPriority w:val="9"/>
    <w:semiHidden/>
    <w:unhideWhenUsed/>
    <w:qFormat/>
    <w:rsid w:val="00FC693F"/>
    <w:pPr>
      <w:keepNext/>
      <w:keepLines/>
      <w:spacing w:before="200" w:after="0"/>
      <w:outlineLvl w:val="7"/>
    </w:pPr>
    <w:rPr>
      <w:rFonts w:asciiTheme="majorHAnsi" w:eastAsiaTheme="majorEastAsia" w:hAnsiTheme="majorHAnsi" w:cstheme="majorBidi"/>
      <w:color w:val="4F81BD" w:themeColor="accent1"/>
      <w:sz w:val="20"/>
      <w:szCs w:val="20"/>
    </w:rPr>
  </w:style>
  <w:style w:type="paragraph" w:styleId="Heading9">
    <w:name w:val="heading 9"/>
    <w:basedOn w:val="Normal"/>
    <w:next w:val="Normal"/>
    <w:link w:val="Heading9Char"/>
    <w:uiPriority w:val="9"/>
    <w:semiHidden/>
    <w:unhideWhenUsed/>
    <w:qFormat/>
    <w:rsid w:val="00FC693F"/>
    <w:pPr>
      <w:keepNext/>
      <w:keepLines/>
      <w:spacing w:before="200" w:after="0"/>
      <w:outlineLvl w:val="8"/>
    </w:pPr>
    <w:rPr>
      <w:rFonts w:asciiTheme="majorHAnsi" w:eastAsiaTheme="majorEastAsia" w:hAnsiTheme="majorHAnsi" w:cstheme="majorBidi"/>
      <w:i/>
      <w:iCs/>
      <w:color w:val="404040" w:themeColor="text1" w:themeTint="BF"/>
      <w:sz w:val="20"/>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NoSpacing">
    <w:name w:val="No Spacing"/>
    <w:uiPriority w:val="1"/>
    <w:qFormat/>
    <w:rsid w:val="00FC693F"/>
    <w:pPr>
      <w:spacing w:after="0" w:line="240" w:lineRule="auto"/>
    </w:pPr>
  </w:style>
  <w:style w:type="character" w:customStyle="1" w:styleId="Heading1Char">
    <w:name w:val="Heading 1 Char"/>
    <w:basedOn w:val="DefaultParagraphFont"/>
    <w:link w:val="Heading1"/>
    <w:uiPriority w:val="9"/>
    <w:rsid w:val="00FC693F"/>
    <w:rPr>
      <w:rFonts w:asciiTheme="majorHAnsi" w:eastAsiaTheme="majorEastAsia" w:hAnsiTheme="majorHAnsi" w:cstheme="majorBidi"/>
      <w:b/>
      <w:bCs/>
      <w:color w:val="365F91" w:themeColor="accent1" w:themeShade="BF"/>
      <w:sz w:val="28"/>
      <w:szCs w:val="28"/>
    </w:rPr>
  </w:style>
  <w:style w:type="character" w:customStyle="1" w:styleId="Heading2Char">
    <w:name w:val="Heading 2 Char"/>
    <w:basedOn w:val="DefaultParagraphFont"/>
    <w:link w:val="Heading2"/>
    <w:uiPriority w:val="9"/>
    <w:rsid w:val="00FC693F"/>
    <w:rPr>
      <w:rFonts w:asciiTheme="majorHAnsi" w:eastAsiaTheme="majorEastAsia" w:hAnsiTheme="majorHAnsi" w:cstheme="majorBidi"/>
      <w:b/>
      <w:bCs/>
      <w:color w:val="4F81BD" w:themeColor="accent1"/>
      <w:sz w:val="26"/>
      <w:szCs w:val="26"/>
    </w:rPr>
  </w:style>
  <w:style w:type="character" w:customStyle="1" w:styleId="Heading3Char">
    <w:name w:val="Heading 3 Char"/>
    <w:basedOn w:val="DefaultParagraphFont"/>
    <w:link w:val="Heading3"/>
    <w:uiPriority w:val="9"/>
    <w:rsid w:val="00FC693F"/>
    <w:rPr>
      <w:rFonts w:asciiTheme="majorHAnsi" w:eastAsiaTheme="majorEastAsia" w:hAnsiTheme="majorHAnsi" w:cstheme="majorBidi"/>
      <w:b/>
      <w:bCs/>
      <w:color w:val="4F81BD" w:themeColor="accent1"/>
    </w:rPr>
  </w:style>
  <w:style w:type="paragraph" w:styleId="Title">
    <w:name w:val="Title"/>
    <w:basedOn w:val="Normal"/>
    <w:next w:val="Normal"/>
    <w:link w:val="TitleChar"/>
    <w:uiPriority w:val="10"/>
    <w:qFormat/>
    <w:rsid w:val="00FC693F"/>
    <w:pPr>
      <w:pBdr>
        <w:bottom w:val="single" w:sz="8" w:space="4" w:color="4F81BD" w:themeColor="accent1"/>
      </w:pBdr>
      <w:spacing w:after="300" w:line="240" w:lineRule="auto"/>
      <w:contextualSpacing/>
    </w:pPr>
    <w:rPr>
      <w:rFonts w:asciiTheme="majorHAnsi" w:eastAsiaTheme="majorEastAsia" w:hAnsiTheme="majorHAnsi" w:cstheme="majorBidi"/>
      <w:color w:val="17365D" w:themeColor="text2" w:themeShade="BF"/>
      <w:spacing w:val="5"/>
      <w:kern w:val="28"/>
      <w:sz w:val="52"/>
      <w:szCs w:val="52"/>
    </w:rPr>
  </w:style>
  <w:style w:type="character" w:customStyle="1" w:styleId="TitleChar">
    <w:name w:val="Title Char"/>
    <w:basedOn w:val="DefaultParagraphFont"/>
    <w:link w:val="Title"/>
    <w:uiPriority w:val="10"/>
    <w:rsid w:val="00FC693F"/>
    <w:rPr>
      <w:rFonts w:asciiTheme="majorHAnsi" w:eastAsiaTheme="majorEastAsia" w:hAnsiTheme="majorHAnsi" w:cstheme="majorBidi"/>
      <w:color w:val="17365D" w:themeColor="text2" w:themeShade="BF"/>
      <w:spacing w:val="5"/>
      <w:kern w:val="28"/>
      <w:sz w:val="52"/>
      <w:szCs w:val="52"/>
    </w:rPr>
  </w:style>
  <w:style w:type="paragraph" w:styleId="Subtitle">
    <w:name w:val="Subtitle"/>
    <w:basedOn w:val="Normal"/>
    <w:next w:val="Normal"/>
    <w:link w:val="SubtitleChar"/>
    <w:uiPriority w:val="11"/>
    <w:qFormat/>
    <w:rsid w:val="00FC693F"/>
    <w:pPr>
      <w:numPr>
        <w:ilvl w:val="1"/>
      </w:numPr>
    </w:pPr>
    <w:rPr>
      <w:rFonts w:asciiTheme="majorHAnsi" w:eastAsiaTheme="majorEastAsia" w:hAnsiTheme="majorHAnsi" w:cstheme="majorBidi"/>
      <w:i/>
      <w:iCs/>
      <w:color w:val="4F81BD" w:themeColor="accent1"/>
      <w:spacing w:val="15"/>
      <w:sz w:val="24"/>
      <w:szCs w:val="24"/>
    </w:rPr>
  </w:style>
  <w:style w:type="character" w:customStyle="1" w:styleId="SubtitleChar">
    <w:name w:val="Subtitle Char"/>
    <w:basedOn w:val="DefaultParagraphFont"/>
    <w:link w:val="Subtitle"/>
    <w:uiPriority w:val="11"/>
    <w:rsid w:val="00FC693F"/>
    <w:rPr>
      <w:rFonts w:asciiTheme="majorHAnsi" w:eastAsiaTheme="majorEastAsia" w:hAnsiTheme="majorHAnsi" w:cstheme="majorBidi"/>
      <w:i/>
      <w:iCs/>
      <w:color w:val="4F81BD" w:themeColor="accent1"/>
      <w:spacing w:val="15"/>
      <w:sz w:val="24"/>
      <w:szCs w:val="24"/>
    </w:rPr>
  </w:style>
  <w:style w:type="paragraph" w:styleId="ListParagraph">
    <w:name w:val="List Paragraph"/>
    <w:basedOn w:val="Normal"/>
    <w:uiPriority w:val="34"/>
    <w:qFormat/>
    <w:rsid w:val="00FC693F"/>
    <w:pPr>
      <w:ind w:left="720"/>
      <w:contextualSpacing/>
    </w:pPr>
  </w:style>
  <w:style w:type="paragraph" w:styleId="BodyText">
    <w:name w:val="Body Text"/>
    <w:basedOn w:val="Normal"/>
    <w:link w:val="BodyTextChar"/>
    <w:uiPriority w:val="99"/>
    <w:unhideWhenUsed/>
    <w:rsid w:val="00AA1D8D"/>
    <w:pPr>
      <w:spacing w:after="120"/>
    </w:pPr>
  </w:style>
  <w:style w:type="character" w:customStyle="1" w:styleId="BodyTextChar">
    <w:name w:val="Body Text Char"/>
    <w:basedOn w:val="DefaultParagraphFont"/>
    <w:link w:val="BodyText"/>
    <w:uiPriority w:val="99"/>
    <w:rsid w:val="00AA1D8D"/>
  </w:style>
  <w:style w:type="paragraph" w:styleId="BodyText2">
    <w:name w:val="Body Text 2"/>
    <w:basedOn w:val="Normal"/>
    <w:link w:val="BodyText2Char"/>
    <w:uiPriority w:val="99"/>
    <w:unhideWhenUsed/>
    <w:rsid w:val="00AA1D8D"/>
    <w:pPr>
      <w:spacing w:after="120" w:line="480" w:lineRule="auto"/>
    </w:pPr>
  </w:style>
  <w:style w:type="character" w:customStyle="1" w:styleId="BodyText2Char">
    <w:name w:val="Body Text 2 Char"/>
    <w:basedOn w:val="DefaultParagraphFont"/>
    <w:link w:val="BodyText2"/>
    <w:uiPriority w:val="99"/>
    <w:rsid w:val="00AA1D8D"/>
  </w:style>
  <w:style w:type="paragraph" w:styleId="BodyText3">
    <w:name w:val="Body Text 3"/>
    <w:basedOn w:val="Normal"/>
    <w:link w:val="BodyText3Char"/>
    <w:uiPriority w:val="99"/>
    <w:unhideWhenUsed/>
    <w:rsid w:val="00AA1D8D"/>
    <w:pPr>
      <w:spacing w:after="120"/>
    </w:pPr>
    <w:rPr>
      <w:sz w:val="16"/>
      <w:szCs w:val="16"/>
    </w:rPr>
  </w:style>
  <w:style w:type="character" w:customStyle="1" w:styleId="BodyText3Char">
    <w:name w:val="Body Text 3 Char"/>
    <w:basedOn w:val="DefaultParagraphFont"/>
    <w:link w:val="BodyText3"/>
    <w:uiPriority w:val="99"/>
    <w:rsid w:val="00AA1D8D"/>
    <w:rPr>
      <w:sz w:val="16"/>
      <w:szCs w:val="16"/>
    </w:rPr>
  </w:style>
  <w:style w:type="paragraph" w:styleId="List">
    <w:name w:val="List"/>
    <w:basedOn w:val="Normal"/>
    <w:uiPriority w:val="99"/>
    <w:unhideWhenUsed/>
    <w:rsid w:val="00AA1D8D"/>
    <w:pPr>
      <w:ind w:left="360" w:hanging="360"/>
      <w:contextualSpacing/>
    </w:pPr>
  </w:style>
  <w:style w:type="paragraph" w:styleId="List2">
    <w:name w:val="List 2"/>
    <w:basedOn w:val="Normal"/>
    <w:uiPriority w:val="99"/>
    <w:unhideWhenUsed/>
    <w:rsid w:val="00326F90"/>
    <w:pPr>
      <w:ind w:left="720" w:hanging="360"/>
      <w:contextualSpacing/>
    </w:pPr>
  </w:style>
  <w:style w:type="paragraph" w:styleId="List3">
    <w:name w:val="List 3"/>
    <w:basedOn w:val="Normal"/>
    <w:uiPriority w:val="99"/>
    <w:unhideWhenUsed/>
    <w:rsid w:val="00326F90"/>
    <w:pPr>
      <w:ind w:left="1080" w:hanging="360"/>
      <w:contextualSpacing/>
    </w:pPr>
  </w:style>
  <w:style w:type="paragraph" w:styleId="ListBullet">
    <w:name w:val="List Bullet"/>
    <w:basedOn w:val="Normal"/>
    <w:uiPriority w:val="99"/>
    <w:unhideWhenUsed/>
    <w:rsid w:val="00326F90"/>
    <w:pPr>
      <w:numPr>
        <w:numId w:val="1"/>
      </w:numPr>
      <w:contextualSpacing/>
    </w:pPr>
  </w:style>
  <w:style w:type="paragraph" w:styleId="ListBullet2">
    <w:name w:val="List Bullet 2"/>
    <w:basedOn w:val="Normal"/>
    <w:uiPriority w:val="99"/>
    <w:unhideWhenUsed/>
    <w:rsid w:val="00326F90"/>
    <w:pPr>
      <w:numPr>
        <w:numId w:val="2"/>
      </w:numPr>
      <w:contextualSpacing/>
    </w:pPr>
  </w:style>
  <w:style w:type="paragraph" w:styleId="ListBullet3">
    <w:name w:val="List Bullet 3"/>
    <w:basedOn w:val="Normal"/>
    <w:uiPriority w:val="99"/>
    <w:unhideWhenUsed/>
    <w:rsid w:val="00326F90"/>
    <w:pPr>
      <w:numPr>
        <w:numId w:val="3"/>
      </w:numPr>
      <w:contextualSpacing/>
    </w:pPr>
  </w:style>
  <w:style w:type="paragraph" w:styleId="ListNumber">
    <w:name w:val="List Number"/>
    <w:basedOn w:val="Normal"/>
    <w:uiPriority w:val="99"/>
    <w:unhideWhenUsed/>
    <w:rsid w:val="00326F90"/>
    <w:pPr>
      <w:numPr>
        <w:numId w:val="5"/>
      </w:numPr>
      <w:contextualSpacing/>
    </w:pPr>
  </w:style>
  <w:style w:type="paragraph" w:styleId="ListNumber2">
    <w:name w:val="List Number 2"/>
    <w:basedOn w:val="Normal"/>
    <w:uiPriority w:val="99"/>
    <w:unhideWhenUsed/>
    <w:rsid w:val="0029639D"/>
    <w:pPr>
      <w:numPr>
        <w:numId w:val="6"/>
      </w:numPr>
      <w:contextualSpacing/>
    </w:pPr>
  </w:style>
  <w:style w:type="paragraph" w:styleId="ListNumber3">
    <w:name w:val="List Number 3"/>
    <w:basedOn w:val="Normal"/>
    <w:uiPriority w:val="99"/>
    <w:unhideWhenUsed/>
    <w:rsid w:val="0029639D"/>
    <w:pPr>
      <w:numPr>
        <w:numId w:val="7"/>
      </w:numPr>
      <w:contextualSpacing/>
    </w:pPr>
  </w:style>
  <w:style w:type="paragraph" w:styleId="ListContinue">
    <w:name w:val="List Continue"/>
    <w:basedOn w:val="Normal"/>
    <w:uiPriority w:val="99"/>
    <w:unhideWhenUsed/>
    <w:rsid w:val="0029639D"/>
    <w:pPr>
      <w:spacing w:after="120"/>
      <w:ind w:left="360"/>
      <w:contextualSpacing/>
    </w:pPr>
  </w:style>
  <w:style w:type="paragraph" w:styleId="ListContinue2">
    <w:name w:val="List Continue 2"/>
    <w:basedOn w:val="Normal"/>
    <w:uiPriority w:val="99"/>
    <w:unhideWhenUsed/>
    <w:rsid w:val="0029639D"/>
    <w:pPr>
      <w:spacing w:after="120"/>
      <w:ind w:left="720"/>
      <w:contextualSpacing/>
    </w:pPr>
  </w:style>
  <w:style w:type="paragraph" w:styleId="ListContinue3">
    <w:name w:val="List Continue 3"/>
    <w:basedOn w:val="Normal"/>
    <w:uiPriority w:val="99"/>
    <w:unhideWhenUsed/>
    <w:rsid w:val="0029639D"/>
    <w:pPr>
      <w:spacing w:after="120"/>
      <w:ind w:left="1080"/>
      <w:contextualSpacing/>
    </w:pPr>
  </w:style>
  <w:style w:type="paragraph" w:styleId="MacroText">
    <w:name w:val="macro"/>
    <w:link w:val="MacroTextChar"/>
    <w:uiPriority w:val="99"/>
    <w:unhideWhenUsed/>
    <w:rsid w:val="0029639D"/>
    <w:pPr>
      <w:tabs>
        <w:tab w:val="left" w:pos="576"/>
        <w:tab w:val="left" w:pos="1152"/>
        <w:tab w:val="left" w:pos="1728"/>
        <w:tab w:val="left" w:pos="2304"/>
        <w:tab w:val="left" w:pos="2880"/>
        <w:tab w:val="left" w:pos="3456"/>
        <w:tab w:val="left" w:pos="4032"/>
      </w:tabs>
    </w:pPr>
    <w:rPr>
      <w:rFonts w:ascii="Courier" w:hAnsi="Courier"/>
      <w:sz w:val="20"/>
      <w:szCs w:val="20"/>
    </w:rPr>
  </w:style>
  <w:style w:type="character" w:customStyle="1" w:styleId="MacroTextChar">
    <w:name w:val="Macro Text Char"/>
    <w:basedOn w:val="DefaultParagraphFont"/>
    <w:link w:val="MacroText"/>
    <w:uiPriority w:val="99"/>
    <w:rsid w:val="0029639D"/>
    <w:rPr>
      <w:rFonts w:ascii="Courier" w:hAnsi="Courier"/>
      <w:sz w:val="20"/>
      <w:szCs w:val="20"/>
    </w:rPr>
  </w:style>
  <w:style w:type="paragraph" w:styleId="Quote">
    <w:name w:val="Quote"/>
    <w:basedOn w:val="Normal"/>
    <w:next w:val="Normal"/>
    <w:link w:val="QuoteChar"/>
    <w:uiPriority w:val="29"/>
    <w:qFormat/>
    <w:rsid w:val="00FC693F"/>
    <w:rPr>
      <w:i/>
      <w:iCs/>
      <w:color w:val="000000" w:themeColor="text1"/>
    </w:rPr>
  </w:style>
  <w:style w:type="character" w:customStyle="1" w:styleId="QuoteChar">
    <w:name w:val="Quote Char"/>
    <w:basedOn w:val="DefaultParagraphFont"/>
    <w:link w:val="Quote"/>
    <w:uiPriority w:val="29"/>
    <w:rsid w:val="00FC693F"/>
    <w:rPr>
      <w:i/>
      <w:iCs/>
      <w:color w:val="000000" w:themeColor="text1"/>
    </w:rPr>
  </w:style>
  <w:style w:type="character" w:customStyle="1" w:styleId="Heading4Char">
    <w:name w:val="Heading 4 Char"/>
    <w:basedOn w:val="DefaultParagraphFont"/>
    <w:link w:val="Heading4"/>
    <w:uiPriority w:val="9"/>
    <w:semiHidden/>
    <w:rsid w:val="00FC693F"/>
    <w:rPr>
      <w:rFonts w:asciiTheme="majorHAnsi" w:eastAsiaTheme="majorEastAsia" w:hAnsiTheme="majorHAnsi" w:cstheme="majorBidi"/>
      <w:b/>
      <w:bCs/>
      <w:i/>
      <w:iCs/>
      <w:color w:val="4F81BD" w:themeColor="accent1"/>
    </w:rPr>
  </w:style>
  <w:style w:type="character" w:customStyle="1" w:styleId="Heading5Char">
    <w:name w:val="Heading 5 Char"/>
    <w:basedOn w:val="DefaultParagraphFont"/>
    <w:link w:val="Heading5"/>
    <w:uiPriority w:val="9"/>
    <w:semiHidden/>
    <w:rsid w:val="00FC693F"/>
    <w:rPr>
      <w:rFonts w:asciiTheme="majorHAnsi" w:eastAsiaTheme="majorEastAsia" w:hAnsiTheme="majorHAnsi" w:cstheme="majorBidi"/>
      <w:color w:val="243F60" w:themeColor="accent1" w:themeShade="7F"/>
    </w:rPr>
  </w:style>
  <w:style w:type="character" w:customStyle="1" w:styleId="Heading6Char">
    <w:name w:val="Heading 6 Char"/>
    <w:basedOn w:val="DefaultParagraphFont"/>
    <w:link w:val="Heading6"/>
    <w:uiPriority w:val="9"/>
    <w:semiHidden/>
    <w:rsid w:val="00FC693F"/>
    <w:rPr>
      <w:rFonts w:asciiTheme="majorHAnsi" w:eastAsiaTheme="majorEastAsia" w:hAnsiTheme="majorHAnsi" w:cstheme="majorBidi"/>
      <w:i/>
      <w:iCs/>
      <w:color w:val="243F60" w:themeColor="accent1" w:themeShade="7F"/>
    </w:rPr>
  </w:style>
  <w:style w:type="character" w:customStyle="1" w:styleId="Heading7Char">
    <w:name w:val="Heading 7 Char"/>
    <w:basedOn w:val="DefaultParagraphFont"/>
    <w:link w:val="Heading7"/>
    <w:uiPriority w:val="9"/>
    <w:semiHidden/>
    <w:rsid w:val="00FC693F"/>
    <w:rPr>
      <w:rFonts w:asciiTheme="majorHAnsi" w:eastAsiaTheme="majorEastAsia" w:hAnsiTheme="majorHAnsi" w:cstheme="majorBidi"/>
      <w:i/>
      <w:iCs/>
      <w:color w:val="404040" w:themeColor="text1" w:themeTint="BF"/>
    </w:rPr>
  </w:style>
  <w:style w:type="character" w:customStyle="1" w:styleId="Heading8Char">
    <w:name w:val="Heading 8 Char"/>
    <w:basedOn w:val="DefaultParagraphFont"/>
    <w:link w:val="Heading8"/>
    <w:uiPriority w:val="9"/>
    <w:semiHidden/>
    <w:rsid w:val="00FC693F"/>
    <w:rPr>
      <w:rFonts w:asciiTheme="majorHAnsi" w:eastAsiaTheme="majorEastAsia" w:hAnsiTheme="majorHAnsi" w:cstheme="majorBidi"/>
      <w:color w:val="4F81BD" w:themeColor="accent1"/>
      <w:sz w:val="20"/>
      <w:szCs w:val="20"/>
    </w:rPr>
  </w:style>
  <w:style w:type="character" w:customStyle="1" w:styleId="Heading9Char">
    <w:name w:val="Heading 9 Char"/>
    <w:basedOn w:val="DefaultParagraphFont"/>
    <w:link w:val="Heading9"/>
    <w:uiPriority w:val="9"/>
    <w:semiHidden/>
    <w:rsid w:val="00FC693F"/>
    <w:rPr>
      <w:rFonts w:asciiTheme="majorHAnsi" w:eastAsiaTheme="majorEastAsia" w:hAnsiTheme="majorHAnsi" w:cstheme="majorBidi"/>
      <w:i/>
      <w:iCs/>
      <w:color w:val="404040" w:themeColor="text1" w:themeTint="BF"/>
      <w:sz w:val="20"/>
      <w:szCs w:val="20"/>
    </w:rPr>
  </w:style>
  <w:style w:type="paragraph" w:styleId="Caption">
    <w:name w:val="caption"/>
    <w:basedOn w:val="Normal"/>
    <w:next w:val="Normal"/>
    <w:uiPriority w:val="35"/>
    <w:semiHidden/>
    <w:unhideWhenUsed/>
    <w:qFormat/>
    <w:rsid w:val="00FC693F"/>
    <w:pPr>
      <w:spacing w:line="240" w:lineRule="auto"/>
    </w:pPr>
    <w:rPr>
      <w:b/>
      <w:bCs/>
      <w:color w:val="4F81BD" w:themeColor="accent1"/>
      <w:sz w:val="18"/>
      <w:szCs w:val="18"/>
    </w:rPr>
  </w:style>
  <w:style w:type="character" w:styleId="Strong">
    <w:name w:val="Strong"/>
    <w:basedOn w:val="DefaultParagraphFont"/>
    <w:uiPriority w:val="22"/>
    <w:qFormat/>
    <w:rsid w:val="00FC693F"/>
    <w:rPr>
      <w:b/>
      <w:bCs/>
    </w:rPr>
  </w:style>
  <w:style w:type="character" w:styleId="Emphasis">
    <w:name w:val="Emphasis"/>
    <w:basedOn w:val="DefaultParagraphFont"/>
    <w:uiPriority w:val="20"/>
    <w:qFormat/>
    <w:rsid w:val="00FC693F"/>
    <w:rPr>
      <w:i/>
      <w:iCs/>
    </w:rPr>
  </w:style>
  <w:style w:type="paragraph" w:styleId="IntenseQuote">
    <w:name w:val="Intense Quote"/>
    <w:basedOn w:val="Normal"/>
    <w:next w:val="Normal"/>
    <w:link w:val="IntenseQuoteChar"/>
    <w:uiPriority w:val="30"/>
    <w:qFormat/>
    <w:rsid w:val="00FC693F"/>
    <w:pPr>
      <w:pBdr>
        <w:bottom w:val="single" w:sz="4" w:space="4" w:color="4F81BD" w:themeColor="accent1"/>
      </w:pBdr>
      <w:spacing w:before="200" w:after="280"/>
      <w:ind w:left="936" w:right="936"/>
    </w:pPr>
    <w:rPr>
      <w:b/>
      <w:bCs/>
      <w:i/>
      <w:iCs/>
      <w:color w:val="4F81BD" w:themeColor="accent1"/>
    </w:rPr>
  </w:style>
  <w:style w:type="character" w:customStyle="1" w:styleId="IntenseQuoteChar">
    <w:name w:val="Intense Quote Char"/>
    <w:basedOn w:val="DefaultParagraphFont"/>
    <w:link w:val="IntenseQuote"/>
    <w:uiPriority w:val="30"/>
    <w:rsid w:val="00FC693F"/>
    <w:rPr>
      <w:b/>
      <w:bCs/>
      <w:i/>
      <w:iCs/>
      <w:color w:val="4F81BD" w:themeColor="accent1"/>
    </w:rPr>
  </w:style>
  <w:style w:type="character" w:styleId="SubtleEmphasis">
    <w:name w:val="Subtle Emphasis"/>
    <w:basedOn w:val="DefaultParagraphFont"/>
    <w:uiPriority w:val="19"/>
    <w:qFormat/>
    <w:rsid w:val="00FC693F"/>
    <w:rPr>
      <w:i/>
      <w:iCs/>
      <w:color w:val="808080" w:themeColor="text1" w:themeTint="7F"/>
    </w:rPr>
  </w:style>
  <w:style w:type="character" w:styleId="IntenseEmphasis">
    <w:name w:val="Intense Emphasis"/>
    <w:basedOn w:val="DefaultParagraphFont"/>
    <w:uiPriority w:val="21"/>
    <w:qFormat/>
    <w:rsid w:val="00FC693F"/>
    <w:rPr>
      <w:b/>
      <w:bCs/>
      <w:i/>
      <w:iCs/>
      <w:color w:val="4F81BD" w:themeColor="accent1"/>
    </w:rPr>
  </w:style>
  <w:style w:type="character" w:styleId="SubtleReference">
    <w:name w:val="Subtle Reference"/>
    <w:basedOn w:val="DefaultParagraphFont"/>
    <w:uiPriority w:val="31"/>
    <w:qFormat/>
    <w:rsid w:val="00FC693F"/>
    <w:rPr>
      <w:smallCaps/>
      <w:color w:val="C0504D" w:themeColor="accent2"/>
      <w:u w:val="single"/>
    </w:rPr>
  </w:style>
  <w:style w:type="character" w:styleId="IntenseReference">
    <w:name w:val="Intense Reference"/>
    <w:basedOn w:val="DefaultParagraphFont"/>
    <w:uiPriority w:val="32"/>
    <w:qFormat/>
    <w:rsid w:val="00FC693F"/>
    <w:rPr>
      <w:b/>
      <w:bCs/>
      <w:smallCaps/>
      <w:color w:val="C0504D" w:themeColor="accent2"/>
      <w:spacing w:val="5"/>
      <w:u w:val="single"/>
    </w:rPr>
  </w:style>
  <w:style w:type="character" w:styleId="BookTitle">
    <w:name w:val="Book Title"/>
    <w:basedOn w:val="DefaultParagraphFont"/>
    <w:uiPriority w:val="33"/>
    <w:qFormat/>
    <w:rsid w:val="00FC693F"/>
    <w:rPr>
      <w:b/>
      <w:bCs/>
      <w:smallCaps/>
      <w:spacing w:val="5"/>
    </w:rPr>
  </w:style>
  <w:style w:type="paragraph" w:styleId="TOCHeading">
    <w:name w:val="TOC Heading"/>
    <w:basedOn w:val="Heading1"/>
    <w:next w:val="Normal"/>
    <w:uiPriority w:val="39"/>
    <w:semiHidden/>
    <w:unhideWhenUsed/>
    <w:qFormat/>
    <w:rsid w:val="00FC693F"/>
    <w:pPr>
      <w:outlineLvl w:val="9"/>
    </w:pPr>
  </w:style>
  <w:style w:type="table" w:styleId="TableGrid">
    <w:name w:val="Table Grid"/>
    <w:basedOn w:val="TableNormal"/>
    <w:uiPriority w:val="59"/>
    <w:rsid w:val="00FC693F"/>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styleId="LightShading">
    <w:name w:val="Light Shading"/>
    <w:basedOn w:val="TableNormal"/>
    <w:uiPriority w:val="60"/>
    <w:rsid w:val="00FC693F"/>
    <w:pPr>
      <w:spacing w:after="0" w:line="240" w:lineRule="auto"/>
    </w:pPr>
    <w:rPr>
      <w:color w:val="000000" w:themeColor="text1" w:themeShade="BF"/>
    </w:rPr>
    <w:tblPr>
      <w:tblStyleRowBandSize w:val="1"/>
      <w:tblStyleColBandSize w:val="1"/>
      <w:tblInd w:w="0" w:type="dxa"/>
      <w:tblBorders>
        <w:top w:val="single" w:sz="8" w:space="0" w:color="000000" w:themeColor="text1"/>
        <w:bottom w:val="single" w:sz="8" w:space="0" w:color="000000" w:themeColor="text1"/>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la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C0C0C0" w:themeFill="text1" w:themeFillTint="3F"/>
      </w:tcPr>
    </w:tblStylePr>
    <w:tblStylePr w:type="band1Horz">
      <w:tblPr/>
      <w:tcPr>
        <w:tcBorders>
          <w:left w:val="nil"/>
          <w:right w:val="nil"/>
          <w:insideH w:val="nil"/>
          <w:insideV w:val="nil"/>
        </w:tcBorders>
        <w:shd w:val="clear" w:color="auto" w:fill="C0C0C0" w:themeFill="text1" w:themeFillTint="3F"/>
      </w:tcPr>
    </w:tblStylePr>
  </w:style>
  <w:style w:type="table" w:styleId="LightShading-Accent1">
    <w:name w:val="Light Shading Accent 1"/>
    <w:basedOn w:val="TableNormal"/>
    <w:uiPriority w:val="60"/>
    <w:rsid w:val="00FC693F"/>
    <w:pPr>
      <w:spacing w:after="0" w:line="240" w:lineRule="auto"/>
    </w:pPr>
    <w:rPr>
      <w:color w:val="365F91" w:themeColor="accent1" w:themeShade="BF"/>
    </w:rPr>
    <w:tblPr>
      <w:tblStyleRowBandSize w:val="1"/>
      <w:tblStyleColBandSize w:val="1"/>
      <w:tblInd w:w="0" w:type="dxa"/>
      <w:tblBorders>
        <w:top w:val="single" w:sz="8" w:space="0" w:color="4F81BD" w:themeColor="accent1"/>
        <w:bottom w:val="single" w:sz="8" w:space="0" w:color="4F81BD" w:themeColor="accent1"/>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4F81BD" w:themeColor="accent1"/>
          <w:left w:val="nil"/>
          <w:bottom w:val="single" w:sz="8" w:space="0" w:color="4F81BD" w:themeColor="accent1"/>
          <w:right w:val="nil"/>
          <w:insideH w:val="nil"/>
          <w:insideV w:val="nil"/>
        </w:tcBorders>
      </w:tcPr>
    </w:tblStylePr>
    <w:tblStylePr w:type="lastRow">
      <w:pPr>
        <w:spacing w:before="0" w:after="0" w:line="240" w:lineRule="auto"/>
      </w:pPr>
      <w:rPr>
        <w:b/>
        <w:bCs/>
      </w:rPr>
      <w:tblPr/>
      <w:tcPr>
        <w:tcBorders>
          <w:top w:val="single" w:sz="8" w:space="0" w:color="4F81BD" w:themeColor="accent1"/>
          <w:left w:val="nil"/>
          <w:bottom w:val="single" w:sz="8" w:space="0" w:color="4F81BD" w:themeColor="accent1"/>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3DFEE" w:themeFill="accent1" w:themeFillTint="3F"/>
      </w:tcPr>
    </w:tblStylePr>
    <w:tblStylePr w:type="band1Horz">
      <w:tblPr/>
      <w:tcPr>
        <w:tcBorders>
          <w:left w:val="nil"/>
          <w:right w:val="nil"/>
          <w:insideH w:val="nil"/>
          <w:insideV w:val="nil"/>
        </w:tcBorders>
        <w:shd w:val="clear" w:color="auto" w:fill="D3DFEE" w:themeFill="accent1" w:themeFillTint="3F"/>
      </w:tcPr>
    </w:tblStylePr>
  </w:style>
  <w:style w:type="table" w:styleId="LightShading-Accent2">
    <w:name w:val="Light Shading Accent 2"/>
    <w:basedOn w:val="TableNormal"/>
    <w:uiPriority w:val="60"/>
    <w:rsid w:val="00FC693F"/>
    <w:pPr>
      <w:spacing w:after="0" w:line="240" w:lineRule="auto"/>
    </w:pPr>
    <w:rPr>
      <w:color w:val="943634" w:themeColor="accent2" w:themeShade="BF"/>
    </w:rPr>
    <w:tblPr>
      <w:tblStyleRowBandSize w:val="1"/>
      <w:tblStyleColBandSize w:val="1"/>
      <w:tblInd w:w="0" w:type="dxa"/>
      <w:tblBorders>
        <w:top w:val="single" w:sz="8" w:space="0" w:color="C0504D" w:themeColor="accent2"/>
        <w:bottom w:val="single" w:sz="8" w:space="0" w:color="C0504D" w:themeColor="accent2"/>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C0504D" w:themeColor="accent2"/>
          <w:left w:val="nil"/>
          <w:bottom w:val="single" w:sz="8" w:space="0" w:color="C0504D" w:themeColor="accent2"/>
          <w:right w:val="nil"/>
          <w:insideH w:val="nil"/>
          <w:insideV w:val="nil"/>
        </w:tcBorders>
      </w:tcPr>
    </w:tblStylePr>
    <w:tblStylePr w:type="lastRow">
      <w:pPr>
        <w:spacing w:before="0" w:after="0" w:line="240" w:lineRule="auto"/>
      </w:pPr>
      <w:rPr>
        <w:b/>
        <w:bCs/>
      </w:rPr>
      <w:tblPr/>
      <w:tcPr>
        <w:tcBorders>
          <w:top w:val="single" w:sz="8" w:space="0" w:color="C0504D" w:themeColor="accent2"/>
          <w:left w:val="nil"/>
          <w:bottom w:val="single" w:sz="8" w:space="0" w:color="C0504D" w:themeColor="accent2"/>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EFD3D2" w:themeFill="accent2" w:themeFillTint="3F"/>
      </w:tcPr>
    </w:tblStylePr>
    <w:tblStylePr w:type="band1Horz">
      <w:tblPr/>
      <w:tcPr>
        <w:tcBorders>
          <w:left w:val="nil"/>
          <w:right w:val="nil"/>
          <w:insideH w:val="nil"/>
          <w:insideV w:val="nil"/>
        </w:tcBorders>
        <w:shd w:val="clear" w:color="auto" w:fill="EFD3D2" w:themeFill="accent2" w:themeFillTint="3F"/>
      </w:tcPr>
    </w:tblStylePr>
  </w:style>
  <w:style w:type="table" w:styleId="LightShading-Accent3">
    <w:name w:val="Light Shading Accent 3"/>
    <w:basedOn w:val="TableNormal"/>
    <w:uiPriority w:val="60"/>
    <w:rsid w:val="00FC693F"/>
    <w:pPr>
      <w:spacing w:after="0" w:line="240" w:lineRule="auto"/>
    </w:pPr>
    <w:rPr>
      <w:color w:val="76923C" w:themeColor="accent3" w:themeShade="BF"/>
    </w:rPr>
    <w:tblPr>
      <w:tblStyleRowBandSize w:val="1"/>
      <w:tblStyleColBandSize w:val="1"/>
      <w:tblInd w:w="0" w:type="dxa"/>
      <w:tblBorders>
        <w:top w:val="single" w:sz="8" w:space="0" w:color="9BBB59" w:themeColor="accent3"/>
        <w:bottom w:val="single" w:sz="8" w:space="0" w:color="9BBB59" w:themeColor="accent3"/>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9BBB59" w:themeColor="accent3"/>
          <w:left w:val="nil"/>
          <w:bottom w:val="single" w:sz="8" w:space="0" w:color="9BBB59" w:themeColor="accent3"/>
          <w:right w:val="nil"/>
          <w:insideH w:val="nil"/>
          <w:insideV w:val="nil"/>
        </w:tcBorders>
      </w:tcPr>
    </w:tblStylePr>
    <w:tblStylePr w:type="lastRow">
      <w:pPr>
        <w:spacing w:before="0" w:after="0" w:line="240" w:lineRule="auto"/>
      </w:pPr>
      <w:rPr>
        <w:b/>
        <w:bCs/>
      </w:rPr>
      <w:tblPr/>
      <w:tcPr>
        <w:tcBorders>
          <w:top w:val="single" w:sz="8" w:space="0" w:color="9BBB59" w:themeColor="accent3"/>
          <w:left w:val="nil"/>
          <w:bottom w:val="single" w:sz="8" w:space="0" w:color="9BBB59" w:themeColor="accent3"/>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E6EED5" w:themeFill="accent3" w:themeFillTint="3F"/>
      </w:tcPr>
    </w:tblStylePr>
    <w:tblStylePr w:type="band1Horz">
      <w:tblPr/>
      <w:tcPr>
        <w:tcBorders>
          <w:left w:val="nil"/>
          <w:right w:val="nil"/>
          <w:insideH w:val="nil"/>
          <w:insideV w:val="nil"/>
        </w:tcBorders>
        <w:shd w:val="clear" w:color="auto" w:fill="E6EED5" w:themeFill="accent3" w:themeFillTint="3F"/>
      </w:tcPr>
    </w:tblStylePr>
  </w:style>
  <w:style w:type="table" w:styleId="LightShading-Accent4">
    <w:name w:val="Light Shading Accent 4"/>
    <w:basedOn w:val="TableNormal"/>
    <w:uiPriority w:val="60"/>
    <w:rsid w:val="00FC693F"/>
    <w:pPr>
      <w:spacing w:after="0" w:line="240" w:lineRule="auto"/>
    </w:pPr>
    <w:rPr>
      <w:color w:val="5F497A" w:themeColor="accent4" w:themeShade="BF"/>
    </w:rPr>
    <w:tblPr>
      <w:tblStyleRowBandSize w:val="1"/>
      <w:tblStyleColBandSize w:val="1"/>
      <w:tblInd w:w="0" w:type="dxa"/>
      <w:tblBorders>
        <w:top w:val="single" w:sz="8" w:space="0" w:color="8064A2" w:themeColor="accent4"/>
        <w:bottom w:val="single" w:sz="8" w:space="0" w:color="8064A2" w:themeColor="accent4"/>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8064A2" w:themeColor="accent4"/>
          <w:left w:val="nil"/>
          <w:bottom w:val="single" w:sz="8" w:space="0" w:color="8064A2" w:themeColor="accent4"/>
          <w:right w:val="nil"/>
          <w:insideH w:val="nil"/>
          <w:insideV w:val="nil"/>
        </w:tcBorders>
      </w:tcPr>
    </w:tblStylePr>
    <w:tblStylePr w:type="lastRow">
      <w:pPr>
        <w:spacing w:before="0" w:after="0" w:line="240" w:lineRule="auto"/>
      </w:pPr>
      <w:rPr>
        <w:b/>
        <w:bCs/>
      </w:rPr>
      <w:tblPr/>
      <w:tcPr>
        <w:tcBorders>
          <w:top w:val="single" w:sz="8" w:space="0" w:color="8064A2" w:themeColor="accent4"/>
          <w:left w:val="nil"/>
          <w:bottom w:val="single" w:sz="8" w:space="0" w:color="8064A2" w:themeColor="accent4"/>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FD8E8" w:themeFill="accent4" w:themeFillTint="3F"/>
      </w:tcPr>
    </w:tblStylePr>
    <w:tblStylePr w:type="band1Horz">
      <w:tblPr/>
      <w:tcPr>
        <w:tcBorders>
          <w:left w:val="nil"/>
          <w:right w:val="nil"/>
          <w:insideH w:val="nil"/>
          <w:insideV w:val="nil"/>
        </w:tcBorders>
        <w:shd w:val="clear" w:color="auto" w:fill="DFD8E8" w:themeFill="accent4" w:themeFillTint="3F"/>
      </w:tcPr>
    </w:tblStylePr>
  </w:style>
  <w:style w:type="table" w:styleId="LightShading-Accent5">
    <w:name w:val="Light Shading Accent 5"/>
    <w:basedOn w:val="TableNormal"/>
    <w:uiPriority w:val="60"/>
    <w:rsid w:val="00FC693F"/>
    <w:pPr>
      <w:spacing w:after="0" w:line="240" w:lineRule="auto"/>
    </w:pPr>
    <w:rPr>
      <w:color w:val="31849B" w:themeColor="accent5" w:themeShade="BF"/>
    </w:rPr>
    <w:tblPr>
      <w:tblStyleRowBandSize w:val="1"/>
      <w:tblStyleColBandSize w:val="1"/>
      <w:tblInd w:w="0" w:type="dxa"/>
      <w:tblBorders>
        <w:top w:val="single" w:sz="8" w:space="0" w:color="4BACC6" w:themeColor="accent5"/>
        <w:bottom w:val="single" w:sz="8" w:space="0" w:color="4BACC6" w:themeColor="accent5"/>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4BACC6" w:themeColor="accent5"/>
          <w:left w:val="nil"/>
          <w:bottom w:val="single" w:sz="8" w:space="0" w:color="4BACC6" w:themeColor="accent5"/>
          <w:right w:val="nil"/>
          <w:insideH w:val="nil"/>
          <w:insideV w:val="nil"/>
        </w:tcBorders>
      </w:tcPr>
    </w:tblStylePr>
    <w:tblStylePr w:type="lastRow">
      <w:pPr>
        <w:spacing w:before="0" w:after="0" w:line="240" w:lineRule="auto"/>
      </w:pPr>
      <w:rPr>
        <w:b/>
        <w:bCs/>
      </w:rPr>
      <w:tblPr/>
      <w:tcPr>
        <w:tcBorders>
          <w:top w:val="single" w:sz="8" w:space="0" w:color="4BACC6" w:themeColor="accent5"/>
          <w:left w:val="nil"/>
          <w:bottom w:val="single" w:sz="8" w:space="0" w:color="4BACC6" w:themeColor="accent5"/>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2EAF1" w:themeFill="accent5" w:themeFillTint="3F"/>
      </w:tcPr>
    </w:tblStylePr>
    <w:tblStylePr w:type="band1Horz">
      <w:tblPr/>
      <w:tcPr>
        <w:tcBorders>
          <w:left w:val="nil"/>
          <w:right w:val="nil"/>
          <w:insideH w:val="nil"/>
          <w:insideV w:val="nil"/>
        </w:tcBorders>
        <w:shd w:val="clear" w:color="auto" w:fill="D2EAF1" w:themeFill="accent5" w:themeFillTint="3F"/>
      </w:tcPr>
    </w:tblStylePr>
  </w:style>
  <w:style w:type="table" w:styleId="LightShading-Accent6">
    <w:name w:val="Light Shading Accent 6"/>
    <w:basedOn w:val="TableNormal"/>
    <w:uiPriority w:val="60"/>
    <w:rsid w:val="00FC693F"/>
    <w:pPr>
      <w:spacing w:after="0" w:line="240" w:lineRule="auto"/>
    </w:pPr>
    <w:rPr>
      <w:color w:val="E36C0A" w:themeColor="accent6" w:themeShade="BF"/>
    </w:rPr>
    <w:tblPr>
      <w:tblStyleRowBandSize w:val="1"/>
      <w:tblStyleColBandSize w:val="1"/>
      <w:tblInd w:w="0" w:type="dxa"/>
      <w:tblBorders>
        <w:top w:val="single" w:sz="8" w:space="0" w:color="F79646" w:themeColor="accent6"/>
        <w:bottom w:val="single" w:sz="8" w:space="0" w:color="F79646" w:themeColor="accent6"/>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F79646" w:themeColor="accent6"/>
          <w:left w:val="nil"/>
          <w:bottom w:val="single" w:sz="8" w:space="0" w:color="F79646" w:themeColor="accent6"/>
          <w:right w:val="nil"/>
          <w:insideH w:val="nil"/>
          <w:insideV w:val="nil"/>
        </w:tcBorders>
      </w:tcPr>
    </w:tblStylePr>
    <w:tblStylePr w:type="lastRow">
      <w:pPr>
        <w:spacing w:before="0" w:after="0" w:line="240" w:lineRule="auto"/>
      </w:pPr>
      <w:rPr>
        <w:b/>
        <w:bCs/>
      </w:rPr>
      <w:tblPr/>
      <w:tcPr>
        <w:tcBorders>
          <w:top w:val="single" w:sz="8" w:space="0" w:color="F79646" w:themeColor="accent6"/>
          <w:left w:val="nil"/>
          <w:bottom w:val="single" w:sz="8" w:space="0" w:color="F79646" w:themeColor="accent6"/>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FDE4D0" w:themeFill="accent6" w:themeFillTint="3F"/>
      </w:tcPr>
    </w:tblStylePr>
    <w:tblStylePr w:type="band1Horz">
      <w:tblPr/>
      <w:tcPr>
        <w:tcBorders>
          <w:left w:val="nil"/>
          <w:right w:val="nil"/>
          <w:insideH w:val="nil"/>
          <w:insideV w:val="nil"/>
        </w:tcBorders>
        <w:shd w:val="clear" w:color="auto" w:fill="FDE4D0" w:themeFill="accent6" w:themeFillTint="3F"/>
      </w:tcPr>
    </w:tblStylePr>
  </w:style>
  <w:style w:type="table" w:styleId="LightList">
    <w:name w:val="Light List"/>
    <w:basedOn w:val="TableNormal"/>
    <w:uiPriority w:val="61"/>
    <w:rsid w:val="00FC693F"/>
    <w:pPr>
      <w:spacing w:after="0" w:line="240" w:lineRule="auto"/>
    </w:pPr>
    <w:tblPr>
      <w:tblStyleRowBandSize w:val="1"/>
      <w:tblStyleColBandSize w:val="1"/>
      <w:tblInd w:w="0" w:type="dxa"/>
      <w:tblBorders>
        <w:top w:val="single" w:sz="8" w:space="0" w:color="000000" w:themeColor="text1"/>
        <w:left w:val="single" w:sz="8" w:space="0" w:color="000000" w:themeColor="text1"/>
        <w:bottom w:val="single" w:sz="8" w:space="0" w:color="000000" w:themeColor="text1"/>
        <w:right w:val="single" w:sz="8" w:space="0" w:color="000000" w:themeColor="text1"/>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000000" w:themeFill="text1"/>
      </w:tcPr>
    </w:tblStylePr>
    <w:tblStylePr w:type="lastRow">
      <w:pPr>
        <w:spacing w:before="0" w:after="0" w:line="240" w:lineRule="auto"/>
      </w:pPr>
      <w:rPr>
        <w:b/>
        <w:bCs/>
      </w:rPr>
      <w:tblPr/>
      <w:tcPr>
        <w:tcBorders>
          <w:top w:val="double" w:sz="6" w:space="0" w:color="000000" w:themeColor="text1"/>
          <w:left w:val="single" w:sz="8" w:space="0" w:color="000000" w:themeColor="text1"/>
          <w:bottom w:val="single" w:sz="8" w:space="0" w:color="000000" w:themeColor="text1"/>
          <w:right w:val="single" w:sz="8" w:space="0" w:color="000000" w:themeColor="text1"/>
        </w:tcBorders>
      </w:tcPr>
    </w:tblStylePr>
    <w:tblStylePr w:type="firstCol">
      <w:rPr>
        <w:b/>
        <w:bCs/>
      </w:rPr>
    </w:tblStylePr>
    <w:tblStylePr w:type="lastCol">
      <w:rPr>
        <w:b/>
        <w:bCs/>
      </w:rPr>
    </w:tblStylePr>
    <w:tblStylePr w:type="band1Vert">
      <w:tblPr/>
      <w:tcPr>
        <w:tcBorders>
          <w:top w:val="single" w:sz="8" w:space="0" w:color="000000" w:themeColor="text1"/>
          <w:left w:val="single" w:sz="8" w:space="0" w:color="000000" w:themeColor="text1"/>
          <w:bottom w:val="single" w:sz="8" w:space="0" w:color="000000" w:themeColor="text1"/>
          <w:right w:val="single" w:sz="8" w:space="0" w:color="000000" w:themeColor="text1"/>
        </w:tcBorders>
      </w:tcPr>
    </w:tblStylePr>
    <w:tblStylePr w:type="band1Horz">
      <w:tblPr/>
      <w:tcPr>
        <w:tcBorders>
          <w:top w:val="single" w:sz="8" w:space="0" w:color="000000" w:themeColor="text1"/>
          <w:left w:val="single" w:sz="8" w:space="0" w:color="000000" w:themeColor="text1"/>
          <w:bottom w:val="single" w:sz="8" w:space="0" w:color="000000" w:themeColor="text1"/>
          <w:right w:val="single" w:sz="8" w:space="0" w:color="000000" w:themeColor="text1"/>
        </w:tcBorders>
      </w:tcPr>
    </w:tblStylePr>
  </w:style>
  <w:style w:type="table" w:styleId="LightList-Accent1">
    <w:name w:val="Light List Accent 1"/>
    <w:basedOn w:val="TableNormal"/>
    <w:uiPriority w:val="61"/>
    <w:rsid w:val="00FC693F"/>
    <w:pPr>
      <w:spacing w:after="0" w:line="240" w:lineRule="auto"/>
    </w:pPr>
    <w:tblPr>
      <w:tblStyleRowBandSize w:val="1"/>
      <w:tblStyleColBandSize w:val="1"/>
      <w:tblInd w:w="0" w:type="dxa"/>
      <w:tblBorders>
        <w:top w:val="single" w:sz="8" w:space="0" w:color="4F81BD" w:themeColor="accent1"/>
        <w:left w:val="single" w:sz="8" w:space="0" w:color="4F81BD" w:themeColor="accent1"/>
        <w:bottom w:val="single" w:sz="8" w:space="0" w:color="4F81BD" w:themeColor="accent1"/>
        <w:right w:val="single" w:sz="8" w:space="0" w:color="4F81BD" w:themeColor="accent1"/>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4F81BD" w:themeFill="accent1"/>
      </w:tcPr>
    </w:tblStylePr>
    <w:tblStylePr w:type="lastRow">
      <w:pPr>
        <w:spacing w:before="0" w:after="0" w:line="240" w:lineRule="auto"/>
      </w:pPr>
      <w:rPr>
        <w:b/>
        <w:bCs/>
      </w:rPr>
      <w:tblPr/>
      <w:tcPr>
        <w:tcBorders>
          <w:top w:val="double" w:sz="6" w:space="0" w:color="4F81BD" w:themeColor="accent1"/>
          <w:left w:val="single" w:sz="8" w:space="0" w:color="4F81BD" w:themeColor="accent1"/>
          <w:bottom w:val="single" w:sz="8" w:space="0" w:color="4F81BD" w:themeColor="accent1"/>
          <w:right w:val="single" w:sz="8" w:space="0" w:color="4F81BD" w:themeColor="accent1"/>
        </w:tcBorders>
      </w:tcPr>
    </w:tblStylePr>
    <w:tblStylePr w:type="firstCol">
      <w:rPr>
        <w:b/>
        <w:bCs/>
      </w:rPr>
    </w:tblStylePr>
    <w:tblStylePr w:type="lastCol">
      <w:rPr>
        <w:b/>
        <w:bCs/>
      </w:rPr>
    </w:tblStylePr>
    <w:tblStylePr w:type="band1Vert">
      <w:tblPr/>
      <w:tcPr>
        <w:tcBorders>
          <w:top w:val="single" w:sz="8" w:space="0" w:color="4F81BD" w:themeColor="accent1"/>
          <w:left w:val="single" w:sz="8" w:space="0" w:color="4F81BD" w:themeColor="accent1"/>
          <w:bottom w:val="single" w:sz="8" w:space="0" w:color="4F81BD" w:themeColor="accent1"/>
          <w:right w:val="single" w:sz="8" w:space="0" w:color="4F81BD" w:themeColor="accent1"/>
        </w:tcBorders>
      </w:tcPr>
    </w:tblStylePr>
    <w:tblStylePr w:type="band1Horz">
      <w:tblPr/>
      <w:tcPr>
        <w:tcBorders>
          <w:top w:val="single" w:sz="8" w:space="0" w:color="4F81BD" w:themeColor="accent1"/>
          <w:left w:val="single" w:sz="8" w:space="0" w:color="4F81BD" w:themeColor="accent1"/>
          <w:bottom w:val="single" w:sz="8" w:space="0" w:color="4F81BD" w:themeColor="accent1"/>
          <w:right w:val="single" w:sz="8" w:space="0" w:color="4F81BD" w:themeColor="accent1"/>
        </w:tcBorders>
      </w:tcPr>
    </w:tblStylePr>
  </w:style>
  <w:style w:type="table" w:styleId="LightList-Accent2">
    <w:name w:val="Light List Accent 2"/>
    <w:basedOn w:val="TableNormal"/>
    <w:uiPriority w:val="61"/>
    <w:rsid w:val="00CB0664"/>
    <w:pPr>
      <w:spacing w:after="0" w:line="240" w:lineRule="auto"/>
    </w:pPr>
    <w:tblPr>
      <w:tblStyleRowBandSize w:val="1"/>
      <w:tblStyleColBandSize w:val="1"/>
      <w:tblInd w:w="0" w:type="dxa"/>
      <w:tblBorders>
        <w:top w:val="single" w:sz="8" w:space="0" w:color="C0504D" w:themeColor="accent2"/>
        <w:left w:val="single" w:sz="8" w:space="0" w:color="C0504D" w:themeColor="accent2"/>
        <w:bottom w:val="single" w:sz="8" w:space="0" w:color="C0504D" w:themeColor="accent2"/>
        <w:right w:val="single" w:sz="8" w:space="0" w:color="C0504D" w:themeColor="accent2"/>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C0504D" w:themeFill="accent2"/>
      </w:tcPr>
    </w:tblStylePr>
    <w:tblStylePr w:type="lastRow">
      <w:pPr>
        <w:spacing w:before="0" w:after="0" w:line="240" w:lineRule="auto"/>
      </w:pPr>
      <w:rPr>
        <w:b/>
        <w:bCs/>
      </w:rPr>
      <w:tblPr/>
      <w:tcPr>
        <w:tcBorders>
          <w:top w:val="double" w:sz="6" w:space="0" w:color="C0504D" w:themeColor="accent2"/>
          <w:left w:val="single" w:sz="8" w:space="0" w:color="C0504D" w:themeColor="accent2"/>
          <w:bottom w:val="single" w:sz="8" w:space="0" w:color="C0504D" w:themeColor="accent2"/>
          <w:right w:val="single" w:sz="8" w:space="0" w:color="C0504D" w:themeColor="accent2"/>
        </w:tcBorders>
      </w:tcPr>
    </w:tblStylePr>
    <w:tblStylePr w:type="firstCol">
      <w:rPr>
        <w:b/>
        <w:bCs/>
      </w:rPr>
    </w:tblStylePr>
    <w:tblStylePr w:type="lastCol">
      <w:rPr>
        <w:b/>
        <w:bCs/>
      </w:rPr>
    </w:tblStylePr>
    <w:tblStylePr w:type="band1Vert">
      <w:tblPr/>
      <w:tcPr>
        <w:tcBorders>
          <w:top w:val="single" w:sz="8" w:space="0" w:color="C0504D" w:themeColor="accent2"/>
          <w:left w:val="single" w:sz="8" w:space="0" w:color="C0504D" w:themeColor="accent2"/>
          <w:bottom w:val="single" w:sz="8" w:space="0" w:color="C0504D" w:themeColor="accent2"/>
          <w:right w:val="single" w:sz="8" w:space="0" w:color="C0504D" w:themeColor="accent2"/>
        </w:tcBorders>
      </w:tcPr>
    </w:tblStylePr>
    <w:tblStylePr w:type="band1Horz">
      <w:tblPr/>
      <w:tcPr>
        <w:tcBorders>
          <w:top w:val="single" w:sz="8" w:space="0" w:color="C0504D" w:themeColor="accent2"/>
          <w:left w:val="single" w:sz="8" w:space="0" w:color="C0504D" w:themeColor="accent2"/>
          <w:bottom w:val="single" w:sz="8" w:space="0" w:color="C0504D" w:themeColor="accent2"/>
          <w:right w:val="single" w:sz="8" w:space="0" w:color="C0504D" w:themeColor="accent2"/>
        </w:tcBorders>
      </w:tcPr>
    </w:tblStylePr>
  </w:style>
  <w:style w:type="table" w:styleId="LightList-Accent3">
    <w:name w:val="Light List Accent 3"/>
    <w:basedOn w:val="TableNormal"/>
    <w:uiPriority w:val="61"/>
    <w:rsid w:val="00CB0664"/>
    <w:pPr>
      <w:spacing w:after="0" w:line="240" w:lineRule="auto"/>
    </w:pPr>
    <w:tblPr>
      <w:tblStyleRowBandSize w:val="1"/>
      <w:tblStyleColBandSize w:val="1"/>
      <w:tblInd w:w="0" w:type="dxa"/>
      <w:tblBorders>
        <w:top w:val="single" w:sz="8" w:space="0" w:color="9BBB59" w:themeColor="accent3"/>
        <w:left w:val="single" w:sz="8" w:space="0" w:color="9BBB59" w:themeColor="accent3"/>
        <w:bottom w:val="single" w:sz="8" w:space="0" w:color="9BBB59" w:themeColor="accent3"/>
        <w:right w:val="single" w:sz="8" w:space="0" w:color="9BBB59" w:themeColor="accent3"/>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9BBB59" w:themeFill="accent3"/>
      </w:tcPr>
    </w:tblStylePr>
    <w:tblStylePr w:type="lastRow">
      <w:pPr>
        <w:spacing w:before="0" w:after="0" w:line="240" w:lineRule="auto"/>
      </w:pPr>
      <w:rPr>
        <w:b/>
        <w:bCs/>
      </w:rPr>
      <w:tblPr/>
      <w:tcPr>
        <w:tcBorders>
          <w:top w:val="double" w:sz="6" w:space="0" w:color="9BBB59" w:themeColor="accent3"/>
          <w:left w:val="single" w:sz="8" w:space="0" w:color="9BBB59" w:themeColor="accent3"/>
          <w:bottom w:val="single" w:sz="8" w:space="0" w:color="9BBB59" w:themeColor="accent3"/>
          <w:right w:val="single" w:sz="8" w:space="0" w:color="9BBB59" w:themeColor="accent3"/>
        </w:tcBorders>
      </w:tcPr>
    </w:tblStylePr>
    <w:tblStylePr w:type="firstCol">
      <w:rPr>
        <w:b/>
        <w:bCs/>
      </w:rPr>
    </w:tblStylePr>
    <w:tblStylePr w:type="lastCol">
      <w:rPr>
        <w:b/>
        <w:bCs/>
      </w:rPr>
    </w:tblStylePr>
    <w:tblStylePr w:type="band1Vert">
      <w:tblPr/>
      <w:tcPr>
        <w:tcBorders>
          <w:top w:val="single" w:sz="8" w:space="0" w:color="9BBB59" w:themeColor="accent3"/>
          <w:left w:val="single" w:sz="8" w:space="0" w:color="9BBB59" w:themeColor="accent3"/>
          <w:bottom w:val="single" w:sz="8" w:space="0" w:color="9BBB59" w:themeColor="accent3"/>
          <w:right w:val="single" w:sz="8" w:space="0" w:color="9BBB59" w:themeColor="accent3"/>
        </w:tcBorders>
      </w:tcPr>
    </w:tblStylePr>
    <w:tblStylePr w:type="band1Horz">
      <w:tblPr/>
      <w:tcPr>
        <w:tcBorders>
          <w:top w:val="single" w:sz="8" w:space="0" w:color="9BBB59" w:themeColor="accent3"/>
          <w:left w:val="single" w:sz="8" w:space="0" w:color="9BBB59" w:themeColor="accent3"/>
          <w:bottom w:val="single" w:sz="8" w:space="0" w:color="9BBB59" w:themeColor="accent3"/>
          <w:right w:val="single" w:sz="8" w:space="0" w:color="9BBB59" w:themeColor="accent3"/>
        </w:tcBorders>
      </w:tcPr>
    </w:tblStylePr>
  </w:style>
  <w:style w:type="table" w:styleId="LightList-Accent4">
    <w:name w:val="Light List Accent 4"/>
    <w:basedOn w:val="TableNormal"/>
    <w:uiPriority w:val="61"/>
    <w:rsid w:val="00CB0664"/>
    <w:pPr>
      <w:spacing w:after="0" w:line="240" w:lineRule="auto"/>
    </w:pPr>
    <w:tblPr>
      <w:tblStyleRowBandSize w:val="1"/>
      <w:tblStyleColBandSize w:val="1"/>
      <w:tblInd w:w="0" w:type="dxa"/>
      <w:tblBorders>
        <w:top w:val="single" w:sz="8" w:space="0" w:color="8064A2" w:themeColor="accent4"/>
        <w:left w:val="single" w:sz="8" w:space="0" w:color="8064A2" w:themeColor="accent4"/>
        <w:bottom w:val="single" w:sz="8" w:space="0" w:color="8064A2" w:themeColor="accent4"/>
        <w:right w:val="single" w:sz="8" w:space="0" w:color="8064A2" w:themeColor="accent4"/>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8064A2" w:themeFill="accent4"/>
      </w:tcPr>
    </w:tblStylePr>
    <w:tblStylePr w:type="lastRow">
      <w:pPr>
        <w:spacing w:before="0" w:after="0" w:line="240" w:lineRule="auto"/>
      </w:pPr>
      <w:rPr>
        <w:b/>
        <w:bCs/>
      </w:rPr>
      <w:tblPr/>
      <w:tcPr>
        <w:tcBorders>
          <w:top w:val="double" w:sz="6" w:space="0" w:color="8064A2" w:themeColor="accent4"/>
          <w:left w:val="single" w:sz="8" w:space="0" w:color="8064A2" w:themeColor="accent4"/>
          <w:bottom w:val="single" w:sz="8" w:space="0" w:color="8064A2" w:themeColor="accent4"/>
          <w:right w:val="single" w:sz="8" w:space="0" w:color="8064A2" w:themeColor="accent4"/>
        </w:tcBorders>
      </w:tcPr>
    </w:tblStylePr>
    <w:tblStylePr w:type="firstCol">
      <w:rPr>
        <w:b/>
        <w:bCs/>
      </w:rPr>
    </w:tblStylePr>
    <w:tblStylePr w:type="lastCol">
      <w:rPr>
        <w:b/>
        <w:bCs/>
      </w:rPr>
    </w:tblStylePr>
    <w:tblStylePr w:type="band1Vert">
      <w:tblPr/>
      <w:tcPr>
        <w:tcBorders>
          <w:top w:val="single" w:sz="8" w:space="0" w:color="8064A2" w:themeColor="accent4"/>
          <w:left w:val="single" w:sz="8" w:space="0" w:color="8064A2" w:themeColor="accent4"/>
          <w:bottom w:val="single" w:sz="8" w:space="0" w:color="8064A2" w:themeColor="accent4"/>
          <w:right w:val="single" w:sz="8" w:space="0" w:color="8064A2" w:themeColor="accent4"/>
        </w:tcBorders>
      </w:tcPr>
    </w:tblStylePr>
    <w:tblStylePr w:type="band1Horz">
      <w:tblPr/>
      <w:tcPr>
        <w:tcBorders>
          <w:top w:val="single" w:sz="8" w:space="0" w:color="8064A2" w:themeColor="accent4"/>
          <w:left w:val="single" w:sz="8" w:space="0" w:color="8064A2" w:themeColor="accent4"/>
          <w:bottom w:val="single" w:sz="8" w:space="0" w:color="8064A2" w:themeColor="accent4"/>
          <w:right w:val="single" w:sz="8" w:space="0" w:color="8064A2" w:themeColor="accent4"/>
        </w:tcBorders>
      </w:tcPr>
    </w:tblStylePr>
  </w:style>
  <w:style w:type="table" w:styleId="LightList-Accent5">
    <w:name w:val="Light List Accent 5"/>
    <w:basedOn w:val="TableNormal"/>
    <w:uiPriority w:val="61"/>
    <w:rsid w:val="00CB0664"/>
    <w:pPr>
      <w:spacing w:after="0" w:line="240" w:lineRule="auto"/>
    </w:pPr>
    <w:tblPr>
      <w:tblStyleRowBandSize w:val="1"/>
      <w:tblStyleColBandSize w:val="1"/>
      <w:tblInd w:w="0" w:type="dxa"/>
      <w:tblBorders>
        <w:top w:val="single" w:sz="8" w:space="0" w:color="4BACC6" w:themeColor="accent5"/>
        <w:left w:val="single" w:sz="8" w:space="0" w:color="4BACC6" w:themeColor="accent5"/>
        <w:bottom w:val="single" w:sz="8" w:space="0" w:color="4BACC6" w:themeColor="accent5"/>
        <w:right w:val="single" w:sz="8" w:space="0" w:color="4BACC6" w:themeColor="accent5"/>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4BACC6" w:themeFill="accent5"/>
      </w:tcPr>
    </w:tblStylePr>
    <w:tblStylePr w:type="lastRow">
      <w:pPr>
        <w:spacing w:before="0" w:after="0" w:line="240" w:lineRule="auto"/>
      </w:pPr>
      <w:rPr>
        <w:b/>
        <w:bCs/>
      </w:rPr>
      <w:tblPr/>
      <w:tcPr>
        <w:tcBorders>
          <w:top w:val="double" w:sz="6" w:space="0" w:color="4BACC6" w:themeColor="accent5"/>
          <w:left w:val="single" w:sz="8" w:space="0" w:color="4BACC6" w:themeColor="accent5"/>
          <w:bottom w:val="single" w:sz="8" w:space="0" w:color="4BACC6" w:themeColor="accent5"/>
          <w:right w:val="single" w:sz="8" w:space="0" w:color="4BACC6" w:themeColor="accent5"/>
        </w:tcBorders>
      </w:tcPr>
    </w:tblStylePr>
    <w:tblStylePr w:type="firstCol">
      <w:rPr>
        <w:b/>
        <w:bCs/>
      </w:rPr>
    </w:tblStylePr>
    <w:tblStylePr w:type="lastCol">
      <w:rPr>
        <w:b/>
        <w:bCs/>
      </w:rPr>
    </w:tblStylePr>
    <w:tblStylePr w:type="band1Vert">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tcPr>
    </w:tblStylePr>
    <w:tblStylePr w:type="band1Horz">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tcPr>
    </w:tblStylePr>
  </w:style>
  <w:style w:type="table" w:styleId="LightList-Accent6">
    <w:name w:val="Light List Accent 6"/>
    <w:basedOn w:val="TableNormal"/>
    <w:uiPriority w:val="61"/>
    <w:rsid w:val="00CB0664"/>
    <w:pPr>
      <w:spacing w:after="0" w:line="240" w:lineRule="auto"/>
    </w:pPr>
    <w:tblPr>
      <w:tblStyleRowBandSize w:val="1"/>
      <w:tblStyleColBandSize w:val="1"/>
      <w:tblInd w:w="0" w:type="dxa"/>
      <w:tblBorders>
        <w:top w:val="single" w:sz="8" w:space="0" w:color="F79646" w:themeColor="accent6"/>
        <w:left w:val="single" w:sz="8" w:space="0" w:color="F79646" w:themeColor="accent6"/>
        <w:bottom w:val="single" w:sz="8" w:space="0" w:color="F79646" w:themeColor="accent6"/>
        <w:right w:val="single" w:sz="8" w:space="0" w:color="F79646" w:themeColor="accent6"/>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F79646" w:themeFill="accent6"/>
      </w:tcPr>
    </w:tblStylePr>
    <w:tblStylePr w:type="lastRow">
      <w:pPr>
        <w:spacing w:before="0" w:after="0" w:line="240" w:lineRule="auto"/>
      </w:pPr>
      <w:rPr>
        <w:b/>
        <w:bCs/>
      </w:rPr>
      <w:tblPr/>
      <w:tcPr>
        <w:tcBorders>
          <w:top w:val="double" w:sz="6" w:space="0" w:color="F79646" w:themeColor="accent6"/>
          <w:left w:val="single" w:sz="8" w:space="0" w:color="F79646" w:themeColor="accent6"/>
          <w:bottom w:val="single" w:sz="8" w:space="0" w:color="F79646" w:themeColor="accent6"/>
          <w:right w:val="single" w:sz="8" w:space="0" w:color="F79646" w:themeColor="accent6"/>
        </w:tcBorders>
      </w:tcPr>
    </w:tblStylePr>
    <w:tblStylePr w:type="firstCol">
      <w:rPr>
        <w:b/>
        <w:bCs/>
      </w:rPr>
    </w:tblStylePr>
    <w:tblStylePr w:type="lastCol">
      <w:rPr>
        <w:b/>
        <w:bCs/>
      </w:rPr>
    </w:tblStylePr>
    <w:tblStylePr w:type="band1Vert">
      <w:tblPr/>
      <w:tcPr>
        <w:tcBorders>
          <w:top w:val="single" w:sz="8" w:space="0" w:color="F79646" w:themeColor="accent6"/>
          <w:left w:val="single" w:sz="8" w:space="0" w:color="F79646" w:themeColor="accent6"/>
          <w:bottom w:val="single" w:sz="8" w:space="0" w:color="F79646" w:themeColor="accent6"/>
          <w:right w:val="single" w:sz="8" w:space="0" w:color="F79646" w:themeColor="accent6"/>
        </w:tcBorders>
      </w:tcPr>
    </w:tblStylePr>
    <w:tblStylePr w:type="band1Horz">
      <w:tblPr/>
      <w:tcPr>
        <w:tcBorders>
          <w:top w:val="single" w:sz="8" w:space="0" w:color="F79646" w:themeColor="accent6"/>
          <w:left w:val="single" w:sz="8" w:space="0" w:color="F79646" w:themeColor="accent6"/>
          <w:bottom w:val="single" w:sz="8" w:space="0" w:color="F79646" w:themeColor="accent6"/>
          <w:right w:val="single" w:sz="8" w:space="0" w:color="F79646" w:themeColor="accent6"/>
        </w:tcBorders>
      </w:tcPr>
    </w:tblStylePr>
  </w:style>
  <w:style w:type="table" w:styleId="LightGrid">
    <w:name w:val="Light Grid"/>
    <w:basedOn w:val="TableNormal"/>
    <w:uiPriority w:val="62"/>
    <w:rsid w:val="00CB0664"/>
    <w:pPr>
      <w:spacing w:after="0" w:line="240" w:lineRule="auto"/>
    </w:pPr>
    <w:tblPr>
      <w:tblStyleRowBandSize w:val="1"/>
      <w:tblStyleColBandSize w:val="1"/>
      <w:tblInd w:w="0" w:type="dxa"/>
      <w:tblBorders>
        <w:top w:val="single" w:sz="8" w:space="0" w:color="000000" w:themeColor="text1"/>
        <w:left w:val="single" w:sz="8" w:space="0" w:color="000000" w:themeColor="text1"/>
        <w:bottom w:val="single" w:sz="8" w:space="0" w:color="000000" w:themeColor="text1"/>
        <w:right w:val="single" w:sz="8" w:space="0" w:color="000000" w:themeColor="text1"/>
        <w:insideH w:val="single" w:sz="8" w:space="0" w:color="000000" w:themeColor="text1"/>
        <w:insideV w:val="single" w:sz="8" w:space="0" w:color="000000" w:themeColor="text1"/>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000000" w:themeColor="text1"/>
          <w:left w:val="single" w:sz="8" w:space="0" w:color="000000" w:themeColor="text1"/>
          <w:bottom w:val="single" w:sz="18" w:space="0" w:color="000000" w:themeColor="text1"/>
          <w:right w:val="single" w:sz="8" w:space="0" w:color="000000" w:themeColor="text1"/>
          <w:insideH w:val="nil"/>
          <w:insideV w:val="single" w:sz="8" w:space="0" w:color="000000" w:themeColor="text1"/>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000000" w:themeColor="text1"/>
          <w:left w:val="single" w:sz="8" w:space="0" w:color="000000" w:themeColor="text1"/>
          <w:bottom w:val="single" w:sz="8" w:space="0" w:color="000000" w:themeColor="text1"/>
          <w:right w:val="single" w:sz="8" w:space="0" w:color="000000" w:themeColor="text1"/>
          <w:insideH w:val="nil"/>
          <w:insideV w:val="single" w:sz="8" w:space="0" w:color="000000" w:themeColor="text1"/>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000000" w:themeColor="text1"/>
          <w:left w:val="single" w:sz="8" w:space="0" w:color="000000" w:themeColor="text1"/>
          <w:bottom w:val="single" w:sz="8" w:space="0" w:color="000000" w:themeColor="text1"/>
          <w:right w:val="single" w:sz="8" w:space="0" w:color="000000" w:themeColor="text1"/>
        </w:tcBorders>
      </w:tcPr>
    </w:tblStylePr>
    <w:tblStylePr w:type="band1Vert">
      <w:tblPr/>
      <w:tcPr>
        <w:tcBorders>
          <w:top w:val="single" w:sz="8" w:space="0" w:color="000000" w:themeColor="text1"/>
          <w:left w:val="single" w:sz="8" w:space="0" w:color="000000" w:themeColor="text1"/>
          <w:bottom w:val="single" w:sz="8" w:space="0" w:color="000000" w:themeColor="text1"/>
          <w:right w:val="single" w:sz="8" w:space="0" w:color="000000" w:themeColor="text1"/>
        </w:tcBorders>
        <w:shd w:val="clear" w:color="auto" w:fill="C0C0C0" w:themeFill="text1" w:themeFillTint="3F"/>
      </w:tcPr>
    </w:tblStylePr>
    <w:tblStylePr w:type="band1Horz">
      <w:tblPr/>
      <w:tcPr>
        <w:tcBorders>
          <w:top w:val="single" w:sz="8" w:space="0" w:color="000000" w:themeColor="text1"/>
          <w:left w:val="single" w:sz="8" w:space="0" w:color="000000" w:themeColor="text1"/>
          <w:bottom w:val="single" w:sz="8" w:space="0" w:color="000000" w:themeColor="text1"/>
          <w:right w:val="single" w:sz="8" w:space="0" w:color="000000" w:themeColor="text1"/>
          <w:insideV w:val="single" w:sz="8" w:space="0" w:color="000000" w:themeColor="text1"/>
        </w:tcBorders>
        <w:shd w:val="clear" w:color="auto" w:fill="C0C0C0" w:themeFill="text1" w:themeFillTint="3F"/>
      </w:tcPr>
    </w:tblStylePr>
    <w:tblStylePr w:type="band2Horz">
      <w:tblPr/>
      <w:tcPr>
        <w:tcBorders>
          <w:top w:val="single" w:sz="8" w:space="0" w:color="000000" w:themeColor="text1"/>
          <w:left w:val="single" w:sz="8" w:space="0" w:color="000000" w:themeColor="text1"/>
          <w:bottom w:val="single" w:sz="8" w:space="0" w:color="000000" w:themeColor="text1"/>
          <w:right w:val="single" w:sz="8" w:space="0" w:color="000000" w:themeColor="text1"/>
          <w:insideV w:val="single" w:sz="8" w:space="0" w:color="000000" w:themeColor="text1"/>
        </w:tcBorders>
      </w:tcPr>
    </w:tblStylePr>
  </w:style>
  <w:style w:type="table" w:styleId="LightGrid-Accent1">
    <w:name w:val="Light Grid Accent 1"/>
    <w:basedOn w:val="TableNormal"/>
    <w:uiPriority w:val="62"/>
    <w:rsid w:val="00CB0664"/>
    <w:pPr>
      <w:spacing w:after="0" w:line="240" w:lineRule="auto"/>
    </w:pPr>
    <w:tblPr>
      <w:tblStyleRowBandSize w:val="1"/>
      <w:tblStyleColBandSize w:val="1"/>
      <w:tblInd w:w="0" w:type="dxa"/>
      <w:tblBorders>
        <w:top w:val="single" w:sz="8" w:space="0" w:color="4F81BD" w:themeColor="accent1"/>
        <w:left w:val="single" w:sz="8" w:space="0" w:color="4F81BD" w:themeColor="accent1"/>
        <w:bottom w:val="single" w:sz="8" w:space="0" w:color="4F81BD" w:themeColor="accent1"/>
        <w:right w:val="single" w:sz="8" w:space="0" w:color="4F81BD" w:themeColor="accent1"/>
        <w:insideH w:val="single" w:sz="8" w:space="0" w:color="4F81BD" w:themeColor="accent1"/>
        <w:insideV w:val="single" w:sz="8" w:space="0" w:color="4F81BD" w:themeColor="accent1"/>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4F81BD" w:themeColor="accent1"/>
          <w:left w:val="single" w:sz="8" w:space="0" w:color="4F81BD" w:themeColor="accent1"/>
          <w:bottom w:val="single" w:sz="18" w:space="0" w:color="4F81BD" w:themeColor="accent1"/>
          <w:right w:val="single" w:sz="8" w:space="0" w:color="4F81BD" w:themeColor="accent1"/>
          <w:insideH w:val="nil"/>
          <w:insideV w:val="single" w:sz="8" w:space="0" w:color="4F81BD" w:themeColor="accent1"/>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4F81BD" w:themeColor="accent1"/>
          <w:left w:val="single" w:sz="8" w:space="0" w:color="4F81BD" w:themeColor="accent1"/>
          <w:bottom w:val="single" w:sz="8" w:space="0" w:color="4F81BD" w:themeColor="accent1"/>
          <w:right w:val="single" w:sz="8" w:space="0" w:color="4F81BD" w:themeColor="accent1"/>
          <w:insideH w:val="nil"/>
          <w:insideV w:val="single" w:sz="8" w:space="0" w:color="4F81BD" w:themeColor="accent1"/>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4F81BD" w:themeColor="accent1"/>
          <w:left w:val="single" w:sz="8" w:space="0" w:color="4F81BD" w:themeColor="accent1"/>
          <w:bottom w:val="single" w:sz="8" w:space="0" w:color="4F81BD" w:themeColor="accent1"/>
          <w:right w:val="single" w:sz="8" w:space="0" w:color="4F81BD" w:themeColor="accent1"/>
        </w:tcBorders>
      </w:tcPr>
    </w:tblStylePr>
    <w:tblStylePr w:type="band1Vert">
      <w:tblPr/>
      <w:tcPr>
        <w:tcBorders>
          <w:top w:val="single" w:sz="8" w:space="0" w:color="4F81BD" w:themeColor="accent1"/>
          <w:left w:val="single" w:sz="8" w:space="0" w:color="4F81BD" w:themeColor="accent1"/>
          <w:bottom w:val="single" w:sz="8" w:space="0" w:color="4F81BD" w:themeColor="accent1"/>
          <w:right w:val="single" w:sz="8" w:space="0" w:color="4F81BD" w:themeColor="accent1"/>
        </w:tcBorders>
        <w:shd w:val="clear" w:color="auto" w:fill="D3DFEE" w:themeFill="accent1" w:themeFillTint="3F"/>
      </w:tcPr>
    </w:tblStylePr>
    <w:tblStylePr w:type="band1Horz">
      <w:tblPr/>
      <w:tcPr>
        <w:tcBorders>
          <w:top w:val="single" w:sz="8" w:space="0" w:color="4F81BD" w:themeColor="accent1"/>
          <w:left w:val="single" w:sz="8" w:space="0" w:color="4F81BD" w:themeColor="accent1"/>
          <w:bottom w:val="single" w:sz="8" w:space="0" w:color="4F81BD" w:themeColor="accent1"/>
          <w:right w:val="single" w:sz="8" w:space="0" w:color="4F81BD" w:themeColor="accent1"/>
          <w:insideV w:val="single" w:sz="8" w:space="0" w:color="4F81BD" w:themeColor="accent1"/>
        </w:tcBorders>
        <w:shd w:val="clear" w:color="auto" w:fill="D3DFEE" w:themeFill="accent1" w:themeFillTint="3F"/>
      </w:tcPr>
    </w:tblStylePr>
    <w:tblStylePr w:type="band2Horz">
      <w:tblPr/>
      <w:tcPr>
        <w:tcBorders>
          <w:top w:val="single" w:sz="8" w:space="0" w:color="4F81BD" w:themeColor="accent1"/>
          <w:left w:val="single" w:sz="8" w:space="0" w:color="4F81BD" w:themeColor="accent1"/>
          <w:bottom w:val="single" w:sz="8" w:space="0" w:color="4F81BD" w:themeColor="accent1"/>
          <w:right w:val="single" w:sz="8" w:space="0" w:color="4F81BD" w:themeColor="accent1"/>
          <w:insideV w:val="single" w:sz="8" w:space="0" w:color="4F81BD" w:themeColor="accent1"/>
        </w:tcBorders>
      </w:tcPr>
    </w:tblStylePr>
  </w:style>
  <w:style w:type="table" w:styleId="LightGrid-Accent2">
    <w:name w:val="Light Grid Accent 2"/>
    <w:basedOn w:val="TableNormal"/>
    <w:uiPriority w:val="62"/>
    <w:rsid w:val="00CB0664"/>
    <w:pPr>
      <w:spacing w:after="0" w:line="240" w:lineRule="auto"/>
    </w:pPr>
    <w:tblPr>
      <w:tblStyleRowBandSize w:val="1"/>
      <w:tblStyleColBandSize w:val="1"/>
      <w:tblInd w:w="0" w:type="dxa"/>
      <w:tblBorders>
        <w:top w:val="single" w:sz="8" w:space="0" w:color="C0504D" w:themeColor="accent2"/>
        <w:left w:val="single" w:sz="8" w:space="0" w:color="C0504D" w:themeColor="accent2"/>
        <w:bottom w:val="single" w:sz="8" w:space="0" w:color="C0504D" w:themeColor="accent2"/>
        <w:right w:val="single" w:sz="8" w:space="0" w:color="C0504D" w:themeColor="accent2"/>
        <w:insideH w:val="single" w:sz="8" w:space="0" w:color="C0504D" w:themeColor="accent2"/>
        <w:insideV w:val="single" w:sz="8" w:space="0" w:color="C0504D" w:themeColor="accent2"/>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C0504D" w:themeColor="accent2"/>
          <w:left w:val="single" w:sz="8" w:space="0" w:color="C0504D" w:themeColor="accent2"/>
          <w:bottom w:val="single" w:sz="18" w:space="0" w:color="C0504D" w:themeColor="accent2"/>
          <w:right w:val="single" w:sz="8" w:space="0" w:color="C0504D" w:themeColor="accent2"/>
          <w:insideH w:val="nil"/>
          <w:insideV w:val="single" w:sz="8" w:space="0" w:color="C0504D" w:themeColor="accent2"/>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C0504D" w:themeColor="accent2"/>
          <w:left w:val="single" w:sz="8" w:space="0" w:color="C0504D" w:themeColor="accent2"/>
          <w:bottom w:val="single" w:sz="8" w:space="0" w:color="C0504D" w:themeColor="accent2"/>
          <w:right w:val="single" w:sz="8" w:space="0" w:color="C0504D" w:themeColor="accent2"/>
          <w:insideH w:val="nil"/>
          <w:insideV w:val="single" w:sz="8" w:space="0" w:color="C0504D" w:themeColor="accent2"/>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C0504D" w:themeColor="accent2"/>
          <w:left w:val="single" w:sz="8" w:space="0" w:color="C0504D" w:themeColor="accent2"/>
          <w:bottom w:val="single" w:sz="8" w:space="0" w:color="C0504D" w:themeColor="accent2"/>
          <w:right w:val="single" w:sz="8" w:space="0" w:color="C0504D" w:themeColor="accent2"/>
        </w:tcBorders>
      </w:tcPr>
    </w:tblStylePr>
    <w:tblStylePr w:type="band1Vert">
      <w:tblPr/>
      <w:tcPr>
        <w:tcBorders>
          <w:top w:val="single" w:sz="8" w:space="0" w:color="C0504D" w:themeColor="accent2"/>
          <w:left w:val="single" w:sz="8" w:space="0" w:color="C0504D" w:themeColor="accent2"/>
          <w:bottom w:val="single" w:sz="8" w:space="0" w:color="C0504D" w:themeColor="accent2"/>
          <w:right w:val="single" w:sz="8" w:space="0" w:color="C0504D" w:themeColor="accent2"/>
        </w:tcBorders>
        <w:shd w:val="clear" w:color="auto" w:fill="EFD3D2" w:themeFill="accent2" w:themeFillTint="3F"/>
      </w:tcPr>
    </w:tblStylePr>
    <w:tblStylePr w:type="band1Horz">
      <w:tblPr/>
      <w:tcPr>
        <w:tcBorders>
          <w:top w:val="single" w:sz="8" w:space="0" w:color="C0504D" w:themeColor="accent2"/>
          <w:left w:val="single" w:sz="8" w:space="0" w:color="C0504D" w:themeColor="accent2"/>
          <w:bottom w:val="single" w:sz="8" w:space="0" w:color="C0504D" w:themeColor="accent2"/>
          <w:right w:val="single" w:sz="8" w:space="0" w:color="C0504D" w:themeColor="accent2"/>
          <w:insideV w:val="single" w:sz="8" w:space="0" w:color="C0504D" w:themeColor="accent2"/>
        </w:tcBorders>
        <w:shd w:val="clear" w:color="auto" w:fill="EFD3D2" w:themeFill="accent2" w:themeFillTint="3F"/>
      </w:tcPr>
    </w:tblStylePr>
    <w:tblStylePr w:type="band2Horz">
      <w:tblPr/>
      <w:tcPr>
        <w:tcBorders>
          <w:top w:val="single" w:sz="8" w:space="0" w:color="C0504D" w:themeColor="accent2"/>
          <w:left w:val="single" w:sz="8" w:space="0" w:color="C0504D" w:themeColor="accent2"/>
          <w:bottom w:val="single" w:sz="8" w:space="0" w:color="C0504D" w:themeColor="accent2"/>
          <w:right w:val="single" w:sz="8" w:space="0" w:color="C0504D" w:themeColor="accent2"/>
          <w:insideV w:val="single" w:sz="8" w:space="0" w:color="C0504D" w:themeColor="accent2"/>
        </w:tcBorders>
      </w:tcPr>
    </w:tblStylePr>
  </w:style>
  <w:style w:type="table" w:styleId="LightGrid-Accent3">
    <w:name w:val="Light Grid Accent 3"/>
    <w:basedOn w:val="TableNormal"/>
    <w:uiPriority w:val="62"/>
    <w:rsid w:val="00CB0664"/>
    <w:pPr>
      <w:spacing w:after="0" w:line="240" w:lineRule="auto"/>
    </w:pPr>
    <w:tblPr>
      <w:tblStyleRowBandSize w:val="1"/>
      <w:tblStyleColBandSize w:val="1"/>
      <w:tblInd w:w="0" w:type="dxa"/>
      <w:tblBorders>
        <w:top w:val="single" w:sz="8" w:space="0" w:color="9BBB59" w:themeColor="accent3"/>
        <w:left w:val="single" w:sz="8" w:space="0" w:color="9BBB59" w:themeColor="accent3"/>
        <w:bottom w:val="single" w:sz="8" w:space="0" w:color="9BBB59" w:themeColor="accent3"/>
        <w:right w:val="single" w:sz="8" w:space="0" w:color="9BBB59" w:themeColor="accent3"/>
        <w:insideH w:val="single" w:sz="8" w:space="0" w:color="9BBB59" w:themeColor="accent3"/>
        <w:insideV w:val="single" w:sz="8" w:space="0" w:color="9BBB59" w:themeColor="accent3"/>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9BBB59" w:themeColor="accent3"/>
          <w:left w:val="single" w:sz="8" w:space="0" w:color="9BBB59" w:themeColor="accent3"/>
          <w:bottom w:val="single" w:sz="18" w:space="0" w:color="9BBB59" w:themeColor="accent3"/>
          <w:right w:val="single" w:sz="8" w:space="0" w:color="9BBB59" w:themeColor="accent3"/>
          <w:insideH w:val="nil"/>
          <w:insideV w:val="single" w:sz="8" w:space="0" w:color="9BBB59" w:themeColor="accent3"/>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9BBB59" w:themeColor="accent3"/>
          <w:left w:val="single" w:sz="8" w:space="0" w:color="9BBB59" w:themeColor="accent3"/>
          <w:bottom w:val="single" w:sz="8" w:space="0" w:color="9BBB59" w:themeColor="accent3"/>
          <w:right w:val="single" w:sz="8" w:space="0" w:color="9BBB59" w:themeColor="accent3"/>
          <w:insideH w:val="nil"/>
          <w:insideV w:val="single" w:sz="8" w:space="0" w:color="9BBB59" w:themeColor="accent3"/>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9BBB59" w:themeColor="accent3"/>
          <w:left w:val="single" w:sz="8" w:space="0" w:color="9BBB59" w:themeColor="accent3"/>
          <w:bottom w:val="single" w:sz="8" w:space="0" w:color="9BBB59" w:themeColor="accent3"/>
          <w:right w:val="single" w:sz="8" w:space="0" w:color="9BBB59" w:themeColor="accent3"/>
        </w:tcBorders>
      </w:tcPr>
    </w:tblStylePr>
    <w:tblStylePr w:type="band1Vert">
      <w:tblPr/>
      <w:tcPr>
        <w:tcBorders>
          <w:top w:val="single" w:sz="8" w:space="0" w:color="9BBB59" w:themeColor="accent3"/>
          <w:left w:val="single" w:sz="8" w:space="0" w:color="9BBB59" w:themeColor="accent3"/>
          <w:bottom w:val="single" w:sz="8" w:space="0" w:color="9BBB59" w:themeColor="accent3"/>
          <w:right w:val="single" w:sz="8" w:space="0" w:color="9BBB59" w:themeColor="accent3"/>
        </w:tcBorders>
        <w:shd w:val="clear" w:color="auto" w:fill="E6EED5" w:themeFill="accent3" w:themeFillTint="3F"/>
      </w:tcPr>
    </w:tblStylePr>
    <w:tblStylePr w:type="band1Horz">
      <w:tblPr/>
      <w:tcPr>
        <w:tcBorders>
          <w:top w:val="single" w:sz="8" w:space="0" w:color="9BBB59" w:themeColor="accent3"/>
          <w:left w:val="single" w:sz="8" w:space="0" w:color="9BBB59" w:themeColor="accent3"/>
          <w:bottom w:val="single" w:sz="8" w:space="0" w:color="9BBB59" w:themeColor="accent3"/>
          <w:right w:val="single" w:sz="8" w:space="0" w:color="9BBB59" w:themeColor="accent3"/>
          <w:insideV w:val="single" w:sz="8" w:space="0" w:color="9BBB59" w:themeColor="accent3"/>
        </w:tcBorders>
        <w:shd w:val="clear" w:color="auto" w:fill="E6EED5" w:themeFill="accent3" w:themeFillTint="3F"/>
      </w:tcPr>
    </w:tblStylePr>
    <w:tblStylePr w:type="band2Horz">
      <w:tblPr/>
      <w:tcPr>
        <w:tcBorders>
          <w:top w:val="single" w:sz="8" w:space="0" w:color="9BBB59" w:themeColor="accent3"/>
          <w:left w:val="single" w:sz="8" w:space="0" w:color="9BBB59" w:themeColor="accent3"/>
          <w:bottom w:val="single" w:sz="8" w:space="0" w:color="9BBB59" w:themeColor="accent3"/>
          <w:right w:val="single" w:sz="8" w:space="0" w:color="9BBB59" w:themeColor="accent3"/>
          <w:insideV w:val="single" w:sz="8" w:space="0" w:color="9BBB59" w:themeColor="accent3"/>
        </w:tcBorders>
      </w:tcPr>
    </w:tblStylePr>
  </w:style>
  <w:style w:type="table" w:styleId="LightGrid-Accent4">
    <w:name w:val="Light Grid Accent 4"/>
    <w:basedOn w:val="TableNormal"/>
    <w:uiPriority w:val="62"/>
    <w:rsid w:val="00CB0664"/>
    <w:pPr>
      <w:spacing w:after="0" w:line="240" w:lineRule="auto"/>
    </w:pPr>
    <w:tblPr>
      <w:tblStyleRowBandSize w:val="1"/>
      <w:tblStyleColBandSize w:val="1"/>
      <w:tblInd w:w="0" w:type="dxa"/>
      <w:tblBorders>
        <w:top w:val="single" w:sz="8" w:space="0" w:color="8064A2" w:themeColor="accent4"/>
        <w:left w:val="single" w:sz="8" w:space="0" w:color="8064A2" w:themeColor="accent4"/>
        <w:bottom w:val="single" w:sz="8" w:space="0" w:color="8064A2" w:themeColor="accent4"/>
        <w:right w:val="single" w:sz="8" w:space="0" w:color="8064A2" w:themeColor="accent4"/>
        <w:insideH w:val="single" w:sz="8" w:space="0" w:color="8064A2" w:themeColor="accent4"/>
        <w:insideV w:val="single" w:sz="8" w:space="0" w:color="8064A2" w:themeColor="accent4"/>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8064A2" w:themeColor="accent4"/>
          <w:left w:val="single" w:sz="8" w:space="0" w:color="8064A2" w:themeColor="accent4"/>
          <w:bottom w:val="single" w:sz="18" w:space="0" w:color="8064A2" w:themeColor="accent4"/>
          <w:right w:val="single" w:sz="8" w:space="0" w:color="8064A2" w:themeColor="accent4"/>
          <w:insideH w:val="nil"/>
          <w:insideV w:val="single" w:sz="8" w:space="0" w:color="8064A2" w:themeColor="accent4"/>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8064A2" w:themeColor="accent4"/>
          <w:left w:val="single" w:sz="8" w:space="0" w:color="8064A2" w:themeColor="accent4"/>
          <w:bottom w:val="single" w:sz="8" w:space="0" w:color="8064A2" w:themeColor="accent4"/>
          <w:right w:val="single" w:sz="8" w:space="0" w:color="8064A2" w:themeColor="accent4"/>
          <w:insideH w:val="nil"/>
          <w:insideV w:val="single" w:sz="8" w:space="0" w:color="8064A2" w:themeColor="accent4"/>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8064A2" w:themeColor="accent4"/>
          <w:left w:val="single" w:sz="8" w:space="0" w:color="8064A2" w:themeColor="accent4"/>
          <w:bottom w:val="single" w:sz="8" w:space="0" w:color="8064A2" w:themeColor="accent4"/>
          <w:right w:val="single" w:sz="8" w:space="0" w:color="8064A2" w:themeColor="accent4"/>
        </w:tcBorders>
      </w:tcPr>
    </w:tblStylePr>
    <w:tblStylePr w:type="band1Vert">
      <w:tblPr/>
      <w:tcPr>
        <w:tcBorders>
          <w:top w:val="single" w:sz="8" w:space="0" w:color="8064A2" w:themeColor="accent4"/>
          <w:left w:val="single" w:sz="8" w:space="0" w:color="8064A2" w:themeColor="accent4"/>
          <w:bottom w:val="single" w:sz="8" w:space="0" w:color="8064A2" w:themeColor="accent4"/>
          <w:right w:val="single" w:sz="8" w:space="0" w:color="8064A2" w:themeColor="accent4"/>
        </w:tcBorders>
        <w:shd w:val="clear" w:color="auto" w:fill="DFD8E8" w:themeFill="accent4" w:themeFillTint="3F"/>
      </w:tcPr>
    </w:tblStylePr>
    <w:tblStylePr w:type="band1Horz">
      <w:tblPr/>
      <w:tcPr>
        <w:tcBorders>
          <w:top w:val="single" w:sz="8" w:space="0" w:color="8064A2" w:themeColor="accent4"/>
          <w:left w:val="single" w:sz="8" w:space="0" w:color="8064A2" w:themeColor="accent4"/>
          <w:bottom w:val="single" w:sz="8" w:space="0" w:color="8064A2" w:themeColor="accent4"/>
          <w:right w:val="single" w:sz="8" w:space="0" w:color="8064A2" w:themeColor="accent4"/>
          <w:insideV w:val="single" w:sz="8" w:space="0" w:color="8064A2" w:themeColor="accent4"/>
        </w:tcBorders>
        <w:shd w:val="clear" w:color="auto" w:fill="DFD8E8" w:themeFill="accent4" w:themeFillTint="3F"/>
      </w:tcPr>
    </w:tblStylePr>
    <w:tblStylePr w:type="band2Horz">
      <w:tblPr/>
      <w:tcPr>
        <w:tcBorders>
          <w:top w:val="single" w:sz="8" w:space="0" w:color="8064A2" w:themeColor="accent4"/>
          <w:left w:val="single" w:sz="8" w:space="0" w:color="8064A2" w:themeColor="accent4"/>
          <w:bottom w:val="single" w:sz="8" w:space="0" w:color="8064A2" w:themeColor="accent4"/>
          <w:right w:val="single" w:sz="8" w:space="0" w:color="8064A2" w:themeColor="accent4"/>
          <w:insideV w:val="single" w:sz="8" w:space="0" w:color="8064A2" w:themeColor="accent4"/>
        </w:tcBorders>
      </w:tcPr>
    </w:tblStylePr>
  </w:style>
  <w:style w:type="table" w:styleId="LightGrid-Accent5">
    <w:name w:val="Light Grid Accent 5"/>
    <w:basedOn w:val="TableNormal"/>
    <w:uiPriority w:val="62"/>
    <w:rsid w:val="00CB0664"/>
    <w:pPr>
      <w:spacing w:after="0" w:line="240" w:lineRule="auto"/>
    </w:pPr>
    <w:tblPr>
      <w:tblStyleRowBandSize w:val="1"/>
      <w:tblStyleColBandSize w:val="1"/>
      <w:tblInd w:w="0" w:type="dxa"/>
      <w:tblBorders>
        <w:top w:val="single" w:sz="8" w:space="0" w:color="4BACC6" w:themeColor="accent5"/>
        <w:left w:val="single" w:sz="8" w:space="0" w:color="4BACC6" w:themeColor="accent5"/>
        <w:bottom w:val="single" w:sz="8" w:space="0" w:color="4BACC6" w:themeColor="accent5"/>
        <w:right w:val="single" w:sz="8" w:space="0" w:color="4BACC6" w:themeColor="accent5"/>
        <w:insideH w:val="single" w:sz="8" w:space="0" w:color="4BACC6" w:themeColor="accent5"/>
        <w:insideV w:val="single" w:sz="8" w:space="0" w:color="4BACC6" w:themeColor="accent5"/>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4BACC6" w:themeColor="accent5"/>
          <w:left w:val="single" w:sz="8" w:space="0" w:color="4BACC6" w:themeColor="accent5"/>
          <w:bottom w:val="single" w:sz="18" w:space="0" w:color="4BACC6" w:themeColor="accent5"/>
          <w:right w:val="single" w:sz="8" w:space="0" w:color="4BACC6" w:themeColor="accent5"/>
          <w:insideH w:val="nil"/>
          <w:insideV w:val="single" w:sz="8" w:space="0" w:color="4BACC6" w:themeColor="accent5"/>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4BACC6" w:themeColor="accent5"/>
          <w:left w:val="single" w:sz="8" w:space="0" w:color="4BACC6" w:themeColor="accent5"/>
          <w:bottom w:val="single" w:sz="8" w:space="0" w:color="4BACC6" w:themeColor="accent5"/>
          <w:right w:val="single" w:sz="8" w:space="0" w:color="4BACC6" w:themeColor="accent5"/>
          <w:insideH w:val="nil"/>
          <w:insideV w:val="single" w:sz="8" w:space="0" w:color="4BACC6" w:themeColor="accent5"/>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tcPr>
    </w:tblStylePr>
    <w:tblStylePr w:type="band1Vert">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shd w:val="clear" w:color="auto" w:fill="D2EAF1" w:themeFill="accent5" w:themeFillTint="3F"/>
      </w:tcPr>
    </w:tblStylePr>
    <w:tblStylePr w:type="band1Horz">
      <w:tblPr/>
      <w:tcPr>
        <w:tcBorders>
          <w:top w:val="single" w:sz="8" w:space="0" w:color="4BACC6" w:themeColor="accent5"/>
          <w:left w:val="single" w:sz="8" w:space="0" w:color="4BACC6" w:themeColor="accent5"/>
          <w:bottom w:val="single" w:sz="8" w:space="0" w:color="4BACC6" w:themeColor="accent5"/>
          <w:right w:val="single" w:sz="8" w:space="0" w:color="4BACC6" w:themeColor="accent5"/>
          <w:insideV w:val="single" w:sz="8" w:space="0" w:color="4BACC6" w:themeColor="accent5"/>
        </w:tcBorders>
        <w:shd w:val="clear" w:color="auto" w:fill="D2EAF1" w:themeFill="accent5" w:themeFillTint="3F"/>
      </w:tcPr>
    </w:tblStylePr>
    <w:tblStylePr w:type="band2Horz">
      <w:tblPr/>
      <w:tcPr>
        <w:tcBorders>
          <w:top w:val="single" w:sz="8" w:space="0" w:color="4BACC6" w:themeColor="accent5"/>
          <w:left w:val="single" w:sz="8" w:space="0" w:color="4BACC6" w:themeColor="accent5"/>
          <w:bottom w:val="single" w:sz="8" w:space="0" w:color="4BACC6" w:themeColor="accent5"/>
          <w:right w:val="single" w:sz="8" w:space="0" w:color="4BACC6" w:themeColor="accent5"/>
          <w:insideV w:val="single" w:sz="8" w:space="0" w:color="4BACC6" w:themeColor="accent5"/>
        </w:tcBorders>
      </w:tcPr>
    </w:tblStylePr>
  </w:style>
  <w:style w:type="table" w:styleId="LightGrid-Accent6">
    <w:name w:val="Light Grid Accent 6"/>
    <w:basedOn w:val="TableNormal"/>
    <w:uiPriority w:val="62"/>
    <w:rsid w:val="00CB0664"/>
    <w:pPr>
      <w:spacing w:after="0" w:line="240" w:lineRule="auto"/>
    </w:pPr>
    <w:tblPr>
      <w:tblStyleRowBandSize w:val="1"/>
      <w:tblStyleColBandSize w:val="1"/>
      <w:tblInd w:w="0" w:type="dxa"/>
      <w:tblBorders>
        <w:top w:val="single" w:sz="8" w:space="0" w:color="F79646" w:themeColor="accent6"/>
        <w:left w:val="single" w:sz="8" w:space="0" w:color="F79646" w:themeColor="accent6"/>
        <w:bottom w:val="single" w:sz="8" w:space="0" w:color="F79646" w:themeColor="accent6"/>
        <w:right w:val="single" w:sz="8" w:space="0" w:color="F79646" w:themeColor="accent6"/>
        <w:insideH w:val="single" w:sz="8" w:space="0" w:color="F79646" w:themeColor="accent6"/>
        <w:insideV w:val="single" w:sz="8" w:space="0" w:color="F79646" w:themeColor="accent6"/>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F79646" w:themeColor="accent6"/>
          <w:left w:val="single" w:sz="8" w:space="0" w:color="F79646" w:themeColor="accent6"/>
          <w:bottom w:val="single" w:sz="18" w:space="0" w:color="F79646" w:themeColor="accent6"/>
          <w:right w:val="single" w:sz="8" w:space="0" w:color="F79646" w:themeColor="accent6"/>
          <w:insideH w:val="nil"/>
          <w:insideV w:val="single" w:sz="8" w:space="0" w:color="F79646" w:themeColor="accent6"/>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F79646" w:themeColor="accent6"/>
          <w:left w:val="single" w:sz="8" w:space="0" w:color="F79646" w:themeColor="accent6"/>
          <w:bottom w:val="single" w:sz="8" w:space="0" w:color="F79646" w:themeColor="accent6"/>
          <w:right w:val="single" w:sz="8" w:space="0" w:color="F79646" w:themeColor="accent6"/>
          <w:insideH w:val="nil"/>
          <w:insideV w:val="single" w:sz="8" w:space="0" w:color="F79646" w:themeColor="accent6"/>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F79646" w:themeColor="accent6"/>
          <w:left w:val="single" w:sz="8" w:space="0" w:color="F79646" w:themeColor="accent6"/>
          <w:bottom w:val="single" w:sz="8" w:space="0" w:color="F79646" w:themeColor="accent6"/>
          <w:right w:val="single" w:sz="8" w:space="0" w:color="F79646" w:themeColor="accent6"/>
        </w:tcBorders>
      </w:tcPr>
    </w:tblStylePr>
    <w:tblStylePr w:type="band1Vert">
      <w:tblPr/>
      <w:tcPr>
        <w:tcBorders>
          <w:top w:val="single" w:sz="8" w:space="0" w:color="F79646" w:themeColor="accent6"/>
          <w:left w:val="single" w:sz="8" w:space="0" w:color="F79646" w:themeColor="accent6"/>
          <w:bottom w:val="single" w:sz="8" w:space="0" w:color="F79646" w:themeColor="accent6"/>
          <w:right w:val="single" w:sz="8" w:space="0" w:color="F79646" w:themeColor="accent6"/>
        </w:tcBorders>
        <w:shd w:val="clear" w:color="auto" w:fill="FDE4D0" w:themeFill="accent6" w:themeFillTint="3F"/>
      </w:tcPr>
    </w:tblStylePr>
    <w:tblStylePr w:type="band1Horz">
      <w:tblPr/>
      <w:tcPr>
        <w:tcBorders>
          <w:top w:val="single" w:sz="8" w:space="0" w:color="F79646" w:themeColor="accent6"/>
          <w:left w:val="single" w:sz="8" w:space="0" w:color="F79646" w:themeColor="accent6"/>
          <w:bottom w:val="single" w:sz="8" w:space="0" w:color="F79646" w:themeColor="accent6"/>
          <w:right w:val="single" w:sz="8" w:space="0" w:color="F79646" w:themeColor="accent6"/>
          <w:insideV w:val="single" w:sz="8" w:space="0" w:color="F79646" w:themeColor="accent6"/>
        </w:tcBorders>
        <w:shd w:val="clear" w:color="auto" w:fill="FDE4D0" w:themeFill="accent6" w:themeFillTint="3F"/>
      </w:tcPr>
    </w:tblStylePr>
    <w:tblStylePr w:type="band2Horz">
      <w:tblPr/>
      <w:tcPr>
        <w:tcBorders>
          <w:top w:val="single" w:sz="8" w:space="0" w:color="F79646" w:themeColor="accent6"/>
          <w:left w:val="single" w:sz="8" w:space="0" w:color="F79646" w:themeColor="accent6"/>
          <w:bottom w:val="single" w:sz="8" w:space="0" w:color="F79646" w:themeColor="accent6"/>
          <w:right w:val="single" w:sz="8" w:space="0" w:color="F79646" w:themeColor="accent6"/>
          <w:insideV w:val="single" w:sz="8" w:space="0" w:color="F79646" w:themeColor="accent6"/>
        </w:tcBorders>
      </w:tcPr>
    </w:tblStylePr>
  </w:style>
  <w:style w:type="table" w:styleId="MediumShading1">
    <w:name w:val="Medium Shading 1"/>
    <w:basedOn w:val="TableNormal"/>
    <w:uiPriority w:val="63"/>
    <w:rsid w:val="00CB0664"/>
    <w:pPr>
      <w:spacing w:after="0" w:line="240" w:lineRule="auto"/>
    </w:pPr>
    <w:tblPr>
      <w:tblStyleRowBandSize w:val="1"/>
      <w:tblStyleColBandSize w:val="1"/>
      <w:tblInd w:w="0" w:type="dxa"/>
      <w:tblBorders>
        <w:top w:val="single" w:sz="8" w:space="0" w:color="404040" w:themeColor="text1" w:themeTint="BF"/>
        <w:left w:val="single" w:sz="8" w:space="0" w:color="404040" w:themeColor="text1" w:themeTint="BF"/>
        <w:bottom w:val="single" w:sz="8" w:space="0" w:color="404040" w:themeColor="text1" w:themeTint="BF"/>
        <w:right w:val="single" w:sz="8" w:space="0" w:color="404040" w:themeColor="text1" w:themeTint="BF"/>
        <w:insideH w:val="single" w:sz="8" w:space="0" w:color="404040" w:themeColor="text1"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404040" w:themeColor="text1" w:themeTint="BF"/>
          <w:left w:val="single" w:sz="8" w:space="0" w:color="404040" w:themeColor="text1" w:themeTint="BF"/>
          <w:bottom w:val="single" w:sz="8" w:space="0" w:color="404040" w:themeColor="text1" w:themeTint="BF"/>
          <w:right w:val="single" w:sz="8" w:space="0" w:color="404040" w:themeColor="text1" w:themeTint="BF"/>
          <w:insideH w:val="nil"/>
          <w:insideV w:val="nil"/>
        </w:tcBorders>
        <w:shd w:val="clear" w:color="auto" w:fill="000000" w:themeFill="text1"/>
      </w:tcPr>
    </w:tblStylePr>
    <w:tblStylePr w:type="lastRow">
      <w:pPr>
        <w:spacing w:before="0" w:after="0" w:line="240" w:lineRule="auto"/>
      </w:pPr>
      <w:rPr>
        <w:b/>
        <w:bCs/>
      </w:rPr>
      <w:tblPr/>
      <w:tcPr>
        <w:tcBorders>
          <w:top w:val="double" w:sz="6" w:space="0" w:color="404040" w:themeColor="text1" w:themeTint="BF"/>
          <w:left w:val="single" w:sz="8" w:space="0" w:color="404040" w:themeColor="text1" w:themeTint="BF"/>
          <w:bottom w:val="single" w:sz="8" w:space="0" w:color="404040" w:themeColor="text1" w:themeTint="BF"/>
          <w:right w:val="single" w:sz="8" w:space="0" w:color="404040" w:themeColor="text1" w:themeTint="BF"/>
          <w:insideH w:val="nil"/>
          <w:insideV w:val="nil"/>
        </w:tcBorders>
      </w:tcPr>
    </w:tblStylePr>
    <w:tblStylePr w:type="firstCol">
      <w:rPr>
        <w:b/>
        <w:bCs/>
      </w:rPr>
    </w:tblStylePr>
    <w:tblStylePr w:type="lastCol">
      <w:rPr>
        <w:b/>
        <w:bCs/>
      </w:rPr>
    </w:tblStylePr>
    <w:tblStylePr w:type="band1Vert">
      <w:tblPr/>
      <w:tcPr>
        <w:shd w:val="clear" w:color="auto" w:fill="C0C0C0" w:themeFill="text1" w:themeFillTint="3F"/>
      </w:tcPr>
    </w:tblStylePr>
    <w:tblStylePr w:type="band1Horz">
      <w:tblPr/>
      <w:tcPr>
        <w:tcBorders>
          <w:insideH w:val="nil"/>
          <w:insideV w:val="nil"/>
        </w:tcBorders>
        <w:shd w:val="clear" w:color="auto" w:fill="C0C0C0" w:themeFill="text1" w:themeFillTint="3F"/>
      </w:tcPr>
    </w:tblStylePr>
    <w:tblStylePr w:type="band2Horz">
      <w:tblPr/>
      <w:tcPr>
        <w:tcBorders>
          <w:insideH w:val="nil"/>
          <w:insideV w:val="nil"/>
        </w:tcBorders>
      </w:tcPr>
    </w:tblStylePr>
  </w:style>
  <w:style w:type="table" w:styleId="MediumShading1-Accent1">
    <w:name w:val="Medium Shading 1 Accent 1"/>
    <w:basedOn w:val="TableNormal"/>
    <w:uiPriority w:val="63"/>
    <w:rsid w:val="00CB0664"/>
    <w:pPr>
      <w:spacing w:after="0" w:line="240" w:lineRule="auto"/>
    </w:pPr>
    <w:tblPr>
      <w:tblStyleRowBandSize w:val="1"/>
      <w:tblStyleColBandSize w:val="1"/>
      <w:tblInd w:w="0" w:type="dxa"/>
      <w:tblBorders>
        <w:top w:val="single" w:sz="8"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single" w:sz="8" w:space="0" w:color="7BA0CD" w:themeColor="accent1"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nil"/>
          <w:insideV w:val="nil"/>
        </w:tcBorders>
        <w:shd w:val="clear" w:color="auto" w:fill="4F81BD" w:themeFill="accent1"/>
      </w:tcPr>
    </w:tblStylePr>
    <w:tblStylePr w:type="lastRow">
      <w:pPr>
        <w:spacing w:before="0" w:after="0" w:line="240" w:lineRule="auto"/>
      </w:pPr>
      <w:rPr>
        <w:b/>
        <w:bCs/>
      </w:rPr>
      <w:tblPr/>
      <w:tcPr>
        <w:tcBorders>
          <w:top w:val="double" w:sz="6"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nil"/>
          <w:insideV w:val="nil"/>
        </w:tcBorders>
      </w:tcPr>
    </w:tblStylePr>
    <w:tblStylePr w:type="firstCol">
      <w:rPr>
        <w:b/>
        <w:bCs/>
      </w:rPr>
    </w:tblStylePr>
    <w:tblStylePr w:type="lastCol">
      <w:rPr>
        <w:b/>
        <w:bCs/>
      </w:rPr>
    </w:tblStylePr>
    <w:tblStylePr w:type="band1Vert">
      <w:tblPr/>
      <w:tcPr>
        <w:shd w:val="clear" w:color="auto" w:fill="D3DFEE" w:themeFill="accent1" w:themeFillTint="3F"/>
      </w:tcPr>
    </w:tblStylePr>
    <w:tblStylePr w:type="band1Horz">
      <w:tblPr/>
      <w:tcPr>
        <w:tcBorders>
          <w:insideH w:val="nil"/>
          <w:insideV w:val="nil"/>
        </w:tcBorders>
        <w:shd w:val="clear" w:color="auto" w:fill="D3DFEE" w:themeFill="accent1" w:themeFillTint="3F"/>
      </w:tcPr>
    </w:tblStylePr>
    <w:tblStylePr w:type="band2Horz">
      <w:tblPr/>
      <w:tcPr>
        <w:tcBorders>
          <w:insideH w:val="nil"/>
          <w:insideV w:val="nil"/>
        </w:tcBorders>
      </w:tcPr>
    </w:tblStylePr>
  </w:style>
  <w:style w:type="table" w:styleId="MediumShading1-Accent2">
    <w:name w:val="Medium Shading 1 Accent 2"/>
    <w:basedOn w:val="TableNormal"/>
    <w:uiPriority w:val="63"/>
    <w:rsid w:val="00CB0664"/>
    <w:pPr>
      <w:spacing w:after="0" w:line="240" w:lineRule="auto"/>
    </w:pPr>
    <w:tblPr>
      <w:tblStyleRowBandSize w:val="1"/>
      <w:tblStyleColBandSize w:val="1"/>
      <w:tblInd w:w="0" w:type="dxa"/>
      <w:tblBorders>
        <w:top w:val="single" w:sz="8" w:space="0" w:color="CF7B79" w:themeColor="accent2" w:themeTint="BF"/>
        <w:left w:val="single" w:sz="8" w:space="0" w:color="CF7B79" w:themeColor="accent2" w:themeTint="BF"/>
        <w:bottom w:val="single" w:sz="8" w:space="0" w:color="CF7B79" w:themeColor="accent2" w:themeTint="BF"/>
        <w:right w:val="single" w:sz="8" w:space="0" w:color="CF7B79" w:themeColor="accent2" w:themeTint="BF"/>
        <w:insideH w:val="single" w:sz="8" w:space="0" w:color="CF7B79" w:themeColor="accent2"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CF7B79" w:themeColor="accent2" w:themeTint="BF"/>
          <w:left w:val="single" w:sz="8" w:space="0" w:color="CF7B79" w:themeColor="accent2" w:themeTint="BF"/>
          <w:bottom w:val="single" w:sz="8" w:space="0" w:color="CF7B79" w:themeColor="accent2" w:themeTint="BF"/>
          <w:right w:val="single" w:sz="8" w:space="0" w:color="CF7B79" w:themeColor="accent2" w:themeTint="BF"/>
          <w:insideH w:val="nil"/>
          <w:insideV w:val="nil"/>
        </w:tcBorders>
        <w:shd w:val="clear" w:color="auto" w:fill="C0504D" w:themeFill="accent2"/>
      </w:tcPr>
    </w:tblStylePr>
    <w:tblStylePr w:type="lastRow">
      <w:pPr>
        <w:spacing w:before="0" w:after="0" w:line="240" w:lineRule="auto"/>
      </w:pPr>
      <w:rPr>
        <w:b/>
        <w:bCs/>
      </w:rPr>
      <w:tblPr/>
      <w:tcPr>
        <w:tcBorders>
          <w:top w:val="double" w:sz="6" w:space="0" w:color="CF7B79" w:themeColor="accent2" w:themeTint="BF"/>
          <w:left w:val="single" w:sz="8" w:space="0" w:color="CF7B79" w:themeColor="accent2" w:themeTint="BF"/>
          <w:bottom w:val="single" w:sz="8" w:space="0" w:color="CF7B79" w:themeColor="accent2" w:themeTint="BF"/>
          <w:right w:val="single" w:sz="8" w:space="0" w:color="CF7B79" w:themeColor="accent2" w:themeTint="BF"/>
          <w:insideH w:val="nil"/>
          <w:insideV w:val="nil"/>
        </w:tcBorders>
      </w:tcPr>
    </w:tblStylePr>
    <w:tblStylePr w:type="firstCol">
      <w:rPr>
        <w:b/>
        <w:bCs/>
      </w:rPr>
    </w:tblStylePr>
    <w:tblStylePr w:type="lastCol">
      <w:rPr>
        <w:b/>
        <w:bCs/>
      </w:rPr>
    </w:tblStylePr>
    <w:tblStylePr w:type="band1Vert">
      <w:tblPr/>
      <w:tcPr>
        <w:shd w:val="clear" w:color="auto" w:fill="EFD3D2" w:themeFill="accent2" w:themeFillTint="3F"/>
      </w:tcPr>
    </w:tblStylePr>
    <w:tblStylePr w:type="band1Horz">
      <w:tblPr/>
      <w:tcPr>
        <w:tcBorders>
          <w:insideH w:val="nil"/>
          <w:insideV w:val="nil"/>
        </w:tcBorders>
        <w:shd w:val="clear" w:color="auto" w:fill="EFD3D2" w:themeFill="accent2" w:themeFillTint="3F"/>
      </w:tcPr>
    </w:tblStylePr>
    <w:tblStylePr w:type="band2Horz">
      <w:tblPr/>
      <w:tcPr>
        <w:tcBorders>
          <w:insideH w:val="nil"/>
          <w:insideV w:val="nil"/>
        </w:tcBorders>
      </w:tcPr>
    </w:tblStylePr>
  </w:style>
  <w:style w:type="table" w:styleId="MediumShading1-Accent3">
    <w:name w:val="Medium Shading 1 Accent 3"/>
    <w:basedOn w:val="TableNormal"/>
    <w:uiPriority w:val="63"/>
    <w:rsid w:val="00CB0664"/>
    <w:pPr>
      <w:spacing w:after="0" w:line="240" w:lineRule="auto"/>
    </w:pPr>
    <w:tblPr>
      <w:tblStyleRowBandSize w:val="1"/>
      <w:tblStyleColBandSize w:val="1"/>
      <w:tblInd w:w="0" w:type="dxa"/>
      <w:tblBorders>
        <w:top w:val="single" w:sz="8" w:space="0" w:color="B3CC82" w:themeColor="accent3" w:themeTint="BF"/>
        <w:left w:val="single" w:sz="8" w:space="0" w:color="B3CC82" w:themeColor="accent3" w:themeTint="BF"/>
        <w:bottom w:val="single" w:sz="8" w:space="0" w:color="B3CC82" w:themeColor="accent3" w:themeTint="BF"/>
        <w:right w:val="single" w:sz="8" w:space="0" w:color="B3CC82" w:themeColor="accent3" w:themeTint="BF"/>
        <w:insideH w:val="single" w:sz="8" w:space="0" w:color="B3CC82" w:themeColor="accent3"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B3CC82" w:themeColor="accent3" w:themeTint="BF"/>
          <w:left w:val="single" w:sz="8" w:space="0" w:color="B3CC82" w:themeColor="accent3" w:themeTint="BF"/>
          <w:bottom w:val="single" w:sz="8" w:space="0" w:color="B3CC82" w:themeColor="accent3" w:themeTint="BF"/>
          <w:right w:val="single" w:sz="8" w:space="0" w:color="B3CC82" w:themeColor="accent3" w:themeTint="BF"/>
          <w:insideH w:val="nil"/>
          <w:insideV w:val="nil"/>
        </w:tcBorders>
        <w:shd w:val="clear" w:color="auto" w:fill="9BBB59" w:themeFill="accent3"/>
      </w:tcPr>
    </w:tblStylePr>
    <w:tblStylePr w:type="lastRow">
      <w:pPr>
        <w:spacing w:before="0" w:after="0" w:line="240" w:lineRule="auto"/>
      </w:pPr>
      <w:rPr>
        <w:b/>
        <w:bCs/>
      </w:rPr>
      <w:tblPr/>
      <w:tcPr>
        <w:tcBorders>
          <w:top w:val="double" w:sz="6" w:space="0" w:color="B3CC82" w:themeColor="accent3" w:themeTint="BF"/>
          <w:left w:val="single" w:sz="8" w:space="0" w:color="B3CC82" w:themeColor="accent3" w:themeTint="BF"/>
          <w:bottom w:val="single" w:sz="8" w:space="0" w:color="B3CC82" w:themeColor="accent3" w:themeTint="BF"/>
          <w:right w:val="single" w:sz="8" w:space="0" w:color="B3CC82" w:themeColor="accent3" w:themeTint="BF"/>
          <w:insideH w:val="nil"/>
          <w:insideV w:val="nil"/>
        </w:tcBorders>
      </w:tcPr>
    </w:tblStylePr>
    <w:tblStylePr w:type="firstCol">
      <w:rPr>
        <w:b/>
        <w:bCs/>
      </w:rPr>
    </w:tblStylePr>
    <w:tblStylePr w:type="lastCol">
      <w:rPr>
        <w:b/>
        <w:bCs/>
      </w:rPr>
    </w:tblStylePr>
    <w:tblStylePr w:type="band1Vert">
      <w:tblPr/>
      <w:tcPr>
        <w:shd w:val="clear" w:color="auto" w:fill="E6EED5" w:themeFill="accent3" w:themeFillTint="3F"/>
      </w:tcPr>
    </w:tblStylePr>
    <w:tblStylePr w:type="band1Horz">
      <w:tblPr/>
      <w:tcPr>
        <w:tcBorders>
          <w:insideH w:val="nil"/>
          <w:insideV w:val="nil"/>
        </w:tcBorders>
        <w:shd w:val="clear" w:color="auto" w:fill="E6EED5" w:themeFill="accent3" w:themeFillTint="3F"/>
      </w:tcPr>
    </w:tblStylePr>
    <w:tblStylePr w:type="band2Horz">
      <w:tblPr/>
      <w:tcPr>
        <w:tcBorders>
          <w:insideH w:val="nil"/>
          <w:insideV w:val="nil"/>
        </w:tcBorders>
      </w:tcPr>
    </w:tblStylePr>
  </w:style>
  <w:style w:type="table" w:styleId="MediumShading1-Accent4">
    <w:name w:val="Medium Shading 1 Accent 4"/>
    <w:basedOn w:val="TableNormal"/>
    <w:uiPriority w:val="63"/>
    <w:rsid w:val="00CB0664"/>
    <w:pPr>
      <w:spacing w:after="0" w:line="240" w:lineRule="auto"/>
    </w:pPr>
    <w:tblPr>
      <w:tblStyleRowBandSize w:val="1"/>
      <w:tblStyleColBandSize w:val="1"/>
      <w:tblInd w:w="0" w:type="dxa"/>
      <w:tblBorders>
        <w:top w:val="single" w:sz="8" w:space="0" w:color="9F8AB9" w:themeColor="accent4" w:themeTint="BF"/>
        <w:left w:val="single" w:sz="8" w:space="0" w:color="9F8AB9" w:themeColor="accent4" w:themeTint="BF"/>
        <w:bottom w:val="single" w:sz="8" w:space="0" w:color="9F8AB9" w:themeColor="accent4" w:themeTint="BF"/>
        <w:right w:val="single" w:sz="8" w:space="0" w:color="9F8AB9" w:themeColor="accent4" w:themeTint="BF"/>
        <w:insideH w:val="single" w:sz="8" w:space="0" w:color="9F8AB9" w:themeColor="accent4"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9F8AB9" w:themeColor="accent4" w:themeTint="BF"/>
          <w:left w:val="single" w:sz="8" w:space="0" w:color="9F8AB9" w:themeColor="accent4" w:themeTint="BF"/>
          <w:bottom w:val="single" w:sz="8" w:space="0" w:color="9F8AB9" w:themeColor="accent4" w:themeTint="BF"/>
          <w:right w:val="single" w:sz="8" w:space="0" w:color="9F8AB9" w:themeColor="accent4" w:themeTint="BF"/>
          <w:insideH w:val="nil"/>
          <w:insideV w:val="nil"/>
        </w:tcBorders>
        <w:shd w:val="clear" w:color="auto" w:fill="8064A2" w:themeFill="accent4"/>
      </w:tcPr>
    </w:tblStylePr>
    <w:tblStylePr w:type="lastRow">
      <w:pPr>
        <w:spacing w:before="0" w:after="0" w:line="240" w:lineRule="auto"/>
      </w:pPr>
      <w:rPr>
        <w:b/>
        <w:bCs/>
      </w:rPr>
      <w:tblPr/>
      <w:tcPr>
        <w:tcBorders>
          <w:top w:val="double" w:sz="6" w:space="0" w:color="9F8AB9" w:themeColor="accent4" w:themeTint="BF"/>
          <w:left w:val="single" w:sz="8" w:space="0" w:color="9F8AB9" w:themeColor="accent4" w:themeTint="BF"/>
          <w:bottom w:val="single" w:sz="8" w:space="0" w:color="9F8AB9" w:themeColor="accent4" w:themeTint="BF"/>
          <w:right w:val="single" w:sz="8" w:space="0" w:color="9F8AB9" w:themeColor="accent4" w:themeTint="BF"/>
          <w:insideH w:val="nil"/>
          <w:insideV w:val="nil"/>
        </w:tcBorders>
      </w:tcPr>
    </w:tblStylePr>
    <w:tblStylePr w:type="firstCol">
      <w:rPr>
        <w:b/>
        <w:bCs/>
      </w:rPr>
    </w:tblStylePr>
    <w:tblStylePr w:type="lastCol">
      <w:rPr>
        <w:b/>
        <w:bCs/>
      </w:rPr>
    </w:tblStylePr>
    <w:tblStylePr w:type="band1Vert">
      <w:tblPr/>
      <w:tcPr>
        <w:shd w:val="clear" w:color="auto" w:fill="DFD8E8" w:themeFill="accent4" w:themeFillTint="3F"/>
      </w:tcPr>
    </w:tblStylePr>
    <w:tblStylePr w:type="band1Horz">
      <w:tblPr/>
      <w:tcPr>
        <w:tcBorders>
          <w:insideH w:val="nil"/>
          <w:insideV w:val="nil"/>
        </w:tcBorders>
        <w:shd w:val="clear" w:color="auto" w:fill="DFD8E8" w:themeFill="accent4" w:themeFillTint="3F"/>
      </w:tcPr>
    </w:tblStylePr>
    <w:tblStylePr w:type="band2Horz">
      <w:tblPr/>
      <w:tcPr>
        <w:tcBorders>
          <w:insideH w:val="nil"/>
          <w:insideV w:val="nil"/>
        </w:tcBorders>
      </w:tcPr>
    </w:tblStylePr>
  </w:style>
  <w:style w:type="table" w:styleId="MediumShading1-Accent5">
    <w:name w:val="Medium Shading 1 Accent 5"/>
    <w:basedOn w:val="TableNormal"/>
    <w:uiPriority w:val="63"/>
    <w:rsid w:val="00CB0664"/>
    <w:pPr>
      <w:spacing w:after="0" w:line="240" w:lineRule="auto"/>
    </w:pPr>
    <w:tblPr>
      <w:tblStyleRowBandSize w:val="1"/>
      <w:tblStyleColBandSize w:val="1"/>
      <w:tblInd w:w="0" w:type="dxa"/>
      <w:tblBorders>
        <w:top w:val="single" w:sz="8" w:space="0" w:color="78C0D4" w:themeColor="accent5" w:themeTint="BF"/>
        <w:left w:val="single" w:sz="8" w:space="0" w:color="78C0D4" w:themeColor="accent5" w:themeTint="BF"/>
        <w:bottom w:val="single" w:sz="8" w:space="0" w:color="78C0D4" w:themeColor="accent5" w:themeTint="BF"/>
        <w:right w:val="single" w:sz="8" w:space="0" w:color="78C0D4" w:themeColor="accent5" w:themeTint="BF"/>
        <w:insideH w:val="single" w:sz="8" w:space="0" w:color="78C0D4" w:themeColor="accent5"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78C0D4" w:themeColor="accent5" w:themeTint="BF"/>
          <w:left w:val="single" w:sz="8" w:space="0" w:color="78C0D4" w:themeColor="accent5" w:themeTint="BF"/>
          <w:bottom w:val="single" w:sz="8" w:space="0" w:color="78C0D4" w:themeColor="accent5" w:themeTint="BF"/>
          <w:right w:val="single" w:sz="8" w:space="0" w:color="78C0D4" w:themeColor="accent5" w:themeTint="BF"/>
          <w:insideH w:val="nil"/>
          <w:insideV w:val="nil"/>
        </w:tcBorders>
        <w:shd w:val="clear" w:color="auto" w:fill="4BACC6" w:themeFill="accent5"/>
      </w:tcPr>
    </w:tblStylePr>
    <w:tblStylePr w:type="lastRow">
      <w:pPr>
        <w:spacing w:before="0" w:after="0" w:line="240" w:lineRule="auto"/>
      </w:pPr>
      <w:rPr>
        <w:b/>
        <w:bCs/>
      </w:rPr>
      <w:tblPr/>
      <w:tcPr>
        <w:tcBorders>
          <w:top w:val="double" w:sz="6" w:space="0" w:color="78C0D4" w:themeColor="accent5" w:themeTint="BF"/>
          <w:left w:val="single" w:sz="8" w:space="0" w:color="78C0D4" w:themeColor="accent5" w:themeTint="BF"/>
          <w:bottom w:val="single" w:sz="8" w:space="0" w:color="78C0D4" w:themeColor="accent5" w:themeTint="BF"/>
          <w:right w:val="single" w:sz="8" w:space="0" w:color="78C0D4" w:themeColor="accent5" w:themeTint="BF"/>
          <w:insideH w:val="nil"/>
          <w:insideV w:val="nil"/>
        </w:tcBorders>
      </w:tcPr>
    </w:tblStylePr>
    <w:tblStylePr w:type="firstCol">
      <w:rPr>
        <w:b/>
        <w:bCs/>
      </w:rPr>
    </w:tblStylePr>
    <w:tblStylePr w:type="lastCol">
      <w:rPr>
        <w:b/>
        <w:bCs/>
      </w:rPr>
    </w:tblStylePr>
    <w:tblStylePr w:type="band1Vert">
      <w:tblPr/>
      <w:tcPr>
        <w:shd w:val="clear" w:color="auto" w:fill="D2EAF1" w:themeFill="accent5" w:themeFillTint="3F"/>
      </w:tcPr>
    </w:tblStylePr>
    <w:tblStylePr w:type="band1Horz">
      <w:tblPr/>
      <w:tcPr>
        <w:tcBorders>
          <w:insideH w:val="nil"/>
          <w:insideV w:val="nil"/>
        </w:tcBorders>
        <w:shd w:val="clear" w:color="auto" w:fill="D2EAF1" w:themeFill="accent5" w:themeFillTint="3F"/>
      </w:tcPr>
    </w:tblStylePr>
    <w:tblStylePr w:type="band2Horz">
      <w:tblPr/>
      <w:tcPr>
        <w:tcBorders>
          <w:insideH w:val="nil"/>
          <w:insideV w:val="nil"/>
        </w:tcBorders>
      </w:tcPr>
    </w:tblStylePr>
  </w:style>
  <w:style w:type="table" w:styleId="MediumShading1-Accent6">
    <w:name w:val="Medium Shading 1 Accent 6"/>
    <w:basedOn w:val="TableNormal"/>
    <w:uiPriority w:val="63"/>
    <w:rsid w:val="00CB0664"/>
    <w:pPr>
      <w:spacing w:after="0" w:line="240" w:lineRule="auto"/>
    </w:pPr>
    <w:tblPr>
      <w:tblStyleRowBandSize w:val="1"/>
      <w:tblStyleColBandSize w:val="1"/>
      <w:tblInd w:w="0" w:type="dxa"/>
      <w:tblBorders>
        <w:top w:val="single" w:sz="8" w:space="0" w:color="F9B074" w:themeColor="accent6" w:themeTint="BF"/>
        <w:left w:val="single" w:sz="8" w:space="0" w:color="F9B074" w:themeColor="accent6" w:themeTint="BF"/>
        <w:bottom w:val="single" w:sz="8" w:space="0" w:color="F9B074" w:themeColor="accent6" w:themeTint="BF"/>
        <w:right w:val="single" w:sz="8" w:space="0" w:color="F9B074" w:themeColor="accent6" w:themeTint="BF"/>
        <w:insideH w:val="single" w:sz="8" w:space="0" w:color="F9B074" w:themeColor="accent6"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F9B074" w:themeColor="accent6" w:themeTint="BF"/>
          <w:left w:val="single" w:sz="8" w:space="0" w:color="F9B074" w:themeColor="accent6" w:themeTint="BF"/>
          <w:bottom w:val="single" w:sz="8" w:space="0" w:color="F9B074" w:themeColor="accent6" w:themeTint="BF"/>
          <w:right w:val="single" w:sz="8" w:space="0" w:color="F9B074" w:themeColor="accent6" w:themeTint="BF"/>
          <w:insideH w:val="nil"/>
          <w:insideV w:val="nil"/>
        </w:tcBorders>
        <w:shd w:val="clear" w:color="auto" w:fill="F79646" w:themeFill="accent6"/>
      </w:tcPr>
    </w:tblStylePr>
    <w:tblStylePr w:type="lastRow">
      <w:pPr>
        <w:spacing w:before="0" w:after="0" w:line="240" w:lineRule="auto"/>
      </w:pPr>
      <w:rPr>
        <w:b/>
        <w:bCs/>
      </w:rPr>
      <w:tblPr/>
      <w:tcPr>
        <w:tcBorders>
          <w:top w:val="double" w:sz="6" w:space="0" w:color="F9B074" w:themeColor="accent6" w:themeTint="BF"/>
          <w:left w:val="single" w:sz="8" w:space="0" w:color="F9B074" w:themeColor="accent6" w:themeTint="BF"/>
          <w:bottom w:val="single" w:sz="8" w:space="0" w:color="F9B074" w:themeColor="accent6" w:themeTint="BF"/>
          <w:right w:val="single" w:sz="8" w:space="0" w:color="F9B074" w:themeColor="accent6" w:themeTint="BF"/>
          <w:insideH w:val="nil"/>
          <w:insideV w:val="nil"/>
        </w:tcBorders>
      </w:tcPr>
    </w:tblStylePr>
    <w:tblStylePr w:type="firstCol">
      <w:rPr>
        <w:b/>
        <w:bCs/>
      </w:rPr>
    </w:tblStylePr>
    <w:tblStylePr w:type="lastCol">
      <w:rPr>
        <w:b/>
        <w:bCs/>
      </w:rPr>
    </w:tblStylePr>
    <w:tblStylePr w:type="band1Vert">
      <w:tblPr/>
      <w:tcPr>
        <w:shd w:val="clear" w:color="auto" w:fill="FDE4D0" w:themeFill="accent6" w:themeFillTint="3F"/>
      </w:tcPr>
    </w:tblStylePr>
    <w:tblStylePr w:type="band1Horz">
      <w:tblPr/>
      <w:tcPr>
        <w:tcBorders>
          <w:insideH w:val="nil"/>
          <w:insideV w:val="nil"/>
        </w:tcBorders>
        <w:shd w:val="clear" w:color="auto" w:fill="FDE4D0" w:themeFill="accent6" w:themeFillTint="3F"/>
      </w:tcPr>
    </w:tblStylePr>
    <w:tblStylePr w:type="band2Horz">
      <w:tblPr/>
      <w:tcPr>
        <w:tcBorders>
          <w:insideH w:val="nil"/>
          <w:insideV w:val="nil"/>
        </w:tcBorders>
      </w:tcPr>
    </w:tblStylePr>
  </w:style>
  <w:style w:type="table" w:styleId="MediumShading2">
    <w:name w:val="Medium Shading 2"/>
    <w:basedOn w:val="TableNormal"/>
    <w:uiPriority w:val="64"/>
    <w:rsid w:val="00CB066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000000" w:themeFill="text1"/>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000000" w:themeFill="text1"/>
      </w:tcPr>
    </w:tblStylePr>
    <w:tblStylePr w:type="lastCol">
      <w:rPr>
        <w:b/>
        <w:bCs/>
        <w:color w:val="FFFFFF" w:themeColor="background1"/>
      </w:rPr>
      <w:tblPr/>
      <w:tcPr>
        <w:tcBorders>
          <w:left w:val="nil"/>
          <w:right w:val="nil"/>
          <w:insideH w:val="nil"/>
          <w:insideV w:val="nil"/>
        </w:tcBorders>
        <w:shd w:val="clear" w:color="auto" w:fill="000000" w:themeFill="text1"/>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1">
    <w:name w:val="Medium Shading 2 Accent 1"/>
    <w:basedOn w:val="TableNormal"/>
    <w:uiPriority w:val="64"/>
    <w:rsid w:val="00CB066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4F81BD" w:themeFill="accent1"/>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4F81BD" w:themeFill="accent1"/>
      </w:tcPr>
    </w:tblStylePr>
    <w:tblStylePr w:type="lastCol">
      <w:rPr>
        <w:b/>
        <w:bCs/>
        <w:color w:val="FFFFFF" w:themeColor="background1"/>
      </w:rPr>
      <w:tblPr/>
      <w:tcPr>
        <w:tcBorders>
          <w:left w:val="nil"/>
          <w:right w:val="nil"/>
          <w:insideH w:val="nil"/>
          <w:insideV w:val="nil"/>
        </w:tcBorders>
        <w:shd w:val="clear" w:color="auto" w:fill="4F81BD" w:themeFill="accent1"/>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2">
    <w:name w:val="Medium Shading 2 Accent 2"/>
    <w:basedOn w:val="TableNormal"/>
    <w:uiPriority w:val="64"/>
    <w:rsid w:val="00CB066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C0504D" w:themeFill="accent2"/>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C0504D" w:themeFill="accent2"/>
      </w:tcPr>
    </w:tblStylePr>
    <w:tblStylePr w:type="lastCol">
      <w:rPr>
        <w:b/>
        <w:bCs/>
        <w:color w:val="FFFFFF" w:themeColor="background1"/>
      </w:rPr>
      <w:tblPr/>
      <w:tcPr>
        <w:tcBorders>
          <w:left w:val="nil"/>
          <w:right w:val="nil"/>
          <w:insideH w:val="nil"/>
          <w:insideV w:val="nil"/>
        </w:tcBorders>
        <w:shd w:val="clear" w:color="auto" w:fill="C0504D" w:themeFill="accent2"/>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3">
    <w:name w:val="Medium Shading 2 Accent 3"/>
    <w:basedOn w:val="TableNormal"/>
    <w:uiPriority w:val="64"/>
    <w:rsid w:val="00CB066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9BBB59" w:themeFill="accent3"/>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9BBB59" w:themeFill="accent3"/>
      </w:tcPr>
    </w:tblStylePr>
    <w:tblStylePr w:type="lastCol">
      <w:rPr>
        <w:b/>
        <w:bCs/>
        <w:color w:val="FFFFFF" w:themeColor="background1"/>
      </w:rPr>
      <w:tblPr/>
      <w:tcPr>
        <w:tcBorders>
          <w:left w:val="nil"/>
          <w:right w:val="nil"/>
          <w:insideH w:val="nil"/>
          <w:insideV w:val="nil"/>
        </w:tcBorders>
        <w:shd w:val="clear" w:color="auto" w:fill="9BBB59" w:themeFill="accent3"/>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4">
    <w:name w:val="Medium Shading 2 Accent 4"/>
    <w:basedOn w:val="TableNormal"/>
    <w:uiPriority w:val="64"/>
    <w:rsid w:val="00CB066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8064A2" w:themeFill="accent4"/>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8064A2" w:themeFill="accent4"/>
      </w:tcPr>
    </w:tblStylePr>
    <w:tblStylePr w:type="lastCol">
      <w:rPr>
        <w:b/>
        <w:bCs/>
        <w:color w:val="FFFFFF" w:themeColor="background1"/>
      </w:rPr>
      <w:tblPr/>
      <w:tcPr>
        <w:tcBorders>
          <w:left w:val="nil"/>
          <w:right w:val="nil"/>
          <w:insideH w:val="nil"/>
          <w:insideV w:val="nil"/>
        </w:tcBorders>
        <w:shd w:val="clear" w:color="auto" w:fill="8064A2" w:themeFill="accent4"/>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5">
    <w:name w:val="Medium Shading 2 Accent 5"/>
    <w:basedOn w:val="TableNormal"/>
    <w:uiPriority w:val="64"/>
    <w:rsid w:val="00CB066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4BACC6" w:themeFill="accent5"/>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4BACC6" w:themeFill="accent5"/>
      </w:tcPr>
    </w:tblStylePr>
    <w:tblStylePr w:type="lastCol">
      <w:rPr>
        <w:b/>
        <w:bCs/>
        <w:color w:val="FFFFFF" w:themeColor="background1"/>
      </w:rPr>
      <w:tblPr/>
      <w:tcPr>
        <w:tcBorders>
          <w:left w:val="nil"/>
          <w:right w:val="nil"/>
          <w:insideH w:val="nil"/>
          <w:insideV w:val="nil"/>
        </w:tcBorders>
        <w:shd w:val="clear" w:color="auto" w:fill="4BACC6" w:themeFill="accent5"/>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6">
    <w:name w:val="Medium Shading 2 Accent 6"/>
    <w:basedOn w:val="TableNormal"/>
    <w:uiPriority w:val="64"/>
    <w:rsid w:val="00CB066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F79646" w:themeFill="accent6"/>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F79646" w:themeFill="accent6"/>
      </w:tcPr>
    </w:tblStylePr>
    <w:tblStylePr w:type="lastCol">
      <w:rPr>
        <w:b/>
        <w:bCs/>
        <w:color w:val="FFFFFF" w:themeColor="background1"/>
      </w:rPr>
      <w:tblPr/>
      <w:tcPr>
        <w:tcBorders>
          <w:left w:val="nil"/>
          <w:right w:val="nil"/>
          <w:insideH w:val="nil"/>
          <w:insideV w:val="nil"/>
        </w:tcBorders>
        <w:shd w:val="clear" w:color="auto" w:fill="F79646" w:themeFill="accent6"/>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List1">
    <w:name w:val="Medium List 1"/>
    <w:basedOn w:val="TableNormal"/>
    <w:uiPriority w:val="65"/>
    <w:rsid w:val="00CB0664"/>
    <w:pPr>
      <w:spacing w:after="0" w:line="240" w:lineRule="auto"/>
    </w:pPr>
    <w:rPr>
      <w:color w:val="000000" w:themeColor="text1"/>
    </w:rPr>
    <w:tblPr>
      <w:tblStyleRowBandSize w:val="1"/>
      <w:tblStyleColBandSize w:val="1"/>
      <w:tblInd w:w="0" w:type="dxa"/>
      <w:tblBorders>
        <w:top w:val="single" w:sz="8" w:space="0" w:color="000000" w:themeColor="text1"/>
        <w:bottom w:val="single" w:sz="8" w:space="0" w:color="000000" w:themeColor="text1"/>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000000" w:themeColor="text1"/>
        </w:tcBorders>
      </w:tcPr>
    </w:tblStylePr>
    <w:tblStylePr w:type="lastRow">
      <w:rPr>
        <w:b/>
        <w:bCs/>
        <w:color w:val="1F497D" w:themeColor="text2"/>
      </w:rPr>
      <w:tblPr/>
      <w:tcPr>
        <w:tcBorders>
          <w:top w:val="single" w:sz="8" w:space="0" w:color="000000" w:themeColor="text1"/>
          <w:bottom w:val="single" w:sz="8" w:space="0" w:color="000000" w:themeColor="text1"/>
        </w:tcBorders>
      </w:tcPr>
    </w:tblStylePr>
    <w:tblStylePr w:type="firstCol">
      <w:rPr>
        <w:b/>
        <w:bCs/>
      </w:rPr>
    </w:tblStylePr>
    <w:tblStylePr w:type="lastCol">
      <w:rPr>
        <w:b/>
        <w:bCs/>
      </w:rPr>
      <w:tblPr/>
      <w:tcPr>
        <w:tcBorders>
          <w:top w:val="single" w:sz="8" w:space="0" w:color="000000" w:themeColor="text1"/>
          <w:bottom w:val="single" w:sz="8" w:space="0" w:color="000000" w:themeColor="text1"/>
        </w:tcBorders>
      </w:tcPr>
    </w:tblStylePr>
    <w:tblStylePr w:type="band1Vert">
      <w:tblPr/>
      <w:tcPr>
        <w:shd w:val="clear" w:color="auto" w:fill="C0C0C0" w:themeFill="text1" w:themeFillTint="3F"/>
      </w:tcPr>
    </w:tblStylePr>
    <w:tblStylePr w:type="band1Horz">
      <w:tblPr/>
      <w:tcPr>
        <w:shd w:val="clear" w:color="auto" w:fill="C0C0C0" w:themeFill="text1" w:themeFillTint="3F"/>
      </w:tcPr>
    </w:tblStylePr>
  </w:style>
  <w:style w:type="table" w:styleId="MediumList1-Accent1">
    <w:name w:val="Medium List 1 Accent 1"/>
    <w:basedOn w:val="TableNormal"/>
    <w:uiPriority w:val="65"/>
    <w:rsid w:val="00CB0664"/>
    <w:pPr>
      <w:spacing w:after="0" w:line="240" w:lineRule="auto"/>
    </w:pPr>
    <w:rPr>
      <w:color w:val="000000" w:themeColor="text1"/>
    </w:rPr>
    <w:tblPr>
      <w:tblStyleRowBandSize w:val="1"/>
      <w:tblStyleColBandSize w:val="1"/>
      <w:tblInd w:w="0" w:type="dxa"/>
      <w:tblBorders>
        <w:top w:val="single" w:sz="8" w:space="0" w:color="4F81BD" w:themeColor="accent1"/>
        <w:bottom w:val="single" w:sz="8" w:space="0" w:color="4F81BD" w:themeColor="accent1"/>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4F81BD" w:themeColor="accent1"/>
        </w:tcBorders>
      </w:tcPr>
    </w:tblStylePr>
    <w:tblStylePr w:type="lastRow">
      <w:rPr>
        <w:b/>
        <w:bCs/>
        <w:color w:val="1F497D" w:themeColor="text2"/>
      </w:rPr>
      <w:tblPr/>
      <w:tcPr>
        <w:tcBorders>
          <w:top w:val="single" w:sz="8" w:space="0" w:color="4F81BD" w:themeColor="accent1"/>
          <w:bottom w:val="single" w:sz="8" w:space="0" w:color="4F81BD" w:themeColor="accent1"/>
        </w:tcBorders>
      </w:tcPr>
    </w:tblStylePr>
    <w:tblStylePr w:type="firstCol">
      <w:rPr>
        <w:b/>
        <w:bCs/>
      </w:rPr>
    </w:tblStylePr>
    <w:tblStylePr w:type="lastCol">
      <w:rPr>
        <w:b/>
        <w:bCs/>
      </w:rPr>
      <w:tblPr/>
      <w:tcPr>
        <w:tcBorders>
          <w:top w:val="single" w:sz="8" w:space="0" w:color="4F81BD" w:themeColor="accent1"/>
          <w:bottom w:val="single" w:sz="8" w:space="0" w:color="4F81BD" w:themeColor="accent1"/>
        </w:tcBorders>
      </w:tcPr>
    </w:tblStylePr>
    <w:tblStylePr w:type="band1Vert">
      <w:tblPr/>
      <w:tcPr>
        <w:shd w:val="clear" w:color="auto" w:fill="D3DFEE" w:themeFill="accent1" w:themeFillTint="3F"/>
      </w:tcPr>
    </w:tblStylePr>
    <w:tblStylePr w:type="band1Horz">
      <w:tblPr/>
      <w:tcPr>
        <w:shd w:val="clear" w:color="auto" w:fill="D3DFEE" w:themeFill="accent1" w:themeFillTint="3F"/>
      </w:tcPr>
    </w:tblStylePr>
  </w:style>
  <w:style w:type="table" w:styleId="MediumList1-Accent2">
    <w:name w:val="Medium List 1 Accent 2"/>
    <w:basedOn w:val="TableNormal"/>
    <w:uiPriority w:val="65"/>
    <w:rsid w:val="00CB0664"/>
    <w:pPr>
      <w:spacing w:after="0" w:line="240" w:lineRule="auto"/>
    </w:pPr>
    <w:rPr>
      <w:color w:val="000000" w:themeColor="text1"/>
    </w:rPr>
    <w:tblPr>
      <w:tblStyleRowBandSize w:val="1"/>
      <w:tblStyleColBandSize w:val="1"/>
      <w:tblInd w:w="0" w:type="dxa"/>
      <w:tblBorders>
        <w:top w:val="single" w:sz="8" w:space="0" w:color="C0504D" w:themeColor="accent2"/>
        <w:bottom w:val="single" w:sz="8" w:space="0" w:color="C0504D" w:themeColor="accent2"/>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C0504D" w:themeColor="accent2"/>
        </w:tcBorders>
      </w:tcPr>
    </w:tblStylePr>
    <w:tblStylePr w:type="lastRow">
      <w:rPr>
        <w:b/>
        <w:bCs/>
        <w:color w:val="1F497D" w:themeColor="text2"/>
      </w:rPr>
      <w:tblPr/>
      <w:tcPr>
        <w:tcBorders>
          <w:top w:val="single" w:sz="8" w:space="0" w:color="C0504D" w:themeColor="accent2"/>
          <w:bottom w:val="single" w:sz="8" w:space="0" w:color="C0504D" w:themeColor="accent2"/>
        </w:tcBorders>
      </w:tcPr>
    </w:tblStylePr>
    <w:tblStylePr w:type="firstCol">
      <w:rPr>
        <w:b/>
        <w:bCs/>
      </w:rPr>
    </w:tblStylePr>
    <w:tblStylePr w:type="lastCol">
      <w:rPr>
        <w:b/>
        <w:bCs/>
      </w:rPr>
      <w:tblPr/>
      <w:tcPr>
        <w:tcBorders>
          <w:top w:val="single" w:sz="8" w:space="0" w:color="C0504D" w:themeColor="accent2"/>
          <w:bottom w:val="single" w:sz="8" w:space="0" w:color="C0504D" w:themeColor="accent2"/>
        </w:tcBorders>
      </w:tcPr>
    </w:tblStylePr>
    <w:tblStylePr w:type="band1Vert">
      <w:tblPr/>
      <w:tcPr>
        <w:shd w:val="clear" w:color="auto" w:fill="EFD3D2" w:themeFill="accent2" w:themeFillTint="3F"/>
      </w:tcPr>
    </w:tblStylePr>
    <w:tblStylePr w:type="band1Horz">
      <w:tblPr/>
      <w:tcPr>
        <w:shd w:val="clear" w:color="auto" w:fill="EFD3D2" w:themeFill="accent2" w:themeFillTint="3F"/>
      </w:tcPr>
    </w:tblStylePr>
  </w:style>
  <w:style w:type="table" w:styleId="MediumList1-Accent3">
    <w:name w:val="Medium List 1 Accent 3"/>
    <w:basedOn w:val="TableNormal"/>
    <w:uiPriority w:val="65"/>
    <w:rsid w:val="00CB0664"/>
    <w:pPr>
      <w:spacing w:after="0" w:line="240" w:lineRule="auto"/>
    </w:pPr>
    <w:rPr>
      <w:color w:val="000000" w:themeColor="text1"/>
    </w:rPr>
    <w:tblPr>
      <w:tblStyleRowBandSize w:val="1"/>
      <w:tblStyleColBandSize w:val="1"/>
      <w:tblInd w:w="0" w:type="dxa"/>
      <w:tblBorders>
        <w:top w:val="single" w:sz="8" w:space="0" w:color="9BBB59" w:themeColor="accent3"/>
        <w:bottom w:val="single" w:sz="8" w:space="0" w:color="9BBB59" w:themeColor="accent3"/>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9BBB59" w:themeColor="accent3"/>
        </w:tcBorders>
      </w:tcPr>
    </w:tblStylePr>
    <w:tblStylePr w:type="lastRow">
      <w:rPr>
        <w:b/>
        <w:bCs/>
        <w:color w:val="1F497D" w:themeColor="text2"/>
      </w:rPr>
      <w:tblPr/>
      <w:tcPr>
        <w:tcBorders>
          <w:top w:val="single" w:sz="8" w:space="0" w:color="9BBB59" w:themeColor="accent3"/>
          <w:bottom w:val="single" w:sz="8" w:space="0" w:color="9BBB59" w:themeColor="accent3"/>
        </w:tcBorders>
      </w:tcPr>
    </w:tblStylePr>
    <w:tblStylePr w:type="firstCol">
      <w:rPr>
        <w:b/>
        <w:bCs/>
      </w:rPr>
    </w:tblStylePr>
    <w:tblStylePr w:type="lastCol">
      <w:rPr>
        <w:b/>
        <w:bCs/>
      </w:rPr>
      <w:tblPr/>
      <w:tcPr>
        <w:tcBorders>
          <w:top w:val="single" w:sz="8" w:space="0" w:color="9BBB59" w:themeColor="accent3"/>
          <w:bottom w:val="single" w:sz="8" w:space="0" w:color="9BBB59" w:themeColor="accent3"/>
        </w:tcBorders>
      </w:tcPr>
    </w:tblStylePr>
    <w:tblStylePr w:type="band1Vert">
      <w:tblPr/>
      <w:tcPr>
        <w:shd w:val="clear" w:color="auto" w:fill="E6EED5" w:themeFill="accent3" w:themeFillTint="3F"/>
      </w:tcPr>
    </w:tblStylePr>
    <w:tblStylePr w:type="band1Horz">
      <w:tblPr/>
      <w:tcPr>
        <w:shd w:val="clear" w:color="auto" w:fill="E6EED5" w:themeFill="accent3" w:themeFillTint="3F"/>
      </w:tcPr>
    </w:tblStylePr>
  </w:style>
  <w:style w:type="table" w:styleId="MediumList1-Accent4">
    <w:name w:val="Medium List 1 Accent 4"/>
    <w:basedOn w:val="TableNormal"/>
    <w:uiPriority w:val="65"/>
    <w:rsid w:val="00CB0664"/>
    <w:pPr>
      <w:spacing w:after="0" w:line="240" w:lineRule="auto"/>
    </w:pPr>
    <w:rPr>
      <w:color w:val="000000" w:themeColor="text1"/>
    </w:rPr>
    <w:tblPr>
      <w:tblStyleRowBandSize w:val="1"/>
      <w:tblStyleColBandSize w:val="1"/>
      <w:tblInd w:w="0" w:type="dxa"/>
      <w:tblBorders>
        <w:top w:val="single" w:sz="8" w:space="0" w:color="8064A2" w:themeColor="accent4"/>
        <w:bottom w:val="single" w:sz="8" w:space="0" w:color="8064A2" w:themeColor="accent4"/>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8064A2" w:themeColor="accent4"/>
        </w:tcBorders>
      </w:tcPr>
    </w:tblStylePr>
    <w:tblStylePr w:type="lastRow">
      <w:rPr>
        <w:b/>
        <w:bCs/>
        <w:color w:val="1F497D" w:themeColor="text2"/>
      </w:rPr>
      <w:tblPr/>
      <w:tcPr>
        <w:tcBorders>
          <w:top w:val="single" w:sz="8" w:space="0" w:color="8064A2" w:themeColor="accent4"/>
          <w:bottom w:val="single" w:sz="8" w:space="0" w:color="8064A2" w:themeColor="accent4"/>
        </w:tcBorders>
      </w:tcPr>
    </w:tblStylePr>
    <w:tblStylePr w:type="firstCol">
      <w:rPr>
        <w:b/>
        <w:bCs/>
      </w:rPr>
    </w:tblStylePr>
    <w:tblStylePr w:type="lastCol">
      <w:rPr>
        <w:b/>
        <w:bCs/>
      </w:rPr>
      <w:tblPr/>
      <w:tcPr>
        <w:tcBorders>
          <w:top w:val="single" w:sz="8" w:space="0" w:color="8064A2" w:themeColor="accent4"/>
          <w:bottom w:val="single" w:sz="8" w:space="0" w:color="8064A2" w:themeColor="accent4"/>
        </w:tcBorders>
      </w:tcPr>
    </w:tblStylePr>
    <w:tblStylePr w:type="band1Vert">
      <w:tblPr/>
      <w:tcPr>
        <w:shd w:val="clear" w:color="auto" w:fill="DFD8E8" w:themeFill="accent4" w:themeFillTint="3F"/>
      </w:tcPr>
    </w:tblStylePr>
    <w:tblStylePr w:type="band1Horz">
      <w:tblPr/>
      <w:tcPr>
        <w:shd w:val="clear" w:color="auto" w:fill="DFD8E8" w:themeFill="accent4" w:themeFillTint="3F"/>
      </w:tcPr>
    </w:tblStylePr>
  </w:style>
  <w:style w:type="table" w:styleId="MediumList1-Accent5">
    <w:name w:val="Medium List 1 Accent 5"/>
    <w:basedOn w:val="TableNormal"/>
    <w:uiPriority w:val="65"/>
    <w:rsid w:val="00CB0664"/>
    <w:pPr>
      <w:spacing w:after="0" w:line="240" w:lineRule="auto"/>
    </w:pPr>
    <w:rPr>
      <w:color w:val="000000" w:themeColor="text1"/>
    </w:rPr>
    <w:tblPr>
      <w:tblStyleRowBandSize w:val="1"/>
      <w:tblStyleColBandSize w:val="1"/>
      <w:tblInd w:w="0" w:type="dxa"/>
      <w:tblBorders>
        <w:top w:val="single" w:sz="8" w:space="0" w:color="4BACC6" w:themeColor="accent5"/>
        <w:bottom w:val="single" w:sz="8" w:space="0" w:color="4BACC6" w:themeColor="accent5"/>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4BACC6" w:themeColor="accent5"/>
        </w:tcBorders>
      </w:tcPr>
    </w:tblStylePr>
    <w:tblStylePr w:type="lastRow">
      <w:rPr>
        <w:b/>
        <w:bCs/>
        <w:color w:val="1F497D" w:themeColor="text2"/>
      </w:rPr>
      <w:tblPr/>
      <w:tcPr>
        <w:tcBorders>
          <w:top w:val="single" w:sz="8" w:space="0" w:color="4BACC6" w:themeColor="accent5"/>
          <w:bottom w:val="single" w:sz="8" w:space="0" w:color="4BACC6" w:themeColor="accent5"/>
        </w:tcBorders>
      </w:tcPr>
    </w:tblStylePr>
    <w:tblStylePr w:type="firstCol">
      <w:rPr>
        <w:b/>
        <w:bCs/>
      </w:rPr>
    </w:tblStylePr>
    <w:tblStylePr w:type="lastCol">
      <w:rPr>
        <w:b/>
        <w:bCs/>
      </w:rPr>
      <w:tblPr/>
      <w:tcPr>
        <w:tcBorders>
          <w:top w:val="single" w:sz="8" w:space="0" w:color="4BACC6" w:themeColor="accent5"/>
          <w:bottom w:val="single" w:sz="8" w:space="0" w:color="4BACC6" w:themeColor="accent5"/>
        </w:tcBorders>
      </w:tcPr>
    </w:tblStylePr>
    <w:tblStylePr w:type="band1Vert">
      <w:tblPr/>
      <w:tcPr>
        <w:shd w:val="clear" w:color="auto" w:fill="D2EAF1" w:themeFill="accent5" w:themeFillTint="3F"/>
      </w:tcPr>
    </w:tblStylePr>
    <w:tblStylePr w:type="band1Horz">
      <w:tblPr/>
      <w:tcPr>
        <w:shd w:val="clear" w:color="auto" w:fill="D2EAF1" w:themeFill="accent5" w:themeFillTint="3F"/>
      </w:tcPr>
    </w:tblStylePr>
  </w:style>
  <w:style w:type="table" w:styleId="MediumList1-Accent6">
    <w:name w:val="Medium List 1 Accent 6"/>
    <w:basedOn w:val="TableNormal"/>
    <w:uiPriority w:val="65"/>
    <w:rsid w:val="00CB0664"/>
    <w:pPr>
      <w:spacing w:after="0" w:line="240" w:lineRule="auto"/>
    </w:pPr>
    <w:rPr>
      <w:color w:val="000000" w:themeColor="text1"/>
    </w:rPr>
    <w:tblPr>
      <w:tblStyleRowBandSize w:val="1"/>
      <w:tblStyleColBandSize w:val="1"/>
      <w:tblInd w:w="0" w:type="dxa"/>
      <w:tblBorders>
        <w:top w:val="single" w:sz="8" w:space="0" w:color="F79646" w:themeColor="accent6"/>
        <w:bottom w:val="single" w:sz="8" w:space="0" w:color="F79646" w:themeColor="accent6"/>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F79646" w:themeColor="accent6"/>
        </w:tcBorders>
      </w:tcPr>
    </w:tblStylePr>
    <w:tblStylePr w:type="lastRow">
      <w:rPr>
        <w:b/>
        <w:bCs/>
        <w:color w:val="1F497D" w:themeColor="text2"/>
      </w:rPr>
      <w:tblPr/>
      <w:tcPr>
        <w:tcBorders>
          <w:top w:val="single" w:sz="8" w:space="0" w:color="F79646" w:themeColor="accent6"/>
          <w:bottom w:val="single" w:sz="8" w:space="0" w:color="F79646" w:themeColor="accent6"/>
        </w:tcBorders>
      </w:tcPr>
    </w:tblStylePr>
    <w:tblStylePr w:type="firstCol">
      <w:rPr>
        <w:b/>
        <w:bCs/>
      </w:rPr>
    </w:tblStylePr>
    <w:tblStylePr w:type="lastCol">
      <w:rPr>
        <w:b/>
        <w:bCs/>
      </w:rPr>
      <w:tblPr/>
      <w:tcPr>
        <w:tcBorders>
          <w:top w:val="single" w:sz="8" w:space="0" w:color="F79646" w:themeColor="accent6"/>
          <w:bottom w:val="single" w:sz="8" w:space="0" w:color="F79646" w:themeColor="accent6"/>
        </w:tcBorders>
      </w:tcPr>
    </w:tblStylePr>
    <w:tblStylePr w:type="band1Vert">
      <w:tblPr/>
      <w:tcPr>
        <w:shd w:val="clear" w:color="auto" w:fill="FDE4D0" w:themeFill="accent6" w:themeFillTint="3F"/>
      </w:tcPr>
    </w:tblStylePr>
    <w:tblStylePr w:type="band1Horz">
      <w:tblPr/>
      <w:tcPr>
        <w:shd w:val="clear" w:color="auto" w:fill="FDE4D0" w:themeFill="accent6" w:themeFillTint="3F"/>
      </w:tcPr>
    </w:tblStylePr>
  </w:style>
  <w:style w:type="table" w:styleId="MediumList2">
    <w:name w:val="Medium List 2"/>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000000" w:themeColor="text1"/>
        <w:left w:val="single" w:sz="8" w:space="0" w:color="000000" w:themeColor="text1"/>
        <w:bottom w:val="single" w:sz="8" w:space="0" w:color="000000" w:themeColor="text1"/>
        <w:right w:val="single" w:sz="8" w:space="0" w:color="000000" w:themeColor="text1"/>
      </w:tblBorders>
      <w:tblCellMar>
        <w:top w:w="0" w:type="dxa"/>
        <w:left w:w="108" w:type="dxa"/>
        <w:bottom w:w="0" w:type="dxa"/>
        <w:right w:w="108" w:type="dxa"/>
      </w:tblCellMar>
    </w:tblPr>
    <w:tblStylePr w:type="firstRow">
      <w:rPr>
        <w:sz w:val="24"/>
        <w:szCs w:val="24"/>
      </w:rPr>
      <w:tblPr/>
      <w:tcPr>
        <w:tcBorders>
          <w:top w:val="nil"/>
          <w:left w:val="nil"/>
          <w:bottom w:val="single" w:sz="24" w:space="0" w:color="000000" w:themeColor="text1"/>
          <w:right w:val="nil"/>
          <w:insideH w:val="nil"/>
          <w:insideV w:val="nil"/>
        </w:tcBorders>
        <w:shd w:val="clear" w:color="auto" w:fill="FFFFFF" w:themeFill="background1"/>
      </w:tcPr>
    </w:tblStylePr>
    <w:tblStylePr w:type="lastRow">
      <w:tblPr/>
      <w:tcPr>
        <w:tcBorders>
          <w:top w:val="single" w:sz="8" w:space="0" w:color="000000" w:themeColor="text1"/>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000000" w:themeColor="text1"/>
          <w:insideH w:val="nil"/>
          <w:insideV w:val="nil"/>
        </w:tcBorders>
        <w:shd w:val="clear" w:color="auto" w:fill="FFFFFF" w:themeFill="background1"/>
      </w:tcPr>
    </w:tblStylePr>
    <w:tblStylePr w:type="lastCol">
      <w:tblPr/>
      <w:tcPr>
        <w:tcBorders>
          <w:top w:val="nil"/>
          <w:left w:val="single" w:sz="8" w:space="0" w:color="000000" w:themeColor="text1"/>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C0C0C0" w:themeFill="text1" w:themeFillTint="3F"/>
      </w:tcPr>
    </w:tblStylePr>
    <w:tblStylePr w:type="band1Horz">
      <w:tblPr/>
      <w:tcPr>
        <w:tcBorders>
          <w:top w:val="nil"/>
          <w:bottom w:val="nil"/>
          <w:insideH w:val="nil"/>
          <w:insideV w:val="nil"/>
        </w:tcBorders>
        <w:shd w:val="clear" w:color="auto" w:fill="C0C0C0" w:themeFill="text1"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1">
    <w:name w:val="Medium List 2 Accent 1"/>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4F81BD" w:themeColor="accent1"/>
        <w:left w:val="single" w:sz="8" w:space="0" w:color="4F81BD" w:themeColor="accent1"/>
        <w:bottom w:val="single" w:sz="8" w:space="0" w:color="4F81BD" w:themeColor="accent1"/>
        <w:right w:val="single" w:sz="8" w:space="0" w:color="4F81BD" w:themeColor="accent1"/>
      </w:tblBorders>
      <w:tblCellMar>
        <w:top w:w="0" w:type="dxa"/>
        <w:left w:w="108" w:type="dxa"/>
        <w:bottom w:w="0" w:type="dxa"/>
        <w:right w:w="108" w:type="dxa"/>
      </w:tblCellMar>
    </w:tblPr>
    <w:tblStylePr w:type="firstRow">
      <w:rPr>
        <w:sz w:val="24"/>
        <w:szCs w:val="24"/>
      </w:rPr>
      <w:tblPr/>
      <w:tcPr>
        <w:tcBorders>
          <w:top w:val="nil"/>
          <w:left w:val="nil"/>
          <w:bottom w:val="single" w:sz="24" w:space="0" w:color="4F81BD" w:themeColor="accent1"/>
          <w:right w:val="nil"/>
          <w:insideH w:val="nil"/>
          <w:insideV w:val="nil"/>
        </w:tcBorders>
        <w:shd w:val="clear" w:color="auto" w:fill="FFFFFF" w:themeFill="background1"/>
      </w:tcPr>
    </w:tblStylePr>
    <w:tblStylePr w:type="lastRow">
      <w:tblPr/>
      <w:tcPr>
        <w:tcBorders>
          <w:top w:val="single" w:sz="8" w:space="0" w:color="4F81BD" w:themeColor="accent1"/>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4F81BD" w:themeColor="accent1"/>
          <w:insideH w:val="nil"/>
          <w:insideV w:val="nil"/>
        </w:tcBorders>
        <w:shd w:val="clear" w:color="auto" w:fill="FFFFFF" w:themeFill="background1"/>
      </w:tcPr>
    </w:tblStylePr>
    <w:tblStylePr w:type="lastCol">
      <w:tblPr/>
      <w:tcPr>
        <w:tcBorders>
          <w:top w:val="nil"/>
          <w:left w:val="single" w:sz="8" w:space="0" w:color="4F81BD" w:themeColor="accent1"/>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D3DFEE" w:themeFill="accent1" w:themeFillTint="3F"/>
      </w:tcPr>
    </w:tblStylePr>
    <w:tblStylePr w:type="band1Horz">
      <w:tblPr/>
      <w:tcPr>
        <w:tcBorders>
          <w:top w:val="nil"/>
          <w:bottom w:val="nil"/>
          <w:insideH w:val="nil"/>
          <w:insideV w:val="nil"/>
        </w:tcBorders>
        <w:shd w:val="clear" w:color="auto" w:fill="D3DFEE" w:themeFill="accent1"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2">
    <w:name w:val="Medium List 2 Accent 2"/>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C0504D" w:themeColor="accent2"/>
        <w:left w:val="single" w:sz="8" w:space="0" w:color="C0504D" w:themeColor="accent2"/>
        <w:bottom w:val="single" w:sz="8" w:space="0" w:color="C0504D" w:themeColor="accent2"/>
        <w:right w:val="single" w:sz="8" w:space="0" w:color="C0504D" w:themeColor="accent2"/>
      </w:tblBorders>
      <w:tblCellMar>
        <w:top w:w="0" w:type="dxa"/>
        <w:left w:w="108" w:type="dxa"/>
        <w:bottom w:w="0" w:type="dxa"/>
        <w:right w:w="108" w:type="dxa"/>
      </w:tblCellMar>
    </w:tblPr>
    <w:tblStylePr w:type="firstRow">
      <w:rPr>
        <w:sz w:val="24"/>
        <w:szCs w:val="24"/>
      </w:rPr>
      <w:tblPr/>
      <w:tcPr>
        <w:tcBorders>
          <w:top w:val="nil"/>
          <w:left w:val="nil"/>
          <w:bottom w:val="single" w:sz="24" w:space="0" w:color="C0504D" w:themeColor="accent2"/>
          <w:right w:val="nil"/>
          <w:insideH w:val="nil"/>
          <w:insideV w:val="nil"/>
        </w:tcBorders>
        <w:shd w:val="clear" w:color="auto" w:fill="FFFFFF" w:themeFill="background1"/>
      </w:tcPr>
    </w:tblStylePr>
    <w:tblStylePr w:type="lastRow">
      <w:tblPr/>
      <w:tcPr>
        <w:tcBorders>
          <w:top w:val="single" w:sz="8" w:space="0" w:color="C0504D" w:themeColor="accent2"/>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C0504D" w:themeColor="accent2"/>
          <w:insideH w:val="nil"/>
          <w:insideV w:val="nil"/>
        </w:tcBorders>
        <w:shd w:val="clear" w:color="auto" w:fill="FFFFFF" w:themeFill="background1"/>
      </w:tcPr>
    </w:tblStylePr>
    <w:tblStylePr w:type="lastCol">
      <w:tblPr/>
      <w:tcPr>
        <w:tcBorders>
          <w:top w:val="nil"/>
          <w:left w:val="single" w:sz="8" w:space="0" w:color="C0504D" w:themeColor="accent2"/>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EFD3D2" w:themeFill="accent2" w:themeFillTint="3F"/>
      </w:tcPr>
    </w:tblStylePr>
    <w:tblStylePr w:type="band1Horz">
      <w:tblPr/>
      <w:tcPr>
        <w:tcBorders>
          <w:top w:val="nil"/>
          <w:bottom w:val="nil"/>
          <w:insideH w:val="nil"/>
          <w:insideV w:val="nil"/>
        </w:tcBorders>
        <w:shd w:val="clear" w:color="auto" w:fill="EFD3D2" w:themeFill="accent2"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3">
    <w:name w:val="Medium List 2 Accent 3"/>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9BBB59" w:themeColor="accent3"/>
        <w:left w:val="single" w:sz="8" w:space="0" w:color="9BBB59" w:themeColor="accent3"/>
        <w:bottom w:val="single" w:sz="8" w:space="0" w:color="9BBB59" w:themeColor="accent3"/>
        <w:right w:val="single" w:sz="8" w:space="0" w:color="9BBB59" w:themeColor="accent3"/>
      </w:tblBorders>
      <w:tblCellMar>
        <w:top w:w="0" w:type="dxa"/>
        <w:left w:w="108" w:type="dxa"/>
        <w:bottom w:w="0" w:type="dxa"/>
        <w:right w:w="108" w:type="dxa"/>
      </w:tblCellMar>
    </w:tblPr>
    <w:tblStylePr w:type="firstRow">
      <w:rPr>
        <w:sz w:val="24"/>
        <w:szCs w:val="24"/>
      </w:rPr>
      <w:tblPr/>
      <w:tcPr>
        <w:tcBorders>
          <w:top w:val="nil"/>
          <w:left w:val="nil"/>
          <w:bottom w:val="single" w:sz="24" w:space="0" w:color="9BBB59" w:themeColor="accent3"/>
          <w:right w:val="nil"/>
          <w:insideH w:val="nil"/>
          <w:insideV w:val="nil"/>
        </w:tcBorders>
        <w:shd w:val="clear" w:color="auto" w:fill="FFFFFF" w:themeFill="background1"/>
      </w:tcPr>
    </w:tblStylePr>
    <w:tblStylePr w:type="lastRow">
      <w:tblPr/>
      <w:tcPr>
        <w:tcBorders>
          <w:top w:val="single" w:sz="8" w:space="0" w:color="9BBB59" w:themeColor="accent3"/>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9BBB59" w:themeColor="accent3"/>
          <w:insideH w:val="nil"/>
          <w:insideV w:val="nil"/>
        </w:tcBorders>
        <w:shd w:val="clear" w:color="auto" w:fill="FFFFFF" w:themeFill="background1"/>
      </w:tcPr>
    </w:tblStylePr>
    <w:tblStylePr w:type="lastCol">
      <w:tblPr/>
      <w:tcPr>
        <w:tcBorders>
          <w:top w:val="nil"/>
          <w:left w:val="single" w:sz="8" w:space="0" w:color="9BBB59" w:themeColor="accent3"/>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E6EED5" w:themeFill="accent3" w:themeFillTint="3F"/>
      </w:tcPr>
    </w:tblStylePr>
    <w:tblStylePr w:type="band1Horz">
      <w:tblPr/>
      <w:tcPr>
        <w:tcBorders>
          <w:top w:val="nil"/>
          <w:bottom w:val="nil"/>
          <w:insideH w:val="nil"/>
          <w:insideV w:val="nil"/>
        </w:tcBorders>
        <w:shd w:val="clear" w:color="auto" w:fill="E6EED5" w:themeFill="accent3"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4">
    <w:name w:val="Medium List 2 Accent 4"/>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8064A2" w:themeColor="accent4"/>
        <w:left w:val="single" w:sz="8" w:space="0" w:color="8064A2" w:themeColor="accent4"/>
        <w:bottom w:val="single" w:sz="8" w:space="0" w:color="8064A2" w:themeColor="accent4"/>
        <w:right w:val="single" w:sz="8" w:space="0" w:color="8064A2" w:themeColor="accent4"/>
      </w:tblBorders>
      <w:tblCellMar>
        <w:top w:w="0" w:type="dxa"/>
        <w:left w:w="108" w:type="dxa"/>
        <w:bottom w:w="0" w:type="dxa"/>
        <w:right w:w="108" w:type="dxa"/>
      </w:tblCellMar>
    </w:tblPr>
    <w:tblStylePr w:type="firstRow">
      <w:rPr>
        <w:sz w:val="24"/>
        <w:szCs w:val="24"/>
      </w:rPr>
      <w:tblPr/>
      <w:tcPr>
        <w:tcBorders>
          <w:top w:val="nil"/>
          <w:left w:val="nil"/>
          <w:bottom w:val="single" w:sz="24" w:space="0" w:color="8064A2" w:themeColor="accent4"/>
          <w:right w:val="nil"/>
          <w:insideH w:val="nil"/>
          <w:insideV w:val="nil"/>
        </w:tcBorders>
        <w:shd w:val="clear" w:color="auto" w:fill="FFFFFF" w:themeFill="background1"/>
      </w:tcPr>
    </w:tblStylePr>
    <w:tblStylePr w:type="lastRow">
      <w:tblPr/>
      <w:tcPr>
        <w:tcBorders>
          <w:top w:val="single" w:sz="8" w:space="0" w:color="8064A2" w:themeColor="accent4"/>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8064A2" w:themeColor="accent4"/>
          <w:insideH w:val="nil"/>
          <w:insideV w:val="nil"/>
        </w:tcBorders>
        <w:shd w:val="clear" w:color="auto" w:fill="FFFFFF" w:themeFill="background1"/>
      </w:tcPr>
    </w:tblStylePr>
    <w:tblStylePr w:type="lastCol">
      <w:tblPr/>
      <w:tcPr>
        <w:tcBorders>
          <w:top w:val="nil"/>
          <w:left w:val="single" w:sz="8" w:space="0" w:color="8064A2" w:themeColor="accent4"/>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DFD8E8" w:themeFill="accent4" w:themeFillTint="3F"/>
      </w:tcPr>
    </w:tblStylePr>
    <w:tblStylePr w:type="band1Horz">
      <w:tblPr/>
      <w:tcPr>
        <w:tcBorders>
          <w:top w:val="nil"/>
          <w:bottom w:val="nil"/>
          <w:insideH w:val="nil"/>
          <w:insideV w:val="nil"/>
        </w:tcBorders>
        <w:shd w:val="clear" w:color="auto" w:fill="DFD8E8" w:themeFill="accent4"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5">
    <w:name w:val="Medium List 2 Accent 5"/>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4BACC6" w:themeColor="accent5"/>
        <w:left w:val="single" w:sz="8" w:space="0" w:color="4BACC6" w:themeColor="accent5"/>
        <w:bottom w:val="single" w:sz="8" w:space="0" w:color="4BACC6" w:themeColor="accent5"/>
        <w:right w:val="single" w:sz="8" w:space="0" w:color="4BACC6" w:themeColor="accent5"/>
      </w:tblBorders>
      <w:tblCellMar>
        <w:top w:w="0" w:type="dxa"/>
        <w:left w:w="108" w:type="dxa"/>
        <w:bottom w:w="0" w:type="dxa"/>
        <w:right w:w="108" w:type="dxa"/>
      </w:tblCellMar>
    </w:tblPr>
    <w:tblStylePr w:type="firstRow">
      <w:rPr>
        <w:sz w:val="24"/>
        <w:szCs w:val="24"/>
      </w:rPr>
      <w:tblPr/>
      <w:tcPr>
        <w:tcBorders>
          <w:top w:val="nil"/>
          <w:left w:val="nil"/>
          <w:bottom w:val="single" w:sz="24" w:space="0" w:color="4BACC6" w:themeColor="accent5"/>
          <w:right w:val="nil"/>
          <w:insideH w:val="nil"/>
          <w:insideV w:val="nil"/>
        </w:tcBorders>
        <w:shd w:val="clear" w:color="auto" w:fill="FFFFFF" w:themeFill="background1"/>
      </w:tcPr>
    </w:tblStylePr>
    <w:tblStylePr w:type="lastRow">
      <w:tblPr/>
      <w:tcPr>
        <w:tcBorders>
          <w:top w:val="single" w:sz="8" w:space="0" w:color="4BACC6" w:themeColor="accent5"/>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4BACC6" w:themeColor="accent5"/>
          <w:insideH w:val="nil"/>
          <w:insideV w:val="nil"/>
        </w:tcBorders>
        <w:shd w:val="clear" w:color="auto" w:fill="FFFFFF" w:themeFill="background1"/>
      </w:tcPr>
    </w:tblStylePr>
    <w:tblStylePr w:type="lastCol">
      <w:tblPr/>
      <w:tcPr>
        <w:tcBorders>
          <w:top w:val="nil"/>
          <w:left w:val="single" w:sz="8" w:space="0" w:color="4BACC6" w:themeColor="accent5"/>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D2EAF1" w:themeFill="accent5" w:themeFillTint="3F"/>
      </w:tcPr>
    </w:tblStylePr>
    <w:tblStylePr w:type="band1Horz">
      <w:tblPr/>
      <w:tcPr>
        <w:tcBorders>
          <w:top w:val="nil"/>
          <w:bottom w:val="nil"/>
          <w:insideH w:val="nil"/>
          <w:insideV w:val="nil"/>
        </w:tcBorders>
        <w:shd w:val="clear" w:color="auto" w:fill="D2EAF1" w:themeFill="accent5"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6">
    <w:name w:val="Medium List 2 Accent 6"/>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F79646" w:themeColor="accent6"/>
        <w:left w:val="single" w:sz="8" w:space="0" w:color="F79646" w:themeColor="accent6"/>
        <w:bottom w:val="single" w:sz="8" w:space="0" w:color="F79646" w:themeColor="accent6"/>
        <w:right w:val="single" w:sz="8" w:space="0" w:color="F79646" w:themeColor="accent6"/>
      </w:tblBorders>
      <w:tblCellMar>
        <w:top w:w="0" w:type="dxa"/>
        <w:left w:w="108" w:type="dxa"/>
        <w:bottom w:w="0" w:type="dxa"/>
        <w:right w:w="108" w:type="dxa"/>
      </w:tblCellMar>
    </w:tblPr>
    <w:tblStylePr w:type="firstRow">
      <w:rPr>
        <w:sz w:val="24"/>
        <w:szCs w:val="24"/>
      </w:rPr>
      <w:tblPr/>
      <w:tcPr>
        <w:tcBorders>
          <w:top w:val="nil"/>
          <w:left w:val="nil"/>
          <w:bottom w:val="single" w:sz="24" w:space="0" w:color="F79646" w:themeColor="accent6"/>
          <w:right w:val="nil"/>
          <w:insideH w:val="nil"/>
          <w:insideV w:val="nil"/>
        </w:tcBorders>
        <w:shd w:val="clear" w:color="auto" w:fill="FFFFFF" w:themeFill="background1"/>
      </w:tcPr>
    </w:tblStylePr>
    <w:tblStylePr w:type="lastRow">
      <w:tblPr/>
      <w:tcPr>
        <w:tcBorders>
          <w:top w:val="single" w:sz="8" w:space="0" w:color="F79646" w:themeColor="accent6"/>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F79646" w:themeColor="accent6"/>
          <w:insideH w:val="nil"/>
          <w:insideV w:val="nil"/>
        </w:tcBorders>
        <w:shd w:val="clear" w:color="auto" w:fill="FFFFFF" w:themeFill="background1"/>
      </w:tcPr>
    </w:tblStylePr>
    <w:tblStylePr w:type="lastCol">
      <w:tblPr/>
      <w:tcPr>
        <w:tcBorders>
          <w:top w:val="nil"/>
          <w:left w:val="single" w:sz="8" w:space="0" w:color="F79646" w:themeColor="accent6"/>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FDE4D0" w:themeFill="accent6" w:themeFillTint="3F"/>
      </w:tcPr>
    </w:tblStylePr>
    <w:tblStylePr w:type="band1Horz">
      <w:tblPr/>
      <w:tcPr>
        <w:tcBorders>
          <w:top w:val="nil"/>
          <w:bottom w:val="nil"/>
          <w:insideH w:val="nil"/>
          <w:insideV w:val="nil"/>
        </w:tcBorders>
        <w:shd w:val="clear" w:color="auto" w:fill="FDE4D0" w:themeFill="accent6"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Grid1">
    <w:name w:val="Medium Grid 1"/>
    <w:basedOn w:val="TableNormal"/>
    <w:uiPriority w:val="67"/>
    <w:rsid w:val="00CB0664"/>
    <w:pPr>
      <w:spacing w:after="0" w:line="240" w:lineRule="auto"/>
    </w:pPr>
    <w:tblPr>
      <w:tblStyleRowBandSize w:val="1"/>
      <w:tblStyleColBandSize w:val="1"/>
      <w:tblInd w:w="0" w:type="dxa"/>
      <w:tblBorders>
        <w:top w:val="single" w:sz="8" w:space="0" w:color="404040" w:themeColor="text1" w:themeTint="BF"/>
        <w:left w:val="single" w:sz="8" w:space="0" w:color="404040" w:themeColor="text1" w:themeTint="BF"/>
        <w:bottom w:val="single" w:sz="8" w:space="0" w:color="404040" w:themeColor="text1" w:themeTint="BF"/>
        <w:right w:val="single" w:sz="8" w:space="0" w:color="404040" w:themeColor="text1" w:themeTint="BF"/>
        <w:insideH w:val="single" w:sz="8" w:space="0" w:color="404040" w:themeColor="text1" w:themeTint="BF"/>
        <w:insideV w:val="single" w:sz="8" w:space="0" w:color="404040" w:themeColor="text1" w:themeTint="BF"/>
      </w:tblBorders>
      <w:tblCellMar>
        <w:top w:w="0" w:type="dxa"/>
        <w:left w:w="108" w:type="dxa"/>
        <w:bottom w:w="0" w:type="dxa"/>
        <w:right w:w="108" w:type="dxa"/>
      </w:tblCellMar>
    </w:tblPr>
    <w:tcPr>
      <w:shd w:val="clear" w:color="auto" w:fill="C0C0C0" w:themeFill="text1" w:themeFillTint="3F"/>
    </w:tcPr>
    <w:tblStylePr w:type="firstRow">
      <w:rPr>
        <w:b/>
        <w:bCs/>
      </w:rPr>
    </w:tblStylePr>
    <w:tblStylePr w:type="lastRow">
      <w:rPr>
        <w:b/>
        <w:bCs/>
      </w:rPr>
      <w:tblPr/>
      <w:tcPr>
        <w:tcBorders>
          <w:top w:val="single" w:sz="18" w:space="0" w:color="404040" w:themeColor="text1" w:themeTint="BF"/>
        </w:tcBorders>
      </w:tcPr>
    </w:tblStylePr>
    <w:tblStylePr w:type="firstCol">
      <w:rPr>
        <w:b/>
        <w:bCs/>
      </w:rPr>
    </w:tblStylePr>
    <w:tblStylePr w:type="lastCol">
      <w:rPr>
        <w:b/>
        <w:bCs/>
      </w:rPr>
    </w:tblStylePr>
    <w:tblStylePr w:type="band1Vert">
      <w:tblPr/>
      <w:tcPr>
        <w:shd w:val="clear" w:color="auto" w:fill="808080" w:themeFill="text1" w:themeFillTint="7F"/>
      </w:tcPr>
    </w:tblStylePr>
    <w:tblStylePr w:type="band1Horz">
      <w:tblPr/>
      <w:tcPr>
        <w:shd w:val="clear" w:color="auto" w:fill="808080" w:themeFill="text1" w:themeFillTint="7F"/>
      </w:tcPr>
    </w:tblStylePr>
  </w:style>
  <w:style w:type="table" w:styleId="MediumGrid1-Accent1">
    <w:name w:val="Medium Grid 1 Accent 1"/>
    <w:basedOn w:val="TableNormal"/>
    <w:uiPriority w:val="67"/>
    <w:rsid w:val="00CB0664"/>
    <w:pPr>
      <w:spacing w:after="0" w:line="240" w:lineRule="auto"/>
    </w:pPr>
    <w:tblPr>
      <w:tblStyleRowBandSize w:val="1"/>
      <w:tblStyleColBandSize w:val="1"/>
      <w:tblInd w:w="0" w:type="dxa"/>
      <w:tblBorders>
        <w:top w:val="single" w:sz="8"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single" w:sz="8" w:space="0" w:color="7BA0CD" w:themeColor="accent1" w:themeTint="BF"/>
        <w:insideV w:val="single" w:sz="8" w:space="0" w:color="7BA0CD" w:themeColor="accent1" w:themeTint="BF"/>
      </w:tblBorders>
      <w:tblCellMar>
        <w:top w:w="0" w:type="dxa"/>
        <w:left w:w="108" w:type="dxa"/>
        <w:bottom w:w="0" w:type="dxa"/>
        <w:right w:w="108" w:type="dxa"/>
      </w:tblCellMar>
    </w:tblPr>
    <w:tcPr>
      <w:shd w:val="clear" w:color="auto" w:fill="D3DFEE" w:themeFill="accent1" w:themeFillTint="3F"/>
    </w:tcPr>
    <w:tblStylePr w:type="firstRow">
      <w:rPr>
        <w:b/>
        <w:bCs/>
      </w:rPr>
    </w:tblStylePr>
    <w:tblStylePr w:type="lastRow">
      <w:rPr>
        <w:b/>
        <w:bCs/>
      </w:rPr>
      <w:tblPr/>
      <w:tcPr>
        <w:tcBorders>
          <w:top w:val="single" w:sz="18" w:space="0" w:color="7BA0CD" w:themeColor="accent1" w:themeTint="BF"/>
        </w:tcBorders>
      </w:tcPr>
    </w:tblStylePr>
    <w:tblStylePr w:type="firstCol">
      <w:rPr>
        <w:b/>
        <w:bCs/>
      </w:rPr>
    </w:tblStylePr>
    <w:tblStylePr w:type="lastCol">
      <w:rPr>
        <w:b/>
        <w:bCs/>
      </w:rPr>
    </w:tblStylePr>
    <w:tblStylePr w:type="band1Vert">
      <w:tblPr/>
      <w:tcPr>
        <w:shd w:val="clear" w:color="auto" w:fill="A7BFDE" w:themeFill="accent1" w:themeFillTint="7F"/>
      </w:tcPr>
    </w:tblStylePr>
    <w:tblStylePr w:type="band1Horz">
      <w:tblPr/>
      <w:tcPr>
        <w:shd w:val="clear" w:color="auto" w:fill="A7BFDE" w:themeFill="accent1" w:themeFillTint="7F"/>
      </w:tcPr>
    </w:tblStylePr>
  </w:style>
  <w:style w:type="table" w:styleId="MediumGrid1-Accent2">
    <w:name w:val="Medium Grid 1 Accent 2"/>
    <w:basedOn w:val="TableNormal"/>
    <w:uiPriority w:val="67"/>
    <w:rsid w:val="00CB0664"/>
    <w:pPr>
      <w:spacing w:after="0" w:line="240" w:lineRule="auto"/>
    </w:pPr>
    <w:tblPr>
      <w:tblStyleRowBandSize w:val="1"/>
      <w:tblStyleColBandSize w:val="1"/>
      <w:tblInd w:w="0" w:type="dxa"/>
      <w:tblBorders>
        <w:top w:val="single" w:sz="8" w:space="0" w:color="CF7B79" w:themeColor="accent2" w:themeTint="BF"/>
        <w:left w:val="single" w:sz="8" w:space="0" w:color="CF7B79" w:themeColor="accent2" w:themeTint="BF"/>
        <w:bottom w:val="single" w:sz="8" w:space="0" w:color="CF7B79" w:themeColor="accent2" w:themeTint="BF"/>
        <w:right w:val="single" w:sz="8" w:space="0" w:color="CF7B79" w:themeColor="accent2" w:themeTint="BF"/>
        <w:insideH w:val="single" w:sz="8" w:space="0" w:color="CF7B79" w:themeColor="accent2" w:themeTint="BF"/>
        <w:insideV w:val="single" w:sz="8" w:space="0" w:color="CF7B79" w:themeColor="accent2" w:themeTint="BF"/>
      </w:tblBorders>
      <w:tblCellMar>
        <w:top w:w="0" w:type="dxa"/>
        <w:left w:w="108" w:type="dxa"/>
        <w:bottom w:w="0" w:type="dxa"/>
        <w:right w:w="108" w:type="dxa"/>
      </w:tblCellMar>
    </w:tblPr>
    <w:tcPr>
      <w:shd w:val="clear" w:color="auto" w:fill="EFD3D2" w:themeFill="accent2" w:themeFillTint="3F"/>
    </w:tcPr>
    <w:tblStylePr w:type="firstRow">
      <w:rPr>
        <w:b/>
        <w:bCs/>
      </w:rPr>
    </w:tblStylePr>
    <w:tblStylePr w:type="lastRow">
      <w:rPr>
        <w:b/>
        <w:bCs/>
      </w:rPr>
      <w:tblPr/>
      <w:tcPr>
        <w:tcBorders>
          <w:top w:val="single" w:sz="18" w:space="0" w:color="CF7B79" w:themeColor="accent2" w:themeTint="BF"/>
        </w:tcBorders>
      </w:tcPr>
    </w:tblStylePr>
    <w:tblStylePr w:type="firstCol">
      <w:rPr>
        <w:b/>
        <w:bCs/>
      </w:rPr>
    </w:tblStylePr>
    <w:tblStylePr w:type="lastCol">
      <w:rPr>
        <w:b/>
        <w:bCs/>
      </w:rPr>
    </w:tblStylePr>
    <w:tblStylePr w:type="band1Vert">
      <w:tblPr/>
      <w:tcPr>
        <w:shd w:val="clear" w:color="auto" w:fill="DFA7A6" w:themeFill="accent2" w:themeFillTint="7F"/>
      </w:tcPr>
    </w:tblStylePr>
    <w:tblStylePr w:type="band1Horz">
      <w:tblPr/>
      <w:tcPr>
        <w:shd w:val="clear" w:color="auto" w:fill="DFA7A6" w:themeFill="accent2" w:themeFillTint="7F"/>
      </w:tcPr>
    </w:tblStylePr>
  </w:style>
  <w:style w:type="table" w:styleId="MediumGrid1-Accent3">
    <w:name w:val="Medium Grid 1 Accent 3"/>
    <w:basedOn w:val="TableNormal"/>
    <w:uiPriority w:val="67"/>
    <w:rsid w:val="00CB0664"/>
    <w:pPr>
      <w:spacing w:after="0" w:line="240" w:lineRule="auto"/>
    </w:pPr>
    <w:tblPr>
      <w:tblStyleRowBandSize w:val="1"/>
      <w:tblStyleColBandSize w:val="1"/>
      <w:tblInd w:w="0" w:type="dxa"/>
      <w:tblBorders>
        <w:top w:val="single" w:sz="8" w:space="0" w:color="B3CC82" w:themeColor="accent3" w:themeTint="BF"/>
        <w:left w:val="single" w:sz="8" w:space="0" w:color="B3CC82" w:themeColor="accent3" w:themeTint="BF"/>
        <w:bottom w:val="single" w:sz="8" w:space="0" w:color="B3CC82" w:themeColor="accent3" w:themeTint="BF"/>
        <w:right w:val="single" w:sz="8" w:space="0" w:color="B3CC82" w:themeColor="accent3" w:themeTint="BF"/>
        <w:insideH w:val="single" w:sz="8" w:space="0" w:color="B3CC82" w:themeColor="accent3" w:themeTint="BF"/>
        <w:insideV w:val="single" w:sz="8" w:space="0" w:color="B3CC82" w:themeColor="accent3" w:themeTint="BF"/>
      </w:tblBorders>
      <w:tblCellMar>
        <w:top w:w="0" w:type="dxa"/>
        <w:left w:w="108" w:type="dxa"/>
        <w:bottom w:w="0" w:type="dxa"/>
        <w:right w:w="108" w:type="dxa"/>
      </w:tblCellMar>
    </w:tblPr>
    <w:tcPr>
      <w:shd w:val="clear" w:color="auto" w:fill="E6EED5" w:themeFill="accent3" w:themeFillTint="3F"/>
    </w:tcPr>
    <w:tblStylePr w:type="firstRow">
      <w:rPr>
        <w:b/>
        <w:bCs/>
      </w:rPr>
    </w:tblStylePr>
    <w:tblStylePr w:type="lastRow">
      <w:rPr>
        <w:b/>
        <w:bCs/>
      </w:rPr>
      <w:tblPr/>
      <w:tcPr>
        <w:tcBorders>
          <w:top w:val="single" w:sz="18" w:space="0" w:color="B3CC82" w:themeColor="accent3" w:themeTint="BF"/>
        </w:tcBorders>
      </w:tcPr>
    </w:tblStylePr>
    <w:tblStylePr w:type="firstCol">
      <w:rPr>
        <w:b/>
        <w:bCs/>
      </w:rPr>
    </w:tblStylePr>
    <w:tblStylePr w:type="lastCol">
      <w:rPr>
        <w:b/>
        <w:bCs/>
      </w:rPr>
    </w:tblStylePr>
    <w:tblStylePr w:type="band1Vert">
      <w:tblPr/>
      <w:tcPr>
        <w:shd w:val="clear" w:color="auto" w:fill="CDDDAC" w:themeFill="accent3" w:themeFillTint="7F"/>
      </w:tcPr>
    </w:tblStylePr>
    <w:tblStylePr w:type="band1Horz">
      <w:tblPr/>
      <w:tcPr>
        <w:shd w:val="clear" w:color="auto" w:fill="CDDDAC" w:themeFill="accent3" w:themeFillTint="7F"/>
      </w:tcPr>
    </w:tblStylePr>
  </w:style>
  <w:style w:type="table" w:styleId="MediumGrid1-Accent4">
    <w:name w:val="Medium Grid 1 Accent 4"/>
    <w:basedOn w:val="TableNormal"/>
    <w:uiPriority w:val="67"/>
    <w:rsid w:val="00CB0664"/>
    <w:pPr>
      <w:spacing w:after="0" w:line="240" w:lineRule="auto"/>
    </w:pPr>
    <w:tblPr>
      <w:tblStyleRowBandSize w:val="1"/>
      <w:tblStyleColBandSize w:val="1"/>
      <w:tblInd w:w="0" w:type="dxa"/>
      <w:tblBorders>
        <w:top w:val="single" w:sz="8" w:space="0" w:color="9F8AB9" w:themeColor="accent4" w:themeTint="BF"/>
        <w:left w:val="single" w:sz="8" w:space="0" w:color="9F8AB9" w:themeColor="accent4" w:themeTint="BF"/>
        <w:bottom w:val="single" w:sz="8" w:space="0" w:color="9F8AB9" w:themeColor="accent4" w:themeTint="BF"/>
        <w:right w:val="single" w:sz="8" w:space="0" w:color="9F8AB9" w:themeColor="accent4" w:themeTint="BF"/>
        <w:insideH w:val="single" w:sz="8" w:space="0" w:color="9F8AB9" w:themeColor="accent4" w:themeTint="BF"/>
        <w:insideV w:val="single" w:sz="8" w:space="0" w:color="9F8AB9" w:themeColor="accent4" w:themeTint="BF"/>
      </w:tblBorders>
      <w:tblCellMar>
        <w:top w:w="0" w:type="dxa"/>
        <w:left w:w="108" w:type="dxa"/>
        <w:bottom w:w="0" w:type="dxa"/>
        <w:right w:w="108" w:type="dxa"/>
      </w:tblCellMar>
    </w:tblPr>
    <w:tcPr>
      <w:shd w:val="clear" w:color="auto" w:fill="DFD8E8" w:themeFill="accent4" w:themeFillTint="3F"/>
    </w:tcPr>
    <w:tblStylePr w:type="firstRow">
      <w:rPr>
        <w:b/>
        <w:bCs/>
      </w:rPr>
    </w:tblStylePr>
    <w:tblStylePr w:type="lastRow">
      <w:rPr>
        <w:b/>
        <w:bCs/>
      </w:rPr>
      <w:tblPr/>
      <w:tcPr>
        <w:tcBorders>
          <w:top w:val="single" w:sz="18" w:space="0" w:color="9F8AB9" w:themeColor="accent4" w:themeTint="BF"/>
        </w:tcBorders>
      </w:tcPr>
    </w:tblStylePr>
    <w:tblStylePr w:type="firstCol">
      <w:rPr>
        <w:b/>
        <w:bCs/>
      </w:rPr>
    </w:tblStylePr>
    <w:tblStylePr w:type="lastCol">
      <w:rPr>
        <w:b/>
        <w:bCs/>
      </w:rPr>
    </w:tblStylePr>
    <w:tblStylePr w:type="band1Vert">
      <w:tblPr/>
      <w:tcPr>
        <w:shd w:val="clear" w:color="auto" w:fill="BFB1D0" w:themeFill="accent4" w:themeFillTint="7F"/>
      </w:tcPr>
    </w:tblStylePr>
    <w:tblStylePr w:type="band1Horz">
      <w:tblPr/>
      <w:tcPr>
        <w:shd w:val="clear" w:color="auto" w:fill="BFB1D0" w:themeFill="accent4" w:themeFillTint="7F"/>
      </w:tcPr>
    </w:tblStylePr>
  </w:style>
  <w:style w:type="table" w:styleId="MediumGrid1-Accent5">
    <w:name w:val="Medium Grid 1 Accent 5"/>
    <w:basedOn w:val="TableNormal"/>
    <w:uiPriority w:val="67"/>
    <w:rsid w:val="00CB0664"/>
    <w:pPr>
      <w:spacing w:after="0" w:line="240" w:lineRule="auto"/>
    </w:pPr>
    <w:tblPr>
      <w:tblStyleRowBandSize w:val="1"/>
      <w:tblStyleColBandSize w:val="1"/>
      <w:tblInd w:w="0" w:type="dxa"/>
      <w:tblBorders>
        <w:top w:val="single" w:sz="8" w:space="0" w:color="78C0D4" w:themeColor="accent5" w:themeTint="BF"/>
        <w:left w:val="single" w:sz="8" w:space="0" w:color="78C0D4" w:themeColor="accent5" w:themeTint="BF"/>
        <w:bottom w:val="single" w:sz="8" w:space="0" w:color="78C0D4" w:themeColor="accent5" w:themeTint="BF"/>
        <w:right w:val="single" w:sz="8" w:space="0" w:color="78C0D4" w:themeColor="accent5" w:themeTint="BF"/>
        <w:insideH w:val="single" w:sz="8" w:space="0" w:color="78C0D4" w:themeColor="accent5" w:themeTint="BF"/>
        <w:insideV w:val="single" w:sz="8" w:space="0" w:color="78C0D4" w:themeColor="accent5" w:themeTint="BF"/>
      </w:tblBorders>
      <w:tblCellMar>
        <w:top w:w="0" w:type="dxa"/>
        <w:left w:w="108" w:type="dxa"/>
        <w:bottom w:w="0" w:type="dxa"/>
        <w:right w:w="108" w:type="dxa"/>
      </w:tblCellMar>
    </w:tblPr>
    <w:tcPr>
      <w:shd w:val="clear" w:color="auto" w:fill="D2EAF1" w:themeFill="accent5" w:themeFillTint="3F"/>
    </w:tcPr>
    <w:tblStylePr w:type="firstRow">
      <w:rPr>
        <w:b/>
        <w:bCs/>
      </w:rPr>
    </w:tblStylePr>
    <w:tblStylePr w:type="lastRow">
      <w:rPr>
        <w:b/>
        <w:bCs/>
      </w:rPr>
      <w:tblPr/>
      <w:tcPr>
        <w:tcBorders>
          <w:top w:val="single" w:sz="18" w:space="0" w:color="78C0D4" w:themeColor="accent5" w:themeTint="BF"/>
        </w:tcBorders>
      </w:tcPr>
    </w:tblStylePr>
    <w:tblStylePr w:type="firstCol">
      <w:rPr>
        <w:b/>
        <w:bCs/>
      </w:rPr>
    </w:tblStylePr>
    <w:tblStylePr w:type="lastCol">
      <w:rPr>
        <w:b/>
        <w:bCs/>
      </w:rPr>
    </w:tblStylePr>
    <w:tblStylePr w:type="band1Vert">
      <w:tblPr/>
      <w:tcPr>
        <w:shd w:val="clear" w:color="auto" w:fill="A5D5E2" w:themeFill="accent5" w:themeFillTint="7F"/>
      </w:tcPr>
    </w:tblStylePr>
    <w:tblStylePr w:type="band1Horz">
      <w:tblPr/>
      <w:tcPr>
        <w:shd w:val="clear" w:color="auto" w:fill="A5D5E2" w:themeFill="accent5" w:themeFillTint="7F"/>
      </w:tcPr>
    </w:tblStylePr>
  </w:style>
  <w:style w:type="table" w:styleId="MediumGrid1-Accent6">
    <w:name w:val="Medium Grid 1 Accent 6"/>
    <w:basedOn w:val="TableNormal"/>
    <w:uiPriority w:val="67"/>
    <w:rsid w:val="00CB0664"/>
    <w:pPr>
      <w:spacing w:after="0" w:line="240" w:lineRule="auto"/>
    </w:pPr>
    <w:tblPr>
      <w:tblStyleRowBandSize w:val="1"/>
      <w:tblStyleColBandSize w:val="1"/>
      <w:tblInd w:w="0" w:type="dxa"/>
      <w:tblBorders>
        <w:top w:val="single" w:sz="8" w:space="0" w:color="F9B074" w:themeColor="accent6" w:themeTint="BF"/>
        <w:left w:val="single" w:sz="8" w:space="0" w:color="F9B074" w:themeColor="accent6" w:themeTint="BF"/>
        <w:bottom w:val="single" w:sz="8" w:space="0" w:color="F9B074" w:themeColor="accent6" w:themeTint="BF"/>
        <w:right w:val="single" w:sz="8" w:space="0" w:color="F9B074" w:themeColor="accent6" w:themeTint="BF"/>
        <w:insideH w:val="single" w:sz="8" w:space="0" w:color="F9B074" w:themeColor="accent6" w:themeTint="BF"/>
        <w:insideV w:val="single" w:sz="8" w:space="0" w:color="F9B074" w:themeColor="accent6" w:themeTint="BF"/>
      </w:tblBorders>
      <w:tblCellMar>
        <w:top w:w="0" w:type="dxa"/>
        <w:left w:w="108" w:type="dxa"/>
        <w:bottom w:w="0" w:type="dxa"/>
        <w:right w:w="108" w:type="dxa"/>
      </w:tblCellMar>
    </w:tblPr>
    <w:tcPr>
      <w:shd w:val="clear" w:color="auto" w:fill="FDE4D0" w:themeFill="accent6" w:themeFillTint="3F"/>
    </w:tcPr>
    <w:tblStylePr w:type="firstRow">
      <w:rPr>
        <w:b/>
        <w:bCs/>
      </w:rPr>
    </w:tblStylePr>
    <w:tblStylePr w:type="lastRow">
      <w:rPr>
        <w:b/>
        <w:bCs/>
      </w:rPr>
      <w:tblPr/>
      <w:tcPr>
        <w:tcBorders>
          <w:top w:val="single" w:sz="18" w:space="0" w:color="F9B074" w:themeColor="accent6" w:themeTint="BF"/>
        </w:tcBorders>
      </w:tcPr>
    </w:tblStylePr>
    <w:tblStylePr w:type="firstCol">
      <w:rPr>
        <w:b/>
        <w:bCs/>
      </w:rPr>
    </w:tblStylePr>
    <w:tblStylePr w:type="lastCol">
      <w:rPr>
        <w:b/>
        <w:bCs/>
      </w:rPr>
    </w:tblStylePr>
    <w:tblStylePr w:type="band1Vert">
      <w:tblPr/>
      <w:tcPr>
        <w:shd w:val="clear" w:color="auto" w:fill="FBCAA2" w:themeFill="accent6" w:themeFillTint="7F"/>
      </w:tcPr>
    </w:tblStylePr>
    <w:tblStylePr w:type="band1Horz">
      <w:tblPr/>
      <w:tcPr>
        <w:shd w:val="clear" w:color="auto" w:fill="FBCAA2" w:themeFill="accent6" w:themeFillTint="7F"/>
      </w:tcPr>
    </w:tblStylePr>
  </w:style>
  <w:style w:type="table" w:styleId="MediumGrid2">
    <w:name w:val="Medium Grid 2"/>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000000" w:themeColor="text1"/>
        <w:left w:val="single" w:sz="8" w:space="0" w:color="000000" w:themeColor="text1"/>
        <w:bottom w:val="single" w:sz="8" w:space="0" w:color="000000" w:themeColor="text1"/>
        <w:right w:val="single" w:sz="8" w:space="0" w:color="000000" w:themeColor="text1"/>
        <w:insideH w:val="single" w:sz="8" w:space="0" w:color="000000" w:themeColor="text1"/>
        <w:insideV w:val="single" w:sz="8" w:space="0" w:color="000000" w:themeColor="text1"/>
      </w:tblBorders>
      <w:tblCellMar>
        <w:top w:w="0" w:type="dxa"/>
        <w:left w:w="108" w:type="dxa"/>
        <w:bottom w:w="0" w:type="dxa"/>
        <w:right w:w="108" w:type="dxa"/>
      </w:tblCellMar>
    </w:tblPr>
    <w:tcPr>
      <w:shd w:val="clear" w:color="auto" w:fill="C0C0C0" w:themeFill="text1" w:themeFillTint="3F"/>
    </w:tcPr>
    <w:tblStylePr w:type="firstRow">
      <w:rPr>
        <w:b/>
        <w:bCs/>
        <w:color w:val="000000" w:themeColor="text1"/>
      </w:rPr>
      <w:tblPr/>
      <w:tcPr>
        <w:shd w:val="clear" w:color="auto" w:fill="E6E6E6" w:themeFill="text1"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CCCCCC" w:themeFill="text1" w:themeFillTint="33"/>
      </w:tcPr>
    </w:tblStylePr>
    <w:tblStylePr w:type="band1Vert">
      <w:tblPr/>
      <w:tcPr>
        <w:shd w:val="clear" w:color="auto" w:fill="808080" w:themeFill="text1" w:themeFillTint="7F"/>
      </w:tcPr>
    </w:tblStylePr>
    <w:tblStylePr w:type="band1Horz">
      <w:tblPr/>
      <w:tcPr>
        <w:tcBorders>
          <w:insideH w:val="single" w:sz="6" w:space="0" w:color="000000" w:themeColor="text1"/>
          <w:insideV w:val="single" w:sz="6" w:space="0" w:color="000000" w:themeColor="text1"/>
        </w:tcBorders>
        <w:shd w:val="clear" w:color="auto" w:fill="808080" w:themeFill="text1" w:themeFillTint="7F"/>
      </w:tcPr>
    </w:tblStylePr>
    <w:tblStylePr w:type="nwCell">
      <w:tblPr/>
      <w:tcPr>
        <w:shd w:val="clear" w:color="auto" w:fill="FFFFFF" w:themeFill="background1"/>
      </w:tcPr>
    </w:tblStylePr>
  </w:style>
  <w:style w:type="table" w:styleId="MediumGrid2-Accent1">
    <w:name w:val="Medium Grid 2 Accent 1"/>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4F81BD" w:themeColor="accent1"/>
        <w:left w:val="single" w:sz="8" w:space="0" w:color="4F81BD" w:themeColor="accent1"/>
        <w:bottom w:val="single" w:sz="8" w:space="0" w:color="4F81BD" w:themeColor="accent1"/>
        <w:right w:val="single" w:sz="8" w:space="0" w:color="4F81BD" w:themeColor="accent1"/>
        <w:insideH w:val="single" w:sz="8" w:space="0" w:color="4F81BD" w:themeColor="accent1"/>
        <w:insideV w:val="single" w:sz="8" w:space="0" w:color="4F81BD" w:themeColor="accent1"/>
      </w:tblBorders>
      <w:tblCellMar>
        <w:top w:w="0" w:type="dxa"/>
        <w:left w:w="108" w:type="dxa"/>
        <w:bottom w:w="0" w:type="dxa"/>
        <w:right w:w="108" w:type="dxa"/>
      </w:tblCellMar>
    </w:tblPr>
    <w:tcPr>
      <w:shd w:val="clear" w:color="auto" w:fill="D3DFEE" w:themeFill="accent1" w:themeFillTint="3F"/>
    </w:tcPr>
    <w:tblStylePr w:type="firstRow">
      <w:rPr>
        <w:b/>
        <w:bCs/>
        <w:color w:val="000000" w:themeColor="text1"/>
      </w:rPr>
      <w:tblPr/>
      <w:tcPr>
        <w:shd w:val="clear" w:color="auto" w:fill="EDF2F8" w:themeFill="accent1"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DBE5F1" w:themeFill="accent1" w:themeFillTint="33"/>
      </w:tcPr>
    </w:tblStylePr>
    <w:tblStylePr w:type="band1Vert">
      <w:tblPr/>
      <w:tcPr>
        <w:shd w:val="clear" w:color="auto" w:fill="A7BFDE" w:themeFill="accent1" w:themeFillTint="7F"/>
      </w:tcPr>
    </w:tblStylePr>
    <w:tblStylePr w:type="band1Horz">
      <w:tblPr/>
      <w:tcPr>
        <w:tcBorders>
          <w:insideH w:val="single" w:sz="6" w:space="0" w:color="4F81BD" w:themeColor="accent1"/>
          <w:insideV w:val="single" w:sz="6" w:space="0" w:color="4F81BD" w:themeColor="accent1"/>
        </w:tcBorders>
        <w:shd w:val="clear" w:color="auto" w:fill="A7BFDE" w:themeFill="accent1" w:themeFillTint="7F"/>
      </w:tcPr>
    </w:tblStylePr>
    <w:tblStylePr w:type="nwCell">
      <w:tblPr/>
      <w:tcPr>
        <w:shd w:val="clear" w:color="auto" w:fill="FFFFFF" w:themeFill="background1"/>
      </w:tcPr>
    </w:tblStylePr>
  </w:style>
  <w:style w:type="table" w:styleId="MediumGrid2-Accent2">
    <w:name w:val="Medium Grid 2 Accent 2"/>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C0504D" w:themeColor="accent2"/>
        <w:left w:val="single" w:sz="8" w:space="0" w:color="C0504D" w:themeColor="accent2"/>
        <w:bottom w:val="single" w:sz="8" w:space="0" w:color="C0504D" w:themeColor="accent2"/>
        <w:right w:val="single" w:sz="8" w:space="0" w:color="C0504D" w:themeColor="accent2"/>
        <w:insideH w:val="single" w:sz="8" w:space="0" w:color="C0504D" w:themeColor="accent2"/>
        <w:insideV w:val="single" w:sz="8" w:space="0" w:color="C0504D" w:themeColor="accent2"/>
      </w:tblBorders>
      <w:tblCellMar>
        <w:top w:w="0" w:type="dxa"/>
        <w:left w:w="108" w:type="dxa"/>
        <w:bottom w:w="0" w:type="dxa"/>
        <w:right w:w="108" w:type="dxa"/>
      </w:tblCellMar>
    </w:tblPr>
    <w:tcPr>
      <w:shd w:val="clear" w:color="auto" w:fill="EFD3D2" w:themeFill="accent2" w:themeFillTint="3F"/>
    </w:tcPr>
    <w:tblStylePr w:type="firstRow">
      <w:rPr>
        <w:b/>
        <w:bCs/>
        <w:color w:val="000000" w:themeColor="text1"/>
      </w:rPr>
      <w:tblPr/>
      <w:tcPr>
        <w:shd w:val="clear" w:color="auto" w:fill="F8EDED" w:themeFill="accent2"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F2DBDB" w:themeFill="accent2" w:themeFillTint="33"/>
      </w:tcPr>
    </w:tblStylePr>
    <w:tblStylePr w:type="band1Vert">
      <w:tblPr/>
      <w:tcPr>
        <w:shd w:val="clear" w:color="auto" w:fill="DFA7A6" w:themeFill="accent2" w:themeFillTint="7F"/>
      </w:tcPr>
    </w:tblStylePr>
    <w:tblStylePr w:type="band1Horz">
      <w:tblPr/>
      <w:tcPr>
        <w:tcBorders>
          <w:insideH w:val="single" w:sz="6" w:space="0" w:color="C0504D" w:themeColor="accent2"/>
          <w:insideV w:val="single" w:sz="6" w:space="0" w:color="C0504D" w:themeColor="accent2"/>
        </w:tcBorders>
        <w:shd w:val="clear" w:color="auto" w:fill="DFA7A6" w:themeFill="accent2" w:themeFillTint="7F"/>
      </w:tcPr>
    </w:tblStylePr>
    <w:tblStylePr w:type="nwCell">
      <w:tblPr/>
      <w:tcPr>
        <w:shd w:val="clear" w:color="auto" w:fill="FFFFFF" w:themeFill="background1"/>
      </w:tcPr>
    </w:tblStylePr>
  </w:style>
  <w:style w:type="table" w:styleId="MediumGrid2-Accent3">
    <w:name w:val="Medium Grid 2 Accent 3"/>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9BBB59" w:themeColor="accent3"/>
        <w:left w:val="single" w:sz="8" w:space="0" w:color="9BBB59" w:themeColor="accent3"/>
        <w:bottom w:val="single" w:sz="8" w:space="0" w:color="9BBB59" w:themeColor="accent3"/>
        <w:right w:val="single" w:sz="8" w:space="0" w:color="9BBB59" w:themeColor="accent3"/>
        <w:insideH w:val="single" w:sz="8" w:space="0" w:color="9BBB59" w:themeColor="accent3"/>
        <w:insideV w:val="single" w:sz="8" w:space="0" w:color="9BBB59" w:themeColor="accent3"/>
      </w:tblBorders>
      <w:tblCellMar>
        <w:top w:w="0" w:type="dxa"/>
        <w:left w:w="108" w:type="dxa"/>
        <w:bottom w:w="0" w:type="dxa"/>
        <w:right w:w="108" w:type="dxa"/>
      </w:tblCellMar>
    </w:tblPr>
    <w:tcPr>
      <w:shd w:val="clear" w:color="auto" w:fill="E6EED5" w:themeFill="accent3" w:themeFillTint="3F"/>
    </w:tcPr>
    <w:tblStylePr w:type="firstRow">
      <w:rPr>
        <w:b/>
        <w:bCs/>
        <w:color w:val="000000" w:themeColor="text1"/>
      </w:rPr>
      <w:tblPr/>
      <w:tcPr>
        <w:shd w:val="clear" w:color="auto" w:fill="F5F8EE" w:themeFill="accent3"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EAF1DD" w:themeFill="accent3" w:themeFillTint="33"/>
      </w:tcPr>
    </w:tblStylePr>
    <w:tblStylePr w:type="band1Vert">
      <w:tblPr/>
      <w:tcPr>
        <w:shd w:val="clear" w:color="auto" w:fill="CDDDAC" w:themeFill="accent3" w:themeFillTint="7F"/>
      </w:tcPr>
    </w:tblStylePr>
    <w:tblStylePr w:type="band1Horz">
      <w:tblPr/>
      <w:tcPr>
        <w:tcBorders>
          <w:insideH w:val="single" w:sz="6" w:space="0" w:color="9BBB59" w:themeColor="accent3"/>
          <w:insideV w:val="single" w:sz="6" w:space="0" w:color="9BBB59" w:themeColor="accent3"/>
        </w:tcBorders>
        <w:shd w:val="clear" w:color="auto" w:fill="CDDDAC" w:themeFill="accent3" w:themeFillTint="7F"/>
      </w:tcPr>
    </w:tblStylePr>
    <w:tblStylePr w:type="nwCell">
      <w:tblPr/>
      <w:tcPr>
        <w:shd w:val="clear" w:color="auto" w:fill="FFFFFF" w:themeFill="background1"/>
      </w:tcPr>
    </w:tblStylePr>
  </w:style>
  <w:style w:type="table" w:styleId="MediumGrid2-Accent4">
    <w:name w:val="Medium Grid 2 Accent 4"/>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8064A2" w:themeColor="accent4"/>
        <w:left w:val="single" w:sz="8" w:space="0" w:color="8064A2" w:themeColor="accent4"/>
        <w:bottom w:val="single" w:sz="8" w:space="0" w:color="8064A2" w:themeColor="accent4"/>
        <w:right w:val="single" w:sz="8" w:space="0" w:color="8064A2" w:themeColor="accent4"/>
        <w:insideH w:val="single" w:sz="8" w:space="0" w:color="8064A2" w:themeColor="accent4"/>
        <w:insideV w:val="single" w:sz="8" w:space="0" w:color="8064A2" w:themeColor="accent4"/>
      </w:tblBorders>
      <w:tblCellMar>
        <w:top w:w="0" w:type="dxa"/>
        <w:left w:w="108" w:type="dxa"/>
        <w:bottom w:w="0" w:type="dxa"/>
        <w:right w:w="108" w:type="dxa"/>
      </w:tblCellMar>
    </w:tblPr>
    <w:tcPr>
      <w:shd w:val="clear" w:color="auto" w:fill="DFD8E8" w:themeFill="accent4" w:themeFillTint="3F"/>
    </w:tcPr>
    <w:tblStylePr w:type="firstRow">
      <w:rPr>
        <w:b/>
        <w:bCs/>
        <w:color w:val="000000" w:themeColor="text1"/>
      </w:rPr>
      <w:tblPr/>
      <w:tcPr>
        <w:shd w:val="clear" w:color="auto" w:fill="F2EFF6" w:themeFill="accent4"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E5DFEC" w:themeFill="accent4" w:themeFillTint="33"/>
      </w:tcPr>
    </w:tblStylePr>
    <w:tblStylePr w:type="band1Vert">
      <w:tblPr/>
      <w:tcPr>
        <w:shd w:val="clear" w:color="auto" w:fill="BFB1D0" w:themeFill="accent4" w:themeFillTint="7F"/>
      </w:tcPr>
    </w:tblStylePr>
    <w:tblStylePr w:type="band1Horz">
      <w:tblPr/>
      <w:tcPr>
        <w:tcBorders>
          <w:insideH w:val="single" w:sz="6" w:space="0" w:color="8064A2" w:themeColor="accent4"/>
          <w:insideV w:val="single" w:sz="6" w:space="0" w:color="8064A2" w:themeColor="accent4"/>
        </w:tcBorders>
        <w:shd w:val="clear" w:color="auto" w:fill="BFB1D0" w:themeFill="accent4" w:themeFillTint="7F"/>
      </w:tcPr>
    </w:tblStylePr>
    <w:tblStylePr w:type="nwCell">
      <w:tblPr/>
      <w:tcPr>
        <w:shd w:val="clear" w:color="auto" w:fill="FFFFFF" w:themeFill="background1"/>
      </w:tcPr>
    </w:tblStylePr>
  </w:style>
  <w:style w:type="table" w:styleId="MediumGrid2-Accent5">
    <w:name w:val="Medium Grid 2 Accent 5"/>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4BACC6" w:themeColor="accent5"/>
        <w:left w:val="single" w:sz="8" w:space="0" w:color="4BACC6" w:themeColor="accent5"/>
        <w:bottom w:val="single" w:sz="8" w:space="0" w:color="4BACC6" w:themeColor="accent5"/>
        <w:right w:val="single" w:sz="8" w:space="0" w:color="4BACC6" w:themeColor="accent5"/>
        <w:insideH w:val="single" w:sz="8" w:space="0" w:color="4BACC6" w:themeColor="accent5"/>
        <w:insideV w:val="single" w:sz="8" w:space="0" w:color="4BACC6" w:themeColor="accent5"/>
      </w:tblBorders>
      <w:tblCellMar>
        <w:top w:w="0" w:type="dxa"/>
        <w:left w:w="108" w:type="dxa"/>
        <w:bottom w:w="0" w:type="dxa"/>
        <w:right w:w="108" w:type="dxa"/>
      </w:tblCellMar>
    </w:tblPr>
    <w:tcPr>
      <w:shd w:val="clear" w:color="auto" w:fill="D2EAF1" w:themeFill="accent5" w:themeFillTint="3F"/>
    </w:tcPr>
    <w:tblStylePr w:type="firstRow">
      <w:rPr>
        <w:b/>
        <w:bCs/>
        <w:color w:val="000000" w:themeColor="text1"/>
      </w:rPr>
      <w:tblPr/>
      <w:tcPr>
        <w:shd w:val="clear" w:color="auto" w:fill="EDF6F9" w:themeFill="accent5"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DAEEF3" w:themeFill="accent5" w:themeFillTint="33"/>
      </w:tcPr>
    </w:tblStylePr>
    <w:tblStylePr w:type="band1Vert">
      <w:tblPr/>
      <w:tcPr>
        <w:shd w:val="clear" w:color="auto" w:fill="A5D5E2" w:themeFill="accent5" w:themeFillTint="7F"/>
      </w:tcPr>
    </w:tblStylePr>
    <w:tblStylePr w:type="band1Horz">
      <w:tblPr/>
      <w:tcPr>
        <w:tcBorders>
          <w:insideH w:val="single" w:sz="6" w:space="0" w:color="4BACC6" w:themeColor="accent5"/>
          <w:insideV w:val="single" w:sz="6" w:space="0" w:color="4BACC6" w:themeColor="accent5"/>
        </w:tcBorders>
        <w:shd w:val="clear" w:color="auto" w:fill="A5D5E2" w:themeFill="accent5" w:themeFillTint="7F"/>
      </w:tcPr>
    </w:tblStylePr>
    <w:tblStylePr w:type="nwCell">
      <w:tblPr/>
      <w:tcPr>
        <w:shd w:val="clear" w:color="auto" w:fill="FFFFFF" w:themeFill="background1"/>
      </w:tcPr>
    </w:tblStylePr>
  </w:style>
  <w:style w:type="table" w:styleId="MediumGrid2-Accent6">
    <w:name w:val="Medium Grid 2 Accent 6"/>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F79646" w:themeColor="accent6"/>
        <w:left w:val="single" w:sz="8" w:space="0" w:color="F79646" w:themeColor="accent6"/>
        <w:bottom w:val="single" w:sz="8" w:space="0" w:color="F79646" w:themeColor="accent6"/>
        <w:right w:val="single" w:sz="8" w:space="0" w:color="F79646" w:themeColor="accent6"/>
        <w:insideH w:val="single" w:sz="8" w:space="0" w:color="F79646" w:themeColor="accent6"/>
        <w:insideV w:val="single" w:sz="8" w:space="0" w:color="F79646" w:themeColor="accent6"/>
      </w:tblBorders>
      <w:tblCellMar>
        <w:top w:w="0" w:type="dxa"/>
        <w:left w:w="108" w:type="dxa"/>
        <w:bottom w:w="0" w:type="dxa"/>
        <w:right w:w="108" w:type="dxa"/>
      </w:tblCellMar>
    </w:tblPr>
    <w:tcPr>
      <w:shd w:val="clear" w:color="auto" w:fill="FDE4D0" w:themeFill="accent6" w:themeFillTint="3F"/>
    </w:tcPr>
    <w:tblStylePr w:type="firstRow">
      <w:rPr>
        <w:b/>
        <w:bCs/>
        <w:color w:val="000000" w:themeColor="text1"/>
      </w:rPr>
      <w:tblPr/>
      <w:tcPr>
        <w:shd w:val="clear" w:color="auto" w:fill="FEF4EC" w:themeFill="accent6"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FDE9D9" w:themeFill="accent6" w:themeFillTint="33"/>
      </w:tcPr>
    </w:tblStylePr>
    <w:tblStylePr w:type="band1Vert">
      <w:tblPr/>
      <w:tcPr>
        <w:shd w:val="clear" w:color="auto" w:fill="FBCAA2" w:themeFill="accent6" w:themeFillTint="7F"/>
      </w:tcPr>
    </w:tblStylePr>
    <w:tblStylePr w:type="band1Horz">
      <w:tblPr/>
      <w:tcPr>
        <w:tcBorders>
          <w:insideH w:val="single" w:sz="6" w:space="0" w:color="F79646" w:themeColor="accent6"/>
          <w:insideV w:val="single" w:sz="6" w:space="0" w:color="F79646" w:themeColor="accent6"/>
        </w:tcBorders>
        <w:shd w:val="clear" w:color="auto" w:fill="FBCAA2" w:themeFill="accent6" w:themeFillTint="7F"/>
      </w:tcPr>
    </w:tblStylePr>
    <w:tblStylePr w:type="nwCell">
      <w:tblPr/>
      <w:tcPr>
        <w:shd w:val="clear" w:color="auto" w:fill="FFFFFF" w:themeFill="background1"/>
      </w:tcPr>
    </w:tblStylePr>
  </w:style>
  <w:style w:type="table" w:styleId="MediumGrid3">
    <w:name w:val="Medium Grid 3"/>
    <w:basedOn w:val="TableNormal"/>
    <w:uiPriority w:val="69"/>
    <w:rsid w:val="00CB066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C0C0C0" w:themeFill="text1"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000000" w:themeFill="text1"/>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000000" w:themeFill="text1"/>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000000" w:themeFill="text1"/>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000000" w:themeFill="text1"/>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808080" w:themeFill="text1"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808080" w:themeFill="text1" w:themeFillTint="7F"/>
      </w:tcPr>
    </w:tblStylePr>
  </w:style>
  <w:style w:type="table" w:styleId="MediumGrid3-Accent1">
    <w:name w:val="Medium Grid 3 Accent 1"/>
    <w:basedOn w:val="TableNormal"/>
    <w:uiPriority w:val="69"/>
    <w:rsid w:val="00CB066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D3DFEE" w:themeFill="accent1"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4F81BD" w:themeFill="accent1"/>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4F81BD" w:themeFill="accent1"/>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4F81BD" w:themeFill="accent1"/>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4F81BD" w:themeFill="accent1"/>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A7BFDE" w:themeFill="accent1"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A7BFDE" w:themeFill="accent1" w:themeFillTint="7F"/>
      </w:tcPr>
    </w:tblStylePr>
  </w:style>
  <w:style w:type="table" w:styleId="MediumGrid3-Accent2">
    <w:name w:val="Medium Grid 3 Accent 2"/>
    <w:basedOn w:val="TableNormal"/>
    <w:uiPriority w:val="69"/>
    <w:rsid w:val="00CB066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EFD3D2" w:themeFill="accent2"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C0504D" w:themeFill="accent2"/>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C0504D" w:themeFill="accent2"/>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C0504D" w:themeFill="accent2"/>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C0504D" w:themeFill="accent2"/>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DFA7A6" w:themeFill="accent2"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DFA7A6" w:themeFill="accent2" w:themeFillTint="7F"/>
      </w:tcPr>
    </w:tblStylePr>
  </w:style>
  <w:style w:type="table" w:styleId="MediumGrid3-Accent3">
    <w:name w:val="Medium Grid 3 Accent 3"/>
    <w:basedOn w:val="TableNormal"/>
    <w:uiPriority w:val="69"/>
    <w:rsid w:val="00CB066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E6EED5" w:themeFill="accent3"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9BBB59" w:themeFill="accent3"/>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9BBB59" w:themeFill="accent3"/>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9BBB59" w:themeFill="accent3"/>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9BBB59" w:themeFill="accent3"/>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CDDDAC" w:themeFill="accent3"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CDDDAC" w:themeFill="accent3" w:themeFillTint="7F"/>
      </w:tcPr>
    </w:tblStylePr>
  </w:style>
  <w:style w:type="table" w:styleId="MediumGrid3-Accent4">
    <w:name w:val="Medium Grid 3 Accent 4"/>
    <w:basedOn w:val="TableNormal"/>
    <w:uiPriority w:val="69"/>
    <w:rsid w:val="00CB066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DFD8E8" w:themeFill="accent4"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8064A2" w:themeFill="accent4"/>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8064A2" w:themeFill="accent4"/>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8064A2" w:themeFill="accent4"/>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8064A2" w:themeFill="accent4"/>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BFB1D0" w:themeFill="accent4"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BFB1D0" w:themeFill="accent4" w:themeFillTint="7F"/>
      </w:tcPr>
    </w:tblStylePr>
  </w:style>
  <w:style w:type="table" w:styleId="MediumGrid3-Accent5">
    <w:name w:val="Medium Grid 3 Accent 5"/>
    <w:basedOn w:val="TableNormal"/>
    <w:uiPriority w:val="69"/>
    <w:rsid w:val="00CB066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D2EAF1" w:themeFill="accent5"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4BACC6" w:themeFill="accent5"/>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4BACC6" w:themeFill="accent5"/>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4BACC6" w:themeFill="accent5"/>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4BACC6" w:themeFill="accent5"/>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A5D5E2" w:themeFill="accent5"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A5D5E2" w:themeFill="accent5" w:themeFillTint="7F"/>
      </w:tcPr>
    </w:tblStylePr>
  </w:style>
  <w:style w:type="table" w:styleId="MediumGrid3-Accent6">
    <w:name w:val="Medium Grid 3 Accent 6"/>
    <w:basedOn w:val="TableNormal"/>
    <w:uiPriority w:val="69"/>
    <w:rsid w:val="00CB066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FDE4D0" w:themeFill="accent6"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F79646" w:themeFill="accent6"/>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F79646" w:themeFill="accent6"/>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F79646" w:themeFill="accent6"/>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F79646" w:themeFill="accent6"/>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FBCAA2" w:themeFill="accent6"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FBCAA2" w:themeFill="accent6" w:themeFillTint="7F"/>
      </w:tcPr>
    </w:tblStylePr>
  </w:style>
  <w:style w:type="table" w:styleId="DarkList">
    <w:name w:val="Dark List"/>
    <w:basedOn w:val="TableNormal"/>
    <w:uiPriority w:val="70"/>
    <w:rsid w:val="00CB066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000000" w:themeFill="text1"/>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000000" w:themeFill="text1" w:themeFillShade="7F"/>
      </w:tcPr>
    </w:tblStylePr>
    <w:tblStylePr w:type="firstCol">
      <w:tblPr/>
      <w:tcPr>
        <w:tcBorders>
          <w:top w:val="nil"/>
          <w:left w:val="nil"/>
          <w:bottom w:val="nil"/>
          <w:right w:val="single" w:sz="18" w:space="0" w:color="FFFFFF" w:themeColor="background1"/>
          <w:insideH w:val="nil"/>
          <w:insideV w:val="nil"/>
        </w:tcBorders>
        <w:shd w:val="clear" w:color="auto" w:fill="000000" w:themeFill="text1" w:themeFillShade="BF"/>
      </w:tcPr>
    </w:tblStylePr>
    <w:tblStylePr w:type="lastCol">
      <w:tblPr/>
      <w:tcPr>
        <w:tcBorders>
          <w:top w:val="nil"/>
          <w:left w:val="single" w:sz="18" w:space="0" w:color="FFFFFF" w:themeColor="background1"/>
          <w:bottom w:val="nil"/>
          <w:right w:val="nil"/>
          <w:insideH w:val="nil"/>
          <w:insideV w:val="nil"/>
        </w:tcBorders>
        <w:shd w:val="clear" w:color="auto" w:fill="000000" w:themeFill="text1" w:themeFillShade="BF"/>
      </w:tcPr>
    </w:tblStylePr>
    <w:tblStylePr w:type="band1Vert">
      <w:tblPr/>
      <w:tcPr>
        <w:tcBorders>
          <w:top w:val="nil"/>
          <w:left w:val="nil"/>
          <w:bottom w:val="nil"/>
          <w:right w:val="nil"/>
          <w:insideH w:val="nil"/>
          <w:insideV w:val="nil"/>
        </w:tcBorders>
        <w:shd w:val="clear" w:color="auto" w:fill="000000" w:themeFill="text1" w:themeFillShade="BF"/>
      </w:tcPr>
    </w:tblStylePr>
    <w:tblStylePr w:type="band1Horz">
      <w:tblPr/>
      <w:tcPr>
        <w:tcBorders>
          <w:top w:val="nil"/>
          <w:left w:val="nil"/>
          <w:bottom w:val="nil"/>
          <w:right w:val="nil"/>
          <w:insideH w:val="nil"/>
          <w:insideV w:val="nil"/>
        </w:tcBorders>
        <w:shd w:val="clear" w:color="auto" w:fill="000000" w:themeFill="text1" w:themeFillShade="BF"/>
      </w:tcPr>
    </w:tblStylePr>
  </w:style>
  <w:style w:type="table" w:styleId="DarkList-Accent1">
    <w:name w:val="Dark List Accent 1"/>
    <w:basedOn w:val="TableNormal"/>
    <w:uiPriority w:val="70"/>
    <w:rsid w:val="00CB066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4F81BD" w:themeFill="accent1"/>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243F60" w:themeFill="accent1" w:themeFillShade="7F"/>
      </w:tcPr>
    </w:tblStylePr>
    <w:tblStylePr w:type="firstCol">
      <w:tblPr/>
      <w:tcPr>
        <w:tcBorders>
          <w:top w:val="nil"/>
          <w:left w:val="nil"/>
          <w:bottom w:val="nil"/>
          <w:right w:val="single" w:sz="18" w:space="0" w:color="FFFFFF" w:themeColor="background1"/>
          <w:insideH w:val="nil"/>
          <w:insideV w:val="nil"/>
        </w:tcBorders>
        <w:shd w:val="clear" w:color="auto" w:fill="365F91" w:themeFill="accent1" w:themeFillShade="BF"/>
      </w:tcPr>
    </w:tblStylePr>
    <w:tblStylePr w:type="lastCol">
      <w:tblPr/>
      <w:tcPr>
        <w:tcBorders>
          <w:top w:val="nil"/>
          <w:left w:val="single" w:sz="18" w:space="0" w:color="FFFFFF" w:themeColor="background1"/>
          <w:bottom w:val="nil"/>
          <w:right w:val="nil"/>
          <w:insideH w:val="nil"/>
          <w:insideV w:val="nil"/>
        </w:tcBorders>
        <w:shd w:val="clear" w:color="auto" w:fill="365F91" w:themeFill="accent1" w:themeFillShade="BF"/>
      </w:tcPr>
    </w:tblStylePr>
    <w:tblStylePr w:type="band1Vert">
      <w:tblPr/>
      <w:tcPr>
        <w:tcBorders>
          <w:top w:val="nil"/>
          <w:left w:val="nil"/>
          <w:bottom w:val="nil"/>
          <w:right w:val="nil"/>
          <w:insideH w:val="nil"/>
          <w:insideV w:val="nil"/>
        </w:tcBorders>
        <w:shd w:val="clear" w:color="auto" w:fill="365F91" w:themeFill="accent1" w:themeFillShade="BF"/>
      </w:tcPr>
    </w:tblStylePr>
    <w:tblStylePr w:type="band1Horz">
      <w:tblPr/>
      <w:tcPr>
        <w:tcBorders>
          <w:top w:val="nil"/>
          <w:left w:val="nil"/>
          <w:bottom w:val="nil"/>
          <w:right w:val="nil"/>
          <w:insideH w:val="nil"/>
          <w:insideV w:val="nil"/>
        </w:tcBorders>
        <w:shd w:val="clear" w:color="auto" w:fill="365F91" w:themeFill="accent1" w:themeFillShade="BF"/>
      </w:tcPr>
    </w:tblStylePr>
  </w:style>
  <w:style w:type="table" w:styleId="DarkList-Accent2">
    <w:name w:val="Dark List Accent 2"/>
    <w:basedOn w:val="TableNormal"/>
    <w:uiPriority w:val="70"/>
    <w:rsid w:val="00CB066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C0504D" w:themeFill="accent2"/>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622423" w:themeFill="accent2" w:themeFillShade="7F"/>
      </w:tcPr>
    </w:tblStylePr>
    <w:tblStylePr w:type="firstCol">
      <w:tblPr/>
      <w:tcPr>
        <w:tcBorders>
          <w:top w:val="nil"/>
          <w:left w:val="nil"/>
          <w:bottom w:val="nil"/>
          <w:right w:val="single" w:sz="18" w:space="0" w:color="FFFFFF" w:themeColor="background1"/>
          <w:insideH w:val="nil"/>
          <w:insideV w:val="nil"/>
        </w:tcBorders>
        <w:shd w:val="clear" w:color="auto" w:fill="943634" w:themeFill="accent2" w:themeFillShade="BF"/>
      </w:tcPr>
    </w:tblStylePr>
    <w:tblStylePr w:type="lastCol">
      <w:tblPr/>
      <w:tcPr>
        <w:tcBorders>
          <w:top w:val="nil"/>
          <w:left w:val="single" w:sz="18" w:space="0" w:color="FFFFFF" w:themeColor="background1"/>
          <w:bottom w:val="nil"/>
          <w:right w:val="nil"/>
          <w:insideH w:val="nil"/>
          <w:insideV w:val="nil"/>
        </w:tcBorders>
        <w:shd w:val="clear" w:color="auto" w:fill="943634" w:themeFill="accent2" w:themeFillShade="BF"/>
      </w:tcPr>
    </w:tblStylePr>
    <w:tblStylePr w:type="band1Vert">
      <w:tblPr/>
      <w:tcPr>
        <w:tcBorders>
          <w:top w:val="nil"/>
          <w:left w:val="nil"/>
          <w:bottom w:val="nil"/>
          <w:right w:val="nil"/>
          <w:insideH w:val="nil"/>
          <w:insideV w:val="nil"/>
        </w:tcBorders>
        <w:shd w:val="clear" w:color="auto" w:fill="943634" w:themeFill="accent2" w:themeFillShade="BF"/>
      </w:tcPr>
    </w:tblStylePr>
    <w:tblStylePr w:type="band1Horz">
      <w:tblPr/>
      <w:tcPr>
        <w:tcBorders>
          <w:top w:val="nil"/>
          <w:left w:val="nil"/>
          <w:bottom w:val="nil"/>
          <w:right w:val="nil"/>
          <w:insideH w:val="nil"/>
          <w:insideV w:val="nil"/>
        </w:tcBorders>
        <w:shd w:val="clear" w:color="auto" w:fill="943634" w:themeFill="accent2" w:themeFillShade="BF"/>
      </w:tcPr>
    </w:tblStylePr>
  </w:style>
  <w:style w:type="table" w:styleId="DarkList-Accent3">
    <w:name w:val="Dark List Accent 3"/>
    <w:basedOn w:val="TableNormal"/>
    <w:uiPriority w:val="70"/>
    <w:rsid w:val="00CB066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9BBB59" w:themeFill="accent3"/>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4E6128" w:themeFill="accent3" w:themeFillShade="7F"/>
      </w:tcPr>
    </w:tblStylePr>
    <w:tblStylePr w:type="firstCol">
      <w:tblPr/>
      <w:tcPr>
        <w:tcBorders>
          <w:top w:val="nil"/>
          <w:left w:val="nil"/>
          <w:bottom w:val="nil"/>
          <w:right w:val="single" w:sz="18" w:space="0" w:color="FFFFFF" w:themeColor="background1"/>
          <w:insideH w:val="nil"/>
          <w:insideV w:val="nil"/>
        </w:tcBorders>
        <w:shd w:val="clear" w:color="auto" w:fill="76923C" w:themeFill="accent3" w:themeFillShade="BF"/>
      </w:tcPr>
    </w:tblStylePr>
    <w:tblStylePr w:type="lastCol">
      <w:tblPr/>
      <w:tcPr>
        <w:tcBorders>
          <w:top w:val="nil"/>
          <w:left w:val="single" w:sz="18" w:space="0" w:color="FFFFFF" w:themeColor="background1"/>
          <w:bottom w:val="nil"/>
          <w:right w:val="nil"/>
          <w:insideH w:val="nil"/>
          <w:insideV w:val="nil"/>
        </w:tcBorders>
        <w:shd w:val="clear" w:color="auto" w:fill="76923C" w:themeFill="accent3" w:themeFillShade="BF"/>
      </w:tcPr>
    </w:tblStylePr>
    <w:tblStylePr w:type="band1Vert">
      <w:tblPr/>
      <w:tcPr>
        <w:tcBorders>
          <w:top w:val="nil"/>
          <w:left w:val="nil"/>
          <w:bottom w:val="nil"/>
          <w:right w:val="nil"/>
          <w:insideH w:val="nil"/>
          <w:insideV w:val="nil"/>
        </w:tcBorders>
        <w:shd w:val="clear" w:color="auto" w:fill="76923C" w:themeFill="accent3" w:themeFillShade="BF"/>
      </w:tcPr>
    </w:tblStylePr>
    <w:tblStylePr w:type="band1Horz">
      <w:tblPr/>
      <w:tcPr>
        <w:tcBorders>
          <w:top w:val="nil"/>
          <w:left w:val="nil"/>
          <w:bottom w:val="nil"/>
          <w:right w:val="nil"/>
          <w:insideH w:val="nil"/>
          <w:insideV w:val="nil"/>
        </w:tcBorders>
        <w:shd w:val="clear" w:color="auto" w:fill="76923C" w:themeFill="accent3" w:themeFillShade="BF"/>
      </w:tcPr>
    </w:tblStylePr>
  </w:style>
  <w:style w:type="table" w:styleId="DarkList-Accent4">
    <w:name w:val="Dark List Accent 4"/>
    <w:basedOn w:val="TableNormal"/>
    <w:uiPriority w:val="70"/>
    <w:rsid w:val="00CB066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8064A2" w:themeFill="accent4"/>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3F3151" w:themeFill="accent4" w:themeFillShade="7F"/>
      </w:tcPr>
    </w:tblStylePr>
    <w:tblStylePr w:type="firstCol">
      <w:tblPr/>
      <w:tcPr>
        <w:tcBorders>
          <w:top w:val="nil"/>
          <w:left w:val="nil"/>
          <w:bottom w:val="nil"/>
          <w:right w:val="single" w:sz="18" w:space="0" w:color="FFFFFF" w:themeColor="background1"/>
          <w:insideH w:val="nil"/>
          <w:insideV w:val="nil"/>
        </w:tcBorders>
        <w:shd w:val="clear" w:color="auto" w:fill="5F497A" w:themeFill="accent4" w:themeFillShade="BF"/>
      </w:tcPr>
    </w:tblStylePr>
    <w:tblStylePr w:type="lastCol">
      <w:tblPr/>
      <w:tcPr>
        <w:tcBorders>
          <w:top w:val="nil"/>
          <w:left w:val="single" w:sz="18" w:space="0" w:color="FFFFFF" w:themeColor="background1"/>
          <w:bottom w:val="nil"/>
          <w:right w:val="nil"/>
          <w:insideH w:val="nil"/>
          <w:insideV w:val="nil"/>
        </w:tcBorders>
        <w:shd w:val="clear" w:color="auto" w:fill="5F497A" w:themeFill="accent4" w:themeFillShade="BF"/>
      </w:tcPr>
    </w:tblStylePr>
    <w:tblStylePr w:type="band1Vert">
      <w:tblPr/>
      <w:tcPr>
        <w:tcBorders>
          <w:top w:val="nil"/>
          <w:left w:val="nil"/>
          <w:bottom w:val="nil"/>
          <w:right w:val="nil"/>
          <w:insideH w:val="nil"/>
          <w:insideV w:val="nil"/>
        </w:tcBorders>
        <w:shd w:val="clear" w:color="auto" w:fill="5F497A" w:themeFill="accent4" w:themeFillShade="BF"/>
      </w:tcPr>
    </w:tblStylePr>
    <w:tblStylePr w:type="band1Horz">
      <w:tblPr/>
      <w:tcPr>
        <w:tcBorders>
          <w:top w:val="nil"/>
          <w:left w:val="nil"/>
          <w:bottom w:val="nil"/>
          <w:right w:val="nil"/>
          <w:insideH w:val="nil"/>
          <w:insideV w:val="nil"/>
        </w:tcBorders>
        <w:shd w:val="clear" w:color="auto" w:fill="5F497A" w:themeFill="accent4" w:themeFillShade="BF"/>
      </w:tcPr>
    </w:tblStylePr>
  </w:style>
  <w:style w:type="table" w:styleId="DarkList-Accent5">
    <w:name w:val="Dark List Accent 5"/>
    <w:basedOn w:val="TableNormal"/>
    <w:uiPriority w:val="70"/>
    <w:rsid w:val="00CB066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4BACC6" w:themeFill="accent5"/>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205867" w:themeFill="accent5" w:themeFillShade="7F"/>
      </w:tcPr>
    </w:tblStylePr>
    <w:tblStylePr w:type="firstCol">
      <w:tblPr/>
      <w:tcPr>
        <w:tcBorders>
          <w:top w:val="nil"/>
          <w:left w:val="nil"/>
          <w:bottom w:val="nil"/>
          <w:right w:val="single" w:sz="18" w:space="0" w:color="FFFFFF" w:themeColor="background1"/>
          <w:insideH w:val="nil"/>
          <w:insideV w:val="nil"/>
        </w:tcBorders>
        <w:shd w:val="clear" w:color="auto" w:fill="31849B" w:themeFill="accent5" w:themeFillShade="BF"/>
      </w:tcPr>
    </w:tblStylePr>
    <w:tblStylePr w:type="lastCol">
      <w:tblPr/>
      <w:tcPr>
        <w:tcBorders>
          <w:top w:val="nil"/>
          <w:left w:val="single" w:sz="18" w:space="0" w:color="FFFFFF" w:themeColor="background1"/>
          <w:bottom w:val="nil"/>
          <w:right w:val="nil"/>
          <w:insideH w:val="nil"/>
          <w:insideV w:val="nil"/>
        </w:tcBorders>
        <w:shd w:val="clear" w:color="auto" w:fill="31849B" w:themeFill="accent5" w:themeFillShade="BF"/>
      </w:tcPr>
    </w:tblStylePr>
    <w:tblStylePr w:type="band1Vert">
      <w:tblPr/>
      <w:tcPr>
        <w:tcBorders>
          <w:top w:val="nil"/>
          <w:left w:val="nil"/>
          <w:bottom w:val="nil"/>
          <w:right w:val="nil"/>
          <w:insideH w:val="nil"/>
          <w:insideV w:val="nil"/>
        </w:tcBorders>
        <w:shd w:val="clear" w:color="auto" w:fill="31849B" w:themeFill="accent5" w:themeFillShade="BF"/>
      </w:tcPr>
    </w:tblStylePr>
    <w:tblStylePr w:type="band1Horz">
      <w:tblPr/>
      <w:tcPr>
        <w:tcBorders>
          <w:top w:val="nil"/>
          <w:left w:val="nil"/>
          <w:bottom w:val="nil"/>
          <w:right w:val="nil"/>
          <w:insideH w:val="nil"/>
          <w:insideV w:val="nil"/>
        </w:tcBorders>
        <w:shd w:val="clear" w:color="auto" w:fill="31849B" w:themeFill="accent5" w:themeFillShade="BF"/>
      </w:tcPr>
    </w:tblStylePr>
  </w:style>
  <w:style w:type="table" w:styleId="DarkList-Accent6">
    <w:name w:val="Dark List Accent 6"/>
    <w:basedOn w:val="TableNormal"/>
    <w:uiPriority w:val="70"/>
    <w:rsid w:val="00CB066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F79646" w:themeFill="accent6"/>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974706" w:themeFill="accent6" w:themeFillShade="7F"/>
      </w:tcPr>
    </w:tblStylePr>
    <w:tblStylePr w:type="firstCol">
      <w:tblPr/>
      <w:tcPr>
        <w:tcBorders>
          <w:top w:val="nil"/>
          <w:left w:val="nil"/>
          <w:bottom w:val="nil"/>
          <w:right w:val="single" w:sz="18" w:space="0" w:color="FFFFFF" w:themeColor="background1"/>
          <w:insideH w:val="nil"/>
          <w:insideV w:val="nil"/>
        </w:tcBorders>
        <w:shd w:val="clear" w:color="auto" w:fill="E36C0A" w:themeFill="accent6" w:themeFillShade="BF"/>
      </w:tcPr>
    </w:tblStylePr>
    <w:tblStylePr w:type="lastCol">
      <w:tblPr/>
      <w:tcPr>
        <w:tcBorders>
          <w:top w:val="nil"/>
          <w:left w:val="single" w:sz="18" w:space="0" w:color="FFFFFF" w:themeColor="background1"/>
          <w:bottom w:val="nil"/>
          <w:right w:val="nil"/>
          <w:insideH w:val="nil"/>
          <w:insideV w:val="nil"/>
        </w:tcBorders>
        <w:shd w:val="clear" w:color="auto" w:fill="E36C0A" w:themeFill="accent6" w:themeFillShade="BF"/>
      </w:tcPr>
    </w:tblStylePr>
    <w:tblStylePr w:type="band1Vert">
      <w:tblPr/>
      <w:tcPr>
        <w:tcBorders>
          <w:top w:val="nil"/>
          <w:left w:val="nil"/>
          <w:bottom w:val="nil"/>
          <w:right w:val="nil"/>
          <w:insideH w:val="nil"/>
          <w:insideV w:val="nil"/>
        </w:tcBorders>
        <w:shd w:val="clear" w:color="auto" w:fill="E36C0A" w:themeFill="accent6" w:themeFillShade="BF"/>
      </w:tcPr>
    </w:tblStylePr>
    <w:tblStylePr w:type="band1Horz">
      <w:tblPr/>
      <w:tcPr>
        <w:tcBorders>
          <w:top w:val="nil"/>
          <w:left w:val="nil"/>
          <w:bottom w:val="nil"/>
          <w:right w:val="nil"/>
          <w:insideH w:val="nil"/>
          <w:insideV w:val="nil"/>
        </w:tcBorders>
        <w:shd w:val="clear" w:color="auto" w:fill="E36C0A" w:themeFill="accent6" w:themeFillShade="BF"/>
      </w:tcPr>
    </w:tblStylePr>
  </w:style>
  <w:style w:type="table" w:styleId="ColorfulShading">
    <w:name w:val="Colorful Shading"/>
    <w:basedOn w:val="TableNormal"/>
    <w:uiPriority w:val="71"/>
    <w:rsid w:val="00CB0664"/>
    <w:pPr>
      <w:spacing w:after="0" w:line="240" w:lineRule="auto"/>
    </w:pPr>
    <w:rPr>
      <w:color w:val="000000" w:themeColor="text1"/>
    </w:rPr>
    <w:tblPr>
      <w:tblStyleRowBandSize w:val="1"/>
      <w:tblStyleColBandSize w:val="1"/>
      <w:tblInd w:w="0" w:type="dxa"/>
      <w:tblBorders>
        <w:top w:val="single" w:sz="24" w:space="0" w:color="C0504D" w:themeColor="accent2"/>
        <w:left w:val="single" w:sz="4" w:space="0" w:color="000000" w:themeColor="text1"/>
        <w:bottom w:val="single" w:sz="4" w:space="0" w:color="000000" w:themeColor="text1"/>
        <w:right w:val="single" w:sz="4" w:space="0" w:color="000000" w:themeColor="text1"/>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E6E6E6" w:themeFill="text1" w:themeFillTint="19"/>
    </w:tcPr>
    <w:tblStylePr w:type="firstRow">
      <w:rPr>
        <w:b/>
        <w:bCs/>
      </w:rPr>
      <w:tblPr/>
      <w:tcPr>
        <w:tcBorders>
          <w:top w:val="nil"/>
          <w:left w:val="nil"/>
          <w:bottom w:val="single" w:sz="24" w:space="0" w:color="C0504D" w:themeColor="accent2"/>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000000" w:themeFill="text1" w:themeFillShade="99"/>
      </w:tcPr>
    </w:tblStylePr>
    <w:tblStylePr w:type="firstCol">
      <w:rPr>
        <w:color w:val="FFFFFF" w:themeColor="background1"/>
      </w:rPr>
      <w:tblPr/>
      <w:tcPr>
        <w:tcBorders>
          <w:top w:val="nil"/>
          <w:left w:val="nil"/>
          <w:bottom w:val="nil"/>
          <w:right w:val="nil"/>
          <w:insideH w:val="single" w:sz="4" w:space="0" w:color="000000" w:themeColor="text1" w:themeShade="99"/>
          <w:insideV w:val="nil"/>
        </w:tcBorders>
        <w:shd w:val="clear" w:color="auto" w:fill="000000" w:themeFill="text1" w:themeFillShade="99"/>
      </w:tcPr>
    </w:tblStylePr>
    <w:tblStylePr w:type="lastCol">
      <w:rPr>
        <w:color w:val="FFFFFF" w:themeColor="background1"/>
      </w:rPr>
      <w:tblPr/>
      <w:tcPr>
        <w:tcBorders>
          <w:top w:val="nil"/>
          <w:left w:val="nil"/>
          <w:bottom w:val="nil"/>
          <w:right w:val="nil"/>
          <w:insideH w:val="nil"/>
          <w:insideV w:val="nil"/>
        </w:tcBorders>
        <w:shd w:val="clear" w:color="auto" w:fill="000000" w:themeFill="text1" w:themeFillShade="BF"/>
      </w:tcPr>
    </w:tblStylePr>
    <w:tblStylePr w:type="band1Vert">
      <w:tblPr/>
      <w:tcPr>
        <w:shd w:val="clear" w:color="auto" w:fill="999999" w:themeFill="text1" w:themeFillTint="66"/>
      </w:tcPr>
    </w:tblStylePr>
    <w:tblStylePr w:type="band1Horz">
      <w:tblPr/>
      <w:tcPr>
        <w:shd w:val="clear" w:color="auto" w:fill="808080" w:themeFill="text1" w:themeFillTint="7F"/>
      </w:tcPr>
    </w:tblStylePr>
    <w:tblStylePr w:type="neCell">
      <w:rPr>
        <w:color w:val="000000" w:themeColor="text1"/>
      </w:rPr>
    </w:tblStylePr>
    <w:tblStylePr w:type="nwCell">
      <w:rPr>
        <w:color w:val="000000" w:themeColor="text1"/>
      </w:rPr>
    </w:tblStylePr>
  </w:style>
  <w:style w:type="table" w:styleId="ColorfulShading-Accent1">
    <w:name w:val="Colorful Shading Accent 1"/>
    <w:basedOn w:val="TableNormal"/>
    <w:uiPriority w:val="71"/>
    <w:rsid w:val="00CB0664"/>
    <w:pPr>
      <w:spacing w:after="0" w:line="240" w:lineRule="auto"/>
    </w:pPr>
    <w:rPr>
      <w:color w:val="000000" w:themeColor="text1"/>
    </w:rPr>
    <w:tblPr>
      <w:tblStyleRowBandSize w:val="1"/>
      <w:tblStyleColBandSize w:val="1"/>
      <w:tblInd w:w="0" w:type="dxa"/>
      <w:tblBorders>
        <w:top w:val="single" w:sz="24" w:space="0" w:color="C0504D" w:themeColor="accent2"/>
        <w:left w:val="single" w:sz="4" w:space="0" w:color="4F81BD" w:themeColor="accent1"/>
        <w:bottom w:val="single" w:sz="4" w:space="0" w:color="4F81BD" w:themeColor="accent1"/>
        <w:right w:val="single" w:sz="4" w:space="0" w:color="4F81BD" w:themeColor="accent1"/>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EDF2F8" w:themeFill="accent1" w:themeFillTint="19"/>
    </w:tcPr>
    <w:tblStylePr w:type="firstRow">
      <w:rPr>
        <w:b/>
        <w:bCs/>
      </w:rPr>
      <w:tblPr/>
      <w:tcPr>
        <w:tcBorders>
          <w:top w:val="nil"/>
          <w:left w:val="nil"/>
          <w:bottom w:val="single" w:sz="24" w:space="0" w:color="C0504D" w:themeColor="accent2"/>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2C4C74" w:themeFill="accent1" w:themeFillShade="99"/>
      </w:tcPr>
    </w:tblStylePr>
    <w:tblStylePr w:type="firstCol">
      <w:rPr>
        <w:color w:val="FFFFFF" w:themeColor="background1"/>
      </w:rPr>
      <w:tblPr/>
      <w:tcPr>
        <w:tcBorders>
          <w:top w:val="nil"/>
          <w:left w:val="nil"/>
          <w:bottom w:val="nil"/>
          <w:right w:val="nil"/>
          <w:insideH w:val="single" w:sz="4" w:space="0" w:color="2C4C74" w:themeColor="accent1" w:themeShade="99"/>
          <w:insideV w:val="nil"/>
        </w:tcBorders>
        <w:shd w:val="clear" w:color="auto" w:fill="2C4C74" w:themeFill="accent1" w:themeFillShade="99"/>
      </w:tcPr>
    </w:tblStylePr>
    <w:tblStylePr w:type="lastCol">
      <w:rPr>
        <w:color w:val="FFFFFF" w:themeColor="background1"/>
      </w:rPr>
      <w:tblPr/>
      <w:tcPr>
        <w:tcBorders>
          <w:top w:val="nil"/>
          <w:left w:val="nil"/>
          <w:bottom w:val="nil"/>
          <w:right w:val="nil"/>
          <w:insideH w:val="nil"/>
          <w:insideV w:val="nil"/>
        </w:tcBorders>
        <w:shd w:val="clear" w:color="auto" w:fill="2C4C74" w:themeFill="accent1" w:themeFillShade="99"/>
      </w:tcPr>
    </w:tblStylePr>
    <w:tblStylePr w:type="band1Vert">
      <w:tblPr/>
      <w:tcPr>
        <w:shd w:val="clear" w:color="auto" w:fill="B8CCE4" w:themeFill="accent1" w:themeFillTint="66"/>
      </w:tcPr>
    </w:tblStylePr>
    <w:tblStylePr w:type="band1Horz">
      <w:tblPr/>
      <w:tcPr>
        <w:shd w:val="clear" w:color="auto" w:fill="A7BFDE" w:themeFill="accent1" w:themeFillTint="7F"/>
      </w:tcPr>
    </w:tblStylePr>
    <w:tblStylePr w:type="neCell">
      <w:rPr>
        <w:color w:val="000000" w:themeColor="text1"/>
      </w:rPr>
    </w:tblStylePr>
    <w:tblStylePr w:type="nwCell">
      <w:rPr>
        <w:color w:val="000000" w:themeColor="text1"/>
      </w:rPr>
    </w:tblStylePr>
  </w:style>
  <w:style w:type="table" w:styleId="ColorfulShading-Accent2">
    <w:name w:val="Colorful Shading Accent 2"/>
    <w:basedOn w:val="TableNormal"/>
    <w:uiPriority w:val="71"/>
    <w:rsid w:val="00CB0664"/>
    <w:pPr>
      <w:spacing w:after="0" w:line="240" w:lineRule="auto"/>
    </w:pPr>
    <w:rPr>
      <w:color w:val="000000" w:themeColor="text1"/>
    </w:rPr>
    <w:tblPr>
      <w:tblStyleRowBandSize w:val="1"/>
      <w:tblStyleColBandSize w:val="1"/>
      <w:tblInd w:w="0" w:type="dxa"/>
      <w:tblBorders>
        <w:top w:val="single" w:sz="24" w:space="0" w:color="C0504D" w:themeColor="accent2"/>
        <w:left w:val="single" w:sz="4" w:space="0" w:color="C0504D" w:themeColor="accent2"/>
        <w:bottom w:val="single" w:sz="4" w:space="0" w:color="C0504D" w:themeColor="accent2"/>
        <w:right w:val="single" w:sz="4" w:space="0" w:color="C0504D" w:themeColor="accent2"/>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F8EDED" w:themeFill="accent2" w:themeFillTint="19"/>
    </w:tcPr>
    <w:tblStylePr w:type="firstRow">
      <w:rPr>
        <w:b/>
        <w:bCs/>
      </w:rPr>
      <w:tblPr/>
      <w:tcPr>
        <w:tcBorders>
          <w:top w:val="nil"/>
          <w:left w:val="nil"/>
          <w:bottom w:val="single" w:sz="24" w:space="0" w:color="C0504D" w:themeColor="accent2"/>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772C2A" w:themeFill="accent2" w:themeFillShade="99"/>
      </w:tcPr>
    </w:tblStylePr>
    <w:tblStylePr w:type="firstCol">
      <w:rPr>
        <w:color w:val="FFFFFF" w:themeColor="background1"/>
      </w:rPr>
      <w:tblPr/>
      <w:tcPr>
        <w:tcBorders>
          <w:top w:val="nil"/>
          <w:left w:val="nil"/>
          <w:bottom w:val="nil"/>
          <w:right w:val="nil"/>
          <w:insideH w:val="single" w:sz="4" w:space="0" w:color="772C2A" w:themeColor="accent2" w:themeShade="99"/>
          <w:insideV w:val="nil"/>
        </w:tcBorders>
        <w:shd w:val="clear" w:color="auto" w:fill="772C2A" w:themeFill="accent2" w:themeFillShade="99"/>
      </w:tcPr>
    </w:tblStylePr>
    <w:tblStylePr w:type="lastCol">
      <w:rPr>
        <w:color w:val="FFFFFF" w:themeColor="background1"/>
      </w:rPr>
      <w:tblPr/>
      <w:tcPr>
        <w:tcBorders>
          <w:top w:val="nil"/>
          <w:left w:val="nil"/>
          <w:bottom w:val="nil"/>
          <w:right w:val="nil"/>
          <w:insideH w:val="nil"/>
          <w:insideV w:val="nil"/>
        </w:tcBorders>
        <w:shd w:val="clear" w:color="auto" w:fill="772C2A" w:themeFill="accent2" w:themeFillShade="99"/>
      </w:tcPr>
    </w:tblStylePr>
    <w:tblStylePr w:type="band1Vert">
      <w:tblPr/>
      <w:tcPr>
        <w:shd w:val="clear" w:color="auto" w:fill="E5B8B7" w:themeFill="accent2" w:themeFillTint="66"/>
      </w:tcPr>
    </w:tblStylePr>
    <w:tblStylePr w:type="band1Horz">
      <w:tblPr/>
      <w:tcPr>
        <w:shd w:val="clear" w:color="auto" w:fill="DFA7A6" w:themeFill="accent2" w:themeFillTint="7F"/>
      </w:tcPr>
    </w:tblStylePr>
    <w:tblStylePr w:type="neCell">
      <w:rPr>
        <w:color w:val="000000" w:themeColor="text1"/>
      </w:rPr>
    </w:tblStylePr>
    <w:tblStylePr w:type="nwCell">
      <w:rPr>
        <w:color w:val="000000" w:themeColor="text1"/>
      </w:rPr>
    </w:tblStylePr>
  </w:style>
  <w:style w:type="table" w:styleId="ColorfulShading-Accent3">
    <w:name w:val="Colorful Shading Accent 3"/>
    <w:basedOn w:val="TableNormal"/>
    <w:uiPriority w:val="71"/>
    <w:rsid w:val="00CB0664"/>
    <w:pPr>
      <w:spacing w:after="0" w:line="240" w:lineRule="auto"/>
    </w:pPr>
    <w:rPr>
      <w:color w:val="000000" w:themeColor="text1"/>
    </w:rPr>
    <w:tblPr>
      <w:tblStyleRowBandSize w:val="1"/>
      <w:tblStyleColBandSize w:val="1"/>
      <w:tblInd w:w="0" w:type="dxa"/>
      <w:tblBorders>
        <w:top w:val="single" w:sz="24" w:space="0" w:color="8064A2" w:themeColor="accent4"/>
        <w:left w:val="single" w:sz="4" w:space="0" w:color="9BBB59" w:themeColor="accent3"/>
        <w:bottom w:val="single" w:sz="4" w:space="0" w:color="9BBB59" w:themeColor="accent3"/>
        <w:right w:val="single" w:sz="4" w:space="0" w:color="9BBB59" w:themeColor="accent3"/>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F5F8EE" w:themeFill="accent3" w:themeFillTint="19"/>
    </w:tcPr>
    <w:tblStylePr w:type="firstRow">
      <w:rPr>
        <w:b/>
        <w:bCs/>
      </w:rPr>
      <w:tblPr/>
      <w:tcPr>
        <w:tcBorders>
          <w:top w:val="nil"/>
          <w:left w:val="nil"/>
          <w:bottom w:val="single" w:sz="24" w:space="0" w:color="8064A2" w:themeColor="accent4"/>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5E7530" w:themeFill="accent3" w:themeFillShade="99"/>
      </w:tcPr>
    </w:tblStylePr>
    <w:tblStylePr w:type="firstCol">
      <w:rPr>
        <w:color w:val="FFFFFF" w:themeColor="background1"/>
      </w:rPr>
      <w:tblPr/>
      <w:tcPr>
        <w:tcBorders>
          <w:top w:val="nil"/>
          <w:left w:val="nil"/>
          <w:bottom w:val="nil"/>
          <w:right w:val="nil"/>
          <w:insideH w:val="single" w:sz="4" w:space="0" w:color="5E7530" w:themeColor="accent3" w:themeShade="99"/>
          <w:insideV w:val="nil"/>
        </w:tcBorders>
        <w:shd w:val="clear" w:color="auto" w:fill="5E7530" w:themeFill="accent3" w:themeFillShade="99"/>
      </w:tcPr>
    </w:tblStylePr>
    <w:tblStylePr w:type="lastCol">
      <w:rPr>
        <w:color w:val="FFFFFF" w:themeColor="background1"/>
      </w:rPr>
      <w:tblPr/>
      <w:tcPr>
        <w:tcBorders>
          <w:top w:val="nil"/>
          <w:left w:val="nil"/>
          <w:bottom w:val="nil"/>
          <w:right w:val="nil"/>
          <w:insideH w:val="nil"/>
          <w:insideV w:val="nil"/>
        </w:tcBorders>
        <w:shd w:val="clear" w:color="auto" w:fill="5E7530" w:themeFill="accent3" w:themeFillShade="99"/>
      </w:tcPr>
    </w:tblStylePr>
    <w:tblStylePr w:type="band1Vert">
      <w:tblPr/>
      <w:tcPr>
        <w:shd w:val="clear" w:color="auto" w:fill="D6E3BC" w:themeFill="accent3" w:themeFillTint="66"/>
      </w:tcPr>
    </w:tblStylePr>
    <w:tblStylePr w:type="band1Horz">
      <w:tblPr/>
      <w:tcPr>
        <w:shd w:val="clear" w:color="auto" w:fill="CDDDAC" w:themeFill="accent3" w:themeFillTint="7F"/>
      </w:tcPr>
    </w:tblStylePr>
  </w:style>
  <w:style w:type="table" w:styleId="ColorfulShading-Accent4">
    <w:name w:val="Colorful Shading Accent 4"/>
    <w:basedOn w:val="TableNormal"/>
    <w:uiPriority w:val="71"/>
    <w:rsid w:val="00CB0664"/>
    <w:pPr>
      <w:spacing w:after="0" w:line="240" w:lineRule="auto"/>
    </w:pPr>
    <w:rPr>
      <w:color w:val="000000" w:themeColor="text1"/>
    </w:rPr>
    <w:tblPr>
      <w:tblStyleRowBandSize w:val="1"/>
      <w:tblStyleColBandSize w:val="1"/>
      <w:tblInd w:w="0" w:type="dxa"/>
      <w:tblBorders>
        <w:top w:val="single" w:sz="24" w:space="0" w:color="9BBB59" w:themeColor="accent3"/>
        <w:left w:val="single" w:sz="4" w:space="0" w:color="8064A2" w:themeColor="accent4"/>
        <w:bottom w:val="single" w:sz="4" w:space="0" w:color="8064A2" w:themeColor="accent4"/>
        <w:right w:val="single" w:sz="4" w:space="0" w:color="8064A2" w:themeColor="accent4"/>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F2EFF6" w:themeFill="accent4" w:themeFillTint="19"/>
    </w:tcPr>
    <w:tblStylePr w:type="firstRow">
      <w:rPr>
        <w:b/>
        <w:bCs/>
      </w:rPr>
      <w:tblPr/>
      <w:tcPr>
        <w:tcBorders>
          <w:top w:val="nil"/>
          <w:left w:val="nil"/>
          <w:bottom w:val="single" w:sz="24" w:space="0" w:color="9BBB59" w:themeColor="accent3"/>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4C3B62" w:themeFill="accent4" w:themeFillShade="99"/>
      </w:tcPr>
    </w:tblStylePr>
    <w:tblStylePr w:type="firstCol">
      <w:rPr>
        <w:color w:val="FFFFFF" w:themeColor="background1"/>
      </w:rPr>
      <w:tblPr/>
      <w:tcPr>
        <w:tcBorders>
          <w:top w:val="nil"/>
          <w:left w:val="nil"/>
          <w:bottom w:val="nil"/>
          <w:right w:val="nil"/>
          <w:insideH w:val="single" w:sz="4" w:space="0" w:color="4C3B62" w:themeColor="accent4" w:themeShade="99"/>
          <w:insideV w:val="nil"/>
        </w:tcBorders>
        <w:shd w:val="clear" w:color="auto" w:fill="4C3B62" w:themeFill="accent4" w:themeFillShade="99"/>
      </w:tcPr>
    </w:tblStylePr>
    <w:tblStylePr w:type="lastCol">
      <w:rPr>
        <w:color w:val="FFFFFF" w:themeColor="background1"/>
      </w:rPr>
      <w:tblPr/>
      <w:tcPr>
        <w:tcBorders>
          <w:top w:val="nil"/>
          <w:left w:val="nil"/>
          <w:bottom w:val="nil"/>
          <w:right w:val="nil"/>
          <w:insideH w:val="nil"/>
          <w:insideV w:val="nil"/>
        </w:tcBorders>
        <w:shd w:val="clear" w:color="auto" w:fill="4C3B62" w:themeFill="accent4" w:themeFillShade="99"/>
      </w:tcPr>
    </w:tblStylePr>
    <w:tblStylePr w:type="band1Vert">
      <w:tblPr/>
      <w:tcPr>
        <w:shd w:val="clear" w:color="auto" w:fill="CCC0D9" w:themeFill="accent4" w:themeFillTint="66"/>
      </w:tcPr>
    </w:tblStylePr>
    <w:tblStylePr w:type="band1Horz">
      <w:tblPr/>
      <w:tcPr>
        <w:shd w:val="clear" w:color="auto" w:fill="BFB1D0" w:themeFill="accent4" w:themeFillTint="7F"/>
      </w:tcPr>
    </w:tblStylePr>
    <w:tblStylePr w:type="neCell">
      <w:rPr>
        <w:color w:val="000000" w:themeColor="text1"/>
      </w:rPr>
    </w:tblStylePr>
    <w:tblStylePr w:type="nwCell">
      <w:rPr>
        <w:color w:val="000000" w:themeColor="text1"/>
      </w:rPr>
    </w:tblStylePr>
  </w:style>
  <w:style w:type="table" w:styleId="ColorfulShading-Accent5">
    <w:name w:val="Colorful Shading Accent 5"/>
    <w:basedOn w:val="TableNormal"/>
    <w:uiPriority w:val="71"/>
    <w:rsid w:val="00CB0664"/>
    <w:pPr>
      <w:spacing w:after="0" w:line="240" w:lineRule="auto"/>
    </w:pPr>
    <w:rPr>
      <w:color w:val="000000" w:themeColor="text1"/>
    </w:rPr>
    <w:tblPr>
      <w:tblStyleRowBandSize w:val="1"/>
      <w:tblStyleColBandSize w:val="1"/>
      <w:tblInd w:w="0" w:type="dxa"/>
      <w:tblBorders>
        <w:top w:val="single" w:sz="24" w:space="0" w:color="F79646" w:themeColor="accent6"/>
        <w:left w:val="single" w:sz="4" w:space="0" w:color="4BACC6" w:themeColor="accent5"/>
        <w:bottom w:val="single" w:sz="4" w:space="0" w:color="4BACC6" w:themeColor="accent5"/>
        <w:right w:val="single" w:sz="4" w:space="0" w:color="4BACC6" w:themeColor="accent5"/>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EDF6F9" w:themeFill="accent5" w:themeFillTint="19"/>
    </w:tcPr>
    <w:tblStylePr w:type="firstRow">
      <w:rPr>
        <w:b/>
        <w:bCs/>
      </w:rPr>
      <w:tblPr/>
      <w:tcPr>
        <w:tcBorders>
          <w:top w:val="nil"/>
          <w:left w:val="nil"/>
          <w:bottom w:val="single" w:sz="24" w:space="0" w:color="F79646" w:themeColor="accent6"/>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276A7C" w:themeFill="accent5" w:themeFillShade="99"/>
      </w:tcPr>
    </w:tblStylePr>
    <w:tblStylePr w:type="firstCol">
      <w:rPr>
        <w:color w:val="FFFFFF" w:themeColor="background1"/>
      </w:rPr>
      <w:tblPr/>
      <w:tcPr>
        <w:tcBorders>
          <w:top w:val="nil"/>
          <w:left w:val="nil"/>
          <w:bottom w:val="nil"/>
          <w:right w:val="nil"/>
          <w:insideH w:val="single" w:sz="4" w:space="0" w:color="276A7C" w:themeColor="accent5" w:themeShade="99"/>
          <w:insideV w:val="nil"/>
        </w:tcBorders>
        <w:shd w:val="clear" w:color="auto" w:fill="276A7C" w:themeFill="accent5" w:themeFillShade="99"/>
      </w:tcPr>
    </w:tblStylePr>
    <w:tblStylePr w:type="lastCol">
      <w:rPr>
        <w:color w:val="FFFFFF" w:themeColor="background1"/>
      </w:rPr>
      <w:tblPr/>
      <w:tcPr>
        <w:tcBorders>
          <w:top w:val="nil"/>
          <w:left w:val="nil"/>
          <w:bottom w:val="nil"/>
          <w:right w:val="nil"/>
          <w:insideH w:val="nil"/>
          <w:insideV w:val="nil"/>
        </w:tcBorders>
        <w:shd w:val="clear" w:color="auto" w:fill="276A7C" w:themeFill="accent5" w:themeFillShade="99"/>
      </w:tcPr>
    </w:tblStylePr>
    <w:tblStylePr w:type="band1Vert">
      <w:tblPr/>
      <w:tcPr>
        <w:shd w:val="clear" w:color="auto" w:fill="B6DDE8" w:themeFill="accent5" w:themeFillTint="66"/>
      </w:tcPr>
    </w:tblStylePr>
    <w:tblStylePr w:type="band1Horz">
      <w:tblPr/>
      <w:tcPr>
        <w:shd w:val="clear" w:color="auto" w:fill="A5D5E2" w:themeFill="accent5" w:themeFillTint="7F"/>
      </w:tcPr>
    </w:tblStylePr>
    <w:tblStylePr w:type="neCell">
      <w:rPr>
        <w:color w:val="000000" w:themeColor="text1"/>
      </w:rPr>
    </w:tblStylePr>
    <w:tblStylePr w:type="nwCell">
      <w:rPr>
        <w:color w:val="000000" w:themeColor="text1"/>
      </w:rPr>
    </w:tblStylePr>
  </w:style>
  <w:style w:type="table" w:styleId="ColorfulShading-Accent6">
    <w:name w:val="Colorful Shading Accent 6"/>
    <w:basedOn w:val="TableNormal"/>
    <w:uiPriority w:val="71"/>
    <w:rsid w:val="00CB0664"/>
    <w:pPr>
      <w:spacing w:after="0" w:line="240" w:lineRule="auto"/>
    </w:pPr>
    <w:rPr>
      <w:color w:val="000000" w:themeColor="text1"/>
    </w:rPr>
    <w:tblPr>
      <w:tblStyleRowBandSize w:val="1"/>
      <w:tblStyleColBandSize w:val="1"/>
      <w:tblInd w:w="0" w:type="dxa"/>
      <w:tblBorders>
        <w:top w:val="single" w:sz="24" w:space="0" w:color="4BACC6" w:themeColor="accent5"/>
        <w:left w:val="single" w:sz="4" w:space="0" w:color="F79646" w:themeColor="accent6"/>
        <w:bottom w:val="single" w:sz="4" w:space="0" w:color="F79646" w:themeColor="accent6"/>
        <w:right w:val="single" w:sz="4" w:space="0" w:color="F79646" w:themeColor="accent6"/>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FEF4EC" w:themeFill="accent6" w:themeFillTint="19"/>
    </w:tcPr>
    <w:tblStylePr w:type="firstRow">
      <w:rPr>
        <w:b/>
        <w:bCs/>
      </w:rPr>
      <w:tblPr/>
      <w:tcPr>
        <w:tcBorders>
          <w:top w:val="nil"/>
          <w:left w:val="nil"/>
          <w:bottom w:val="single" w:sz="24" w:space="0" w:color="4BACC6" w:themeColor="accent5"/>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B65608" w:themeFill="accent6" w:themeFillShade="99"/>
      </w:tcPr>
    </w:tblStylePr>
    <w:tblStylePr w:type="firstCol">
      <w:rPr>
        <w:color w:val="FFFFFF" w:themeColor="background1"/>
      </w:rPr>
      <w:tblPr/>
      <w:tcPr>
        <w:tcBorders>
          <w:top w:val="nil"/>
          <w:left w:val="nil"/>
          <w:bottom w:val="nil"/>
          <w:right w:val="nil"/>
          <w:insideH w:val="single" w:sz="4" w:space="0" w:color="B65608" w:themeColor="accent6" w:themeShade="99"/>
          <w:insideV w:val="nil"/>
        </w:tcBorders>
        <w:shd w:val="clear" w:color="auto" w:fill="B65608" w:themeFill="accent6" w:themeFillShade="99"/>
      </w:tcPr>
    </w:tblStylePr>
    <w:tblStylePr w:type="lastCol">
      <w:rPr>
        <w:color w:val="FFFFFF" w:themeColor="background1"/>
      </w:rPr>
      <w:tblPr/>
      <w:tcPr>
        <w:tcBorders>
          <w:top w:val="nil"/>
          <w:left w:val="nil"/>
          <w:bottom w:val="nil"/>
          <w:right w:val="nil"/>
          <w:insideH w:val="nil"/>
          <w:insideV w:val="nil"/>
        </w:tcBorders>
        <w:shd w:val="clear" w:color="auto" w:fill="B65608" w:themeFill="accent6" w:themeFillShade="99"/>
      </w:tcPr>
    </w:tblStylePr>
    <w:tblStylePr w:type="band1Vert">
      <w:tblPr/>
      <w:tcPr>
        <w:shd w:val="clear" w:color="auto" w:fill="FBD4B4" w:themeFill="accent6" w:themeFillTint="66"/>
      </w:tcPr>
    </w:tblStylePr>
    <w:tblStylePr w:type="band1Horz">
      <w:tblPr/>
      <w:tcPr>
        <w:shd w:val="clear" w:color="auto" w:fill="FBCAA2" w:themeFill="accent6" w:themeFillTint="7F"/>
      </w:tcPr>
    </w:tblStylePr>
    <w:tblStylePr w:type="neCell">
      <w:rPr>
        <w:color w:val="000000" w:themeColor="text1"/>
      </w:rPr>
    </w:tblStylePr>
    <w:tblStylePr w:type="nwCell">
      <w:rPr>
        <w:color w:val="000000" w:themeColor="text1"/>
      </w:rPr>
    </w:tblStylePr>
  </w:style>
  <w:style w:type="table" w:styleId="ColorfulList">
    <w:name w:val="Colorful List"/>
    <w:basedOn w:val="TableNormal"/>
    <w:uiPriority w:val="72"/>
    <w:rsid w:val="00CB0664"/>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E6E6E6" w:themeFill="text1" w:themeFillTint="19"/>
    </w:tcPr>
    <w:tblStylePr w:type="firstRow">
      <w:rPr>
        <w:b/>
        <w:bCs/>
        <w:color w:val="FFFFFF" w:themeColor="background1"/>
      </w:rPr>
      <w:tblPr/>
      <w:tcPr>
        <w:tcBorders>
          <w:bottom w:val="single" w:sz="12" w:space="0" w:color="FFFFFF" w:themeColor="background1"/>
        </w:tcBorders>
        <w:shd w:val="clear" w:color="auto" w:fill="9E3A38" w:themeFill="accent2" w:themeFillShade="CC"/>
      </w:tcPr>
    </w:tblStylePr>
    <w:tblStylePr w:type="lastRow">
      <w:rPr>
        <w:b/>
        <w:bCs/>
        <w:color w:val="9E3A38" w:themeColor="accent2"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C0C0C0" w:themeFill="text1" w:themeFillTint="3F"/>
      </w:tcPr>
    </w:tblStylePr>
    <w:tblStylePr w:type="band1Horz">
      <w:tblPr/>
      <w:tcPr>
        <w:shd w:val="clear" w:color="auto" w:fill="CCCCCC" w:themeFill="text1" w:themeFillTint="33"/>
      </w:tcPr>
    </w:tblStylePr>
  </w:style>
  <w:style w:type="table" w:styleId="ColorfulList-Accent1">
    <w:name w:val="Colorful List Accent 1"/>
    <w:basedOn w:val="TableNormal"/>
    <w:uiPriority w:val="72"/>
    <w:rsid w:val="00CB0664"/>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EDF2F8" w:themeFill="accent1" w:themeFillTint="19"/>
    </w:tcPr>
    <w:tblStylePr w:type="firstRow">
      <w:rPr>
        <w:b/>
        <w:bCs/>
        <w:color w:val="FFFFFF" w:themeColor="background1"/>
      </w:rPr>
      <w:tblPr/>
      <w:tcPr>
        <w:tcBorders>
          <w:bottom w:val="single" w:sz="12" w:space="0" w:color="FFFFFF" w:themeColor="background1"/>
        </w:tcBorders>
        <w:shd w:val="clear" w:color="auto" w:fill="9E3A38" w:themeFill="accent2" w:themeFillShade="CC"/>
      </w:tcPr>
    </w:tblStylePr>
    <w:tblStylePr w:type="lastRow">
      <w:rPr>
        <w:b/>
        <w:bCs/>
        <w:color w:val="9E3A38" w:themeColor="accent2"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D3DFEE" w:themeFill="accent1" w:themeFillTint="3F"/>
      </w:tcPr>
    </w:tblStylePr>
    <w:tblStylePr w:type="band1Horz">
      <w:tblPr/>
      <w:tcPr>
        <w:shd w:val="clear" w:color="auto" w:fill="DBE5F1" w:themeFill="accent1" w:themeFillTint="33"/>
      </w:tcPr>
    </w:tblStylePr>
  </w:style>
  <w:style w:type="table" w:styleId="ColorfulList-Accent2">
    <w:name w:val="Colorful List Accent 2"/>
    <w:basedOn w:val="TableNormal"/>
    <w:uiPriority w:val="72"/>
    <w:rsid w:val="00CB0664"/>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F8EDED" w:themeFill="accent2" w:themeFillTint="19"/>
    </w:tcPr>
    <w:tblStylePr w:type="firstRow">
      <w:rPr>
        <w:b/>
        <w:bCs/>
        <w:color w:val="FFFFFF" w:themeColor="background1"/>
      </w:rPr>
      <w:tblPr/>
      <w:tcPr>
        <w:tcBorders>
          <w:bottom w:val="single" w:sz="12" w:space="0" w:color="FFFFFF" w:themeColor="background1"/>
        </w:tcBorders>
        <w:shd w:val="clear" w:color="auto" w:fill="9E3A38" w:themeFill="accent2" w:themeFillShade="CC"/>
      </w:tcPr>
    </w:tblStylePr>
    <w:tblStylePr w:type="lastRow">
      <w:rPr>
        <w:b/>
        <w:bCs/>
        <w:color w:val="9E3A38" w:themeColor="accent2"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EFD3D2" w:themeFill="accent2" w:themeFillTint="3F"/>
      </w:tcPr>
    </w:tblStylePr>
    <w:tblStylePr w:type="band1Horz">
      <w:tblPr/>
      <w:tcPr>
        <w:shd w:val="clear" w:color="auto" w:fill="F2DBDB" w:themeFill="accent2" w:themeFillTint="33"/>
      </w:tcPr>
    </w:tblStylePr>
  </w:style>
  <w:style w:type="table" w:styleId="ColorfulList-Accent3">
    <w:name w:val="Colorful List Accent 3"/>
    <w:basedOn w:val="TableNormal"/>
    <w:uiPriority w:val="72"/>
    <w:rsid w:val="00CB0664"/>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F5F8EE" w:themeFill="accent3" w:themeFillTint="19"/>
    </w:tcPr>
    <w:tblStylePr w:type="firstRow">
      <w:rPr>
        <w:b/>
        <w:bCs/>
        <w:color w:val="FFFFFF" w:themeColor="background1"/>
      </w:rPr>
      <w:tblPr/>
      <w:tcPr>
        <w:tcBorders>
          <w:bottom w:val="single" w:sz="12" w:space="0" w:color="FFFFFF" w:themeColor="background1"/>
        </w:tcBorders>
        <w:shd w:val="clear" w:color="auto" w:fill="664E82" w:themeFill="accent4" w:themeFillShade="CC"/>
      </w:tcPr>
    </w:tblStylePr>
    <w:tblStylePr w:type="lastRow">
      <w:rPr>
        <w:b/>
        <w:bCs/>
        <w:color w:val="664E82" w:themeColor="accent4"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E6EED5" w:themeFill="accent3" w:themeFillTint="3F"/>
      </w:tcPr>
    </w:tblStylePr>
    <w:tblStylePr w:type="band1Horz">
      <w:tblPr/>
      <w:tcPr>
        <w:shd w:val="clear" w:color="auto" w:fill="EAF1DD" w:themeFill="accent3" w:themeFillTint="33"/>
      </w:tcPr>
    </w:tblStylePr>
  </w:style>
  <w:style w:type="table" w:styleId="ColorfulList-Accent4">
    <w:name w:val="Colorful List Accent 4"/>
    <w:basedOn w:val="TableNormal"/>
    <w:uiPriority w:val="72"/>
    <w:rsid w:val="00CB0664"/>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F2EFF6" w:themeFill="accent4" w:themeFillTint="19"/>
    </w:tcPr>
    <w:tblStylePr w:type="firstRow">
      <w:rPr>
        <w:b/>
        <w:bCs/>
        <w:color w:val="FFFFFF" w:themeColor="background1"/>
      </w:rPr>
      <w:tblPr/>
      <w:tcPr>
        <w:tcBorders>
          <w:bottom w:val="single" w:sz="12" w:space="0" w:color="FFFFFF" w:themeColor="background1"/>
        </w:tcBorders>
        <w:shd w:val="clear" w:color="auto" w:fill="7E9C40" w:themeFill="accent3" w:themeFillShade="CC"/>
      </w:tcPr>
    </w:tblStylePr>
    <w:tblStylePr w:type="lastRow">
      <w:rPr>
        <w:b/>
        <w:bCs/>
        <w:color w:val="7E9C40" w:themeColor="accent3"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DFD8E8" w:themeFill="accent4" w:themeFillTint="3F"/>
      </w:tcPr>
    </w:tblStylePr>
    <w:tblStylePr w:type="band1Horz">
      <w:tblPr/>
      <w:tcPr>
        <w:shd w:val="clear" w:color="auto" w:fill="E5DFEC" w:themeFill="accent4" w:themeFillTint="33"/>
      </w:tcPr>
    </w:tblStylePr>
  </w:style>
  <w:style w:type="table" w:styleId="ColorfulList-Accent5">
    <w:name w:val="Colorful List Accent 5"/>
    <w:basedOn w:val="TableNormal"/>
    <w:uiPriority w:val="72"/>
    <w:rsid w:val="00CB0664"/>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EDF6F9" w:themeFill="accent5" w:themeFillTint="19"/>
    </w:tcPr>
    <w:tblStylePr w:type="firstRow">
      <w:rPr>
        <w:b/>
        <w:bCs/>
        <w:color w:val="FFFFFF" w:themeColor="background1"/>
      </w:rPr>
      <w:tblPr/>
      <w:tcPr>
        <w:tcBorders>
          <w:bottom w:val="single" w:sz="12" w:space="0" w:color="FFFFFF" w:themeColor="background1"/>
        </w:tcBorders>
        <w:shd w:val="clear" w:color="auto" w:fill="F2730A" w:themeFill="accent6" w:themeFillShade="CC"/>
      </w:tcPr>
    </w:tblStylePr>
    <w:tblStylePr w:type="lastRow">
      <w:rPr>
        <w:b/>
        <w:bCs/>
        <w:color w:val="F2730A" w:themeColor="accent6"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D2EAF1" w:themeFill="accent5" w:themeFillTint="3F"/>
      </w:tcPr>
    </w:tblStylePr>
    <w:tblStylePr w:type="band1Horz">
      <w:tblPr/>
      <w:tcPr>
        <w:shd w:val="clear" w:color="auto" w:fill="DAEEF3" w:themeFill="accent5" w:themeFillTint="33"/>
      </w:tcPr>
    </w:tblStylePr>
  </w:style>
  <w:style w:type="table" w:styleId="ColorfulList-Accent6">
    <w:name w:val="Colorful List Accent 6"/>
    <w:basedOn w:val="TableNormal"/>
    <w:uiPriority w:val="72"/>
    <w:rsid w:val="00CB0664"/>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FEF4EC" w:themeFill="accent6" w:themeFillTint="19"/>
    </w:tcPr>
    <w:tblStylePr w:type="firstRow">
      <w:rPr>
        <w:b/>
        <w:bCs/>
        <w:color w:val="FFFFFF" w:themeColor="background1"/>
      </w:rPr>
      <w:tblPr/>
      <w:tcPr>
        <w:tcBorders>
          <w:bottom w:val="single" w:sz="12" w:space="0" w:color="FFFFFF" w:themeColor="background1"/>
        </w:tcBorders>
        <w:shd w:val="clear" w:color="auto" w:fill="348DA5" w:themeFill="accent5" w:themeFillShade="CC"/>
      </w:tcPr>
    </w:tblStylePr>
    <w:tblStylePr w:type="lastRow">
      <w:rPr>
        <w:b/>
        <w:bCs/>
        <w:color w:val="348DA5" w:themeColor="accent5"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FDE4D0" w:themeFill="accent6" w:themeFillTint="3F"/>
      </w:tcPr>
    </w:tblStylePr>
    <w:tblStylePr w:type="band1Horz">
      <w:tblPr/>
      <w:tcPr>
        <w:shd w:val="clear" w:color="auto" w:fill="FDE9D9" w:themeFill="accent6" w:themeFillTint="33"/>
      </w:tcPr>
    </w:tblStylePr>
  </w:style>
  <w:style w:type="table" w:styleId="ColorfulGrid">
    <w:name w:val="Colorful Grid"/>
    <w:basedOn w:val="TableNormal"/>
    <w:uiPriority w:val="73"/>
    <w:rsid w:val="00CB0664"/>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CCCCCC" w:themeFill="text1" w:themeFillTint="33"/>
    </w:tcPr>
    <w:tblStylePr w:type="firstRow">
      <w:rPr>
        <w:b/>
        <w:bCs/>
      </w:rPr>
      <w:tblPr/>
      <w:tcPr>
        <w:shd w:val="clear" w:color="auto" w:fill="999999" w:themeFill="text1" w:themeFillTint="66"/>
      </w:tcPr>
    </w:tblStylePr>
    <w:tblStylePr w:type="lastRow">
      <w:rPr>
        <w:b/>
        <w:bCs/>
        <w:color w:val="000000" w:themeColor="text1"/>
      </w:rPr>
      <w:tblPr/>
      <w:tcPr>
        <w:shd w:val="clear" w:color="auto" w:fill="999999" w:themeFill="text1" w:themeFillTint="66"/>
      </w:tcPr>
    </w:tblStylePr>
    <w:tblStylePr w:type="firstCol">
      <w:rPr>
        <w:color w:val="FFFFFF" w:themeColor="background1"/>
      </w:rPr>
      <w:tblPr/>
      <w:tcPr>
        <w:shd w:val="clear" w:color="auto" w:fill="000000" w:themeFill="text1" w:themeFillShade="BF"/>
      </w:tcPr>
    </w:tblStylePr>
    <w:tblStylePr w:type="lastCol">
      <w:rPr>
        <w:color w:val="FFFFFF" w:themeColor="background1"/>
      </w:rPr>
      <w:tblPr/>
      <w:tcPr>
        <w:shd w:val="clear" w:color="auto" w:fill="000000" w:themeFill="text1" w:themeFillShade="BF"/>
      </w:tcPr>
    </w:tblStylePr>
    <w:tblStylePr w:type="band1Vert">
      <w:tblPr/>
      <w:tcPr>
        <w:shd w:val="clear" w:color="auto" w:fill="808080" w:themeFill="text1" w:themeFillTint="7F"/>
      </w:tcPr>
    </w:tblStylePr>
    <w:tblStylePr w:type="band1Horz">
      <w:tblPr/>
      <w:tcPr>
        <w:shd w:val="clear" w:color="auto" w:fill="808080" w:themeFill="text1" w:themeFillTint="7F"/>
      </w:tcPr>
    </w:tblStylePr>
  </w:style>
  <w:style w:type="table" w:styleId="ColorfulGrid-Accent1">
    <w:name w:val="Colorful Grid Accent 1"/>
    <w:basedOn w:val="TableNormal"/>
    <w:uiPriority w:val="73"/>
    <w:rsid w:val="00CB0664"/>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DBE5F1" w:themeFill="accent1" w:themeFillTint="33"/>
    </w:tcPr>
    <w:tblStylePr w:type="firstRow">
      <w:rPr>
        <w:b/>
        <w:bCs/>
      </w:rPr>
      <w:tblPr/>
      <w:tcPr>
        <w:shd w:val="clear" w:color="auto" w:fill="B8CCE4" w:themeFill="accent1" w:themeFillTint="66"/>
      </w:tcPr>
    </w:tblStylePr>
    <w:tblStylePr w:type="lastRow">
      <w:rPr>
        <w:b/>
        <w:bCs/>
        <w:color w:val="000000" w:themeColor="text1"/>
      </w:rPr>
      <w:tblPr/>
      <w:tcPr>
        <w:shd w:val="clear" w:color="auto" w:fill="B8CCE4" w:themeFill="accent1" w:themeFillTint="66"/>
      </w:tcPr>
    </w:tblStylePr>
    <w:tblStylePr w:type="firstCol">
      <w:rPr>
        <w:color w:val="FFFFFF" w:themeColor="background1"/>
      </w:rPr>
      <w:tblPr/>
      <w:tcPr>
        <w:shd w:val="clear" w:color="auto" w:fill="365F91" w:themeFill="accent1" w:themeFillShade="BF"/>
      </w:tcPr>
    </w:tblStylePr>
    <w:tblStylePr w:type="lastCol">
      <w:rPr>
        <w:color w:val="FFFFFF" w:themeColor="background1"/>
      </w:rPr>
      <w:tblPr/>
      <w:tcPr>
        <w:shd w:val="clear" w:color="auto" w:fill="365F91" w:themeFill="accent1" w:themeFillShade="BF"/>
      </w:tcPr>
    </w:tblStylePr>
    <w:tblStylePr w:type="band1Vert">
      <w:tblPr/>
      <w:tcPr>
        <w:shd w:val="clear" w:color="auto" w:fill="A7BFDE" w:themeFill="accent1" w:themeFillTint="7F"/>
      </w:tcPr>
    </w:tblStylePr>
    <w:tblStylePr w:type="band1Horz">
      <w:tblPr/>
      <w:tcPr>
        <w:shd w:val="clear" w:color="auto" w:fill="A7BFDE" w:themeFill="accent1" w:themeFillTint="7F"/>
      </w:tcPr>
    </w:tblStylePr>
  </w:style>
  <w:style w:type="table" w:styleId="ColorfulGrid-Accent2">
    <w:name w:val="Colorful Grid Accent 2"/>
    <w:basedOn w:val="TableNormal"/>
    <w:uiPriority w:val="73"/>
    <w:rsid w:val="00CB0664"/>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F2DBDB" w:themeFill="accent2" w:themeFillTint="33"/>
    </w:tcPr>
    <w:tblStylePr w:type="firstRow">
      <w:rPr>
        <w:b/>
        <w:bCs/>
      </w:rPr>
      <w:tblPr/>
      <w:tcPr>
        <w:shd w:val="clear" w:color="auto" w:fill="E5B8B7" w:themeFill="accent2" w:themeFillTint="66"/>
      </w:tcPr>
    </w:tblStylePr>
    <w:tblStylePr w:type="lastRow">
      <w:rPr>
        <w:b/>
        <w:bCs/>
        <w:color w:val="000000" w:themeColor="text1"/>
      </w:rPr>
      <w:tblPr/>
      <w:tcPr>
        <w:shd w:val="clear" w:color="auto" w:fill="E5B8B7" w:themeFill="accent2" w:themeFillTint="66"/>
      </w:tcPr>
    </w:tblStylePr>
    <w:tblStylePr w:type="firstCol">
      <w:rPr>
        <w:color w:val="FFFFFF" w:themeColor="background1"/>
      </w:rPr>
      <w:tblPr/>
      <w:tcPr>
        <w:shd w:val="clear" w:color="auto" w:fill="943634" w:themeFill="accent2" w:themeFillShade="BF"/>
      </w:tcPr>
    </w:tblStylePr>
    <w:tblStylePr w:type="lastCol">
      <w:rPr>
        <w:color w:val="FFFFFF" w:themeColor="background1"/>
      </w:rPr>
      <w:tblPr/>
      <w:tcPr>
        <w:shd w:val="clear" w:color="auto" w:fill="943634" w:themeFill="accent2" w:themeFillShade="BF"/>
      </w:tcPr>
    </w:tblStylePr>
    <w:tblStylePr w:type="band1Vert">
      <w:tblPr/>
      <w:tcPr>
        <w:shd w:val="clear" w:color="auto" w:fill="DFA7A6" w:themeFill="accent2" w:themeFillTint="7F"/>
      </w:tcPr>
    </w:tblStylePr>
    <w:tblStylePr w:type="band1Horz">
      <w:tblPr/>
      <w:tcPr>
        <w:shd w:val="clear" w:color="auto" w:fill="DFA7A6" w:themeFill="accent2" w:themeFillTint="7F"/>
      </w:tcPr>
    </w:tblStylePr>
  </w:style>
  <w:style w:type="table" w:styleId="ColorfulGrid-Accent3">
    <w:name w:val="Colorful Grid Accent 3"/>
    <w:basedOn w:val="TableNormal"/>
    <w:uiPriority w:val="73"/>
    <w:rsid w:val="00CB0664"/>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EAF1DD" w:themeFill="accent3" w:themeFillTint="33"/>
    </w:tcPr>
    <w:tblStylePr w:type="firstRow">
      <w:rPr>
        <w:b/>
        <w:bCs/>
      </w:rPr>
      <w:tblPr/>
      <w:tcPr>
        <w:shd w:val="clear" w:color="auto" w:fill="D6E3BC" w:themeFill="accent3" w:themeFillTint="66"/>
      </w:tcPr>
    </w:tblStylePr>
    <w:tblStylePr w:type="lastRow">
      <w:rPr>
        <w:b/>
        <w:bCs/>
        <w:color w:val="000000" w:themeColor="text1"/>
      </w:rPr>
      <w:tblPr/>
      <w:tcPr>
        <w:shd w:val="clear" w:color="auto" w:fill="D6E3BC" w:themeFill="accent3" w:themeFillTint="66"/>
      </w:tcPr>
    </w:tblStylePr>
    <w:tblStylePr w:type="firstCol">
      <w:rPr>
        <w:color w:val="FFFFFF" w:themeColor="background1"/>
      </w:rPr>
      <w:tblPr/>
      <w:tcPr>
        <w:shd w:val="clear" w:color="auto" w:fill="76923C" w:themeFill="accent3" w:themeFillShade="BF"/>
      </w:tcPr>
    </w:tblStylePr>
    <w:tblStylePr w:type="lastCol">
      <w:rPr>
        <w:color w:val="FFFFFF" w:themeColor="background1"/>
      </w:rPr>
      <w:tblPr/>
      <w:tcPr>
        <w:shd w:val="clear" w:color="auto" w:fill="76923C" w:themeFill="accent3" w:themeFillShade="BF"/>
      </w:tcPr>
    </w:tblStylePr>
    <w:tblStylePr w:type="band1Vert">
      <w:tblPr/>
      <w:tcPr>
        <w:shd w:val="clear" w:color="auto" w:fill="CDDDAC" w:themeFill="accent3" w:themeFillTint="7F"/>
      </w:tcPr>
    </w:tblStylePr>
    <w:tblStylePr w:type="band1Horz">
      <w:tblPr/>
      <w:tcPr>
        <w:shd w:val="clear" w:color="auto" w:fill="CDDDAC" w:themeFill="accent3" w:themeFillTint="7F"/>
      </w:tcPr>
    </w:tblStylePr>
  </w:style>
  <w:style w:type="table" w:styleId="ColorfulGrid-Accent4">
    <w:name w:val="Colorful Grid Accent 4"/>
    <w:basedOn w:val="TableNormal"/>
    <w:uiPriority w:val="73"/>
    <w:rsid w:val="00CB0664"/>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E5DFEC" w:themeFill="accent4" w:themeFillTint="33"/>
    </w:tcPr>
    <w:tblStylePr w:type="firstRow">
      <w:rPr>
        <w:b/>
        <w:bCs/>
      </w:rPr>
      <w:tblPr/>
      <w:tcPr>
        <w:shd w:val="clear" w:color="auto" w:fill="CCC0D9" w:themeFill="accent4" w:themeFillTint="66"/>
      </w:tcPr>
    </w:tblStylePr>
    <w:tblStylePr w:type="lastRow">
      <w:rPr>
        <w:b/>
        <w:bCs/>
        <w:color w:val="000000" w:themeColor="text1"/>
      </w:rPr>
      <w:tblPr/>
      <w:tcPr>
        <w:shd w:val="clear" w:color="auto" w:fill="CCC0D9" w:themeFill="accent4" w:themeFillTint="66"/>
      </w:tcPr>
    </w:tblStylePr>
    <w:tblStylePr w:type="firstCol">
      <w:rPr>
        <w:color w:val="FFFFFF" w:themeColor="background1"/>
      </w:rPr>
      <w:tblPr/>
      <w:tcPr>
        <w:shd w:val="clear" w:color="auto" w:fill="5F497A" w:themeFill="accent4" w:themeFillShade="BF"/>
      </w:tcPr>
    </w:tblStylePr>
    <w:tblStylePr w:type="lastCol">
      <w:rPr>
        <w:color w:val="FFFFFF" w:themeColor="background1"/>
      </w:rPr>
      <w:tblPr/>
      <w:tcPr>
        <w:shd w:val="clear" w:color="auto" w:fill="5F497A" w:themeFill="accent4" w:themeFillShade="BF"/>
      </w:tcPr>
    </w:tblStylePr>
    <w:tblStylePr w:type="band1Vert">
      <w:tblPr/>
      <w:tcPr>
        <w:shd w:val="clear" w:color="auto" w:fill="BFB1D0" w:themeFill="accent4" w:themeFillTint="7F"/>
      </w:tcPr>
    </w:tblStylePr>
    <w:tblStylePr w:type="band1Horz">
      <w:tblPr/>
      <w:tcPr>
        <w:shd w:val="clear" w:color="auto" w:fill="BFB1D0" w:themeFill="accent4" w:themeFillTint="7F"/>
      </w:tcPr>
    </w:tblStylePr>
  </w:style>
  <w:style w:type="table" w:styleId="ColorfulGrid-Accent5">
    <w:name w:val="Colorful Grid Accent 5"/>
    <w:basedOn w:val="TableNormal"/>
    <w:uiPriority w:val="73"/>
    <w:rsid w:val="00CB0664"/>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DAEEF3" w:themeFill="accent5" w:themeFillTint="33"/>
    </w:tcPr>
    <w:tblStylePr w:type="firstRow">
      <w:rPr>
        <w:b/>
        <w:bCs/>
      </w:rPr>
      <w:tblPr/>
      <w:tcPr>
        <w:shd w:val="clear" w:color="auto" w:fill="B6DDE8" w:themeFill="accent5" w:themeFillTint="66"/>
      </w:tcPr>
    </w:tblStylePr>
    <w:tblStylePr w:type="lastRow">
      <w:rPr>
        <w:b/>
        <w:bCs/>
        <w:color w:val="000000" w:themeColor="text1"/>
      </w:rPr>
      <w:tblPr/>
      <w:tcPr>
        <w:shd w:val="clear" w:color="auto" w:fill="B6DDE8" w:themeFill="accent5" w:themeFillTint="66"/>
      </w:tcPr>
    </w:tblStylePr>
    <w:tblStylePr w:type="firstCol">
      <w:rPr>
        <w:color w:val="FFFFFF" w:themeColor="background1"/>
      </w:rPr>
      <w:tblPr/>
      <w:tcPr>
        <w:shd w:val="clear" w:color="auto" w:fill="31849B" w:themeFill="accent5" w:themeFillShade="BF"/>
      </w:tcPr>
    </w:tblStylePr>
    <w:tblStylePr w:type="lastCol">
      <w:rPr>
        <w:color w:val="FFFFFF" w:themeColor="background1"/>
      </w:rPr>
      <w:tblPr/>
      <w:tcPr>
        <w:shd w:val="clear" w:color="auto" w:fill="31849B" w:themeFill="accent5" w:themeFillShade="BF"/>
      </w:tcPr>
    </w:tblStylePr>
    <w:tblStylePr w:type="band1Vert">
      <w:tblPr/>
      <w:tcPr>
        <w:shd w:val="clear" w:color="auto" w:fill="A5D5E2" w:themeFill="accent5" w:themeFillTint="7F"/>
      </w:tcPr>
    </w:tblStylePr>
    <w:tblStylePr w:type="band1Horz">
      <w:tblPr/>
      <w:tcPr>
        <w:shd w:val="clear" w:color="auto" w:fill="A5D5E2" w:themeFill="accent5" w:themeFillTint="7F"/>
      </w:tcPr>
    </w:tblStylePr>
  </w:style>
  <w:style w:type="table" w:styleId="ColorfulGrid-Accent6">
    <w:name w:val="Colorful Grid Accent 6"/>
    <w:basedOn w:val="TableNormal"/>
    <w:uiPriority w:val="73"/>
    <w:rsid w:val="00CB0664"/>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FDE9D9" w:themeFill="accent6" w:themeFillTint="33"/>
    </w:tcPr>
    <w:tblStylePr w:type="firstRow">
      <w:rPr>
        <w:b/>
        <w:bCs/>
      </w:rPr>
      <w:tblPr/>
      <w:tcPr>
        <w:shd w:val="clear" w:color="auto" w:fill="FBD4B4" w:themeFill="accent6" w:themeFillTint="66"/>
      </w:tcPr>
    </w:tblStylePr>
    <w:tblStylePr w:type="lastRow">
      <w:rPr>
        <w:b/>
        <w:bCs/>
        <w:color w:val="000000" w:themeColor="text1"/>
      </w:rPr>
      <w:tblPr/>
      <w:tcPr>
        <w:shd w:val="clear" w:color="auto" w:fill="FBD4B4" w:themeFill="accent6" w:themeFillTint="66"/>
      </w:tcPr>
    </w:tblStylePr>
    <w:tblStylePr w:type="firstCol">
      <w:rPr>
        <w:color w:val="FFFFFF" w:themeColor="background1"/>
      </w:rPr>
      <w:tblPr/>
      <w:tcPr>
        <w:shd w:val="clear" w:color="auto" w:fill="E36C0A" w:themeFill="accent6" w:themeFillShade="BF"/>
      </w:tcPr>
    </w:tblStylePr>
    <w:tblStylePr w:type="lastCol">
      <w:rPr>
        <w:color w:val="FFFFFF" w:themeColor="background1"/>
      </w:rPr>
      <w:tblPr/>
      <w:tcPr>
        <w:shd w:val="clear" w:color="auto" w:fill="E36C0A" w:themeFill="accent6" w:themeFillShade="BF"/>
      </w:tcPr>
    </w:tblStylePr>
    <w:tblStylePr w:type="band1Vert">
      <w:tblPr/>
      <w:tcPr>
        <w:shd w:val="clear" w:color="auto" w:fill="FBCAA2" w:themeFill="accent6" w:themeFillTint="7F"/>
      </w:tcPr>
    </w:tblStylePr>
    <w:tblStylePr w:type="band1Horz">
      <w:tblPr/>
      <w:tcPr>
        <w:shd w:val="clear" w:color="auto" w:fill="FBCAA2" w:themeFill="accent6" w:themeFillTint="7F"/>
      </w:tcPr>
    </w:tblStyle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allowPNG/>
  <w:doNotSaveAsSingleFile/>
</w:webSettings>
</file>

<file path=word/_rels/document.xml.rels><?xml version='1.0' encoding='UTF-8' standalone='yes'?>
<Relationships xmlns="http://schemas.openxmlformats.org/package/2006/relationships"><Relationship Id="rId3" Type="http://schemas.openxmlformats.org/officeDocument/2006/relationships/styles" Target="styles.xml"/><Relationship Id="rId4" Type="http://schemas.microsoft.com/office/2007/relationships/stylesWithEffects" Target="stylesWithEffects.xml"/><Relationship Id="rId5" Type="http://schemas.openxmlformats.org/officeDocument/2006/relationships/settings" Target="settings.xml"/><Relationship Id="rId6" Type="http://schemas.openxmlformats.org/officeDocument/2006/relationships/webSettings" Target="webSettings.xml"/><Relationship Id="rId7" Type="http://schemas.openxmlformats.org/officeDocument/2006/relationships/fontTable" Target="fontTable.xml"/><Relationship Id="rId8" Type="http://schemas.openxmlformats.org/officeDocument/2006/relationships/theme" Target="theme/theme1.xml"/><Relationship Id="rId1" Type="http://schemas.openxmlformats.org/officeDocument/2006/relationships/customXml" Target="../customXml/item1.xml"/><Relationship Id="rId2" Type="http://schemas.openxmlformats.org/officeDocument/2006/relationships/numbering" Target="numbering.xml"/><Relationship Id="rId9" Type="http://schemas.openxmlformats.org/officeDocument/2006/relationships/image" Target="media/image1.jp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EF278816-EC6F-A645-907D-7F25AECB1D4A}">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1</Pages>
  <Words>0</Words>
  <Characters>0</Characters>
  <Application>Microsoft Macintosh Word</Application>
  <DocSecurity>0</DocSecurity>
  <Lines>0</Lines>
  <Paragraphs>0</Paragraphs>
  <ScaleCrop>false</ScaleCrop>
  <HeadingPairs>
    <vt:vector size="2" baseType="variant">
      <vt:variant>
        <vt:lpstr>Title</vt:lpstr>
      </vt:variant>
      <vt:variant>
        <vt:i4>1</vt:i4>
      </vt:variant>
    </vt:vector>
  </HeadingPairs>
  <TitlesOfParts>
    <vt:vector size="1" baseType="lpstr">
      <vt:lpstr/>
    </vt:vector>
  </TitlesOfParts>
  <Manager/>
  <Company/>
  <LinksUpToDate>false</LinksUpToDate>
  <CharactersWithSpaces>0</CharactersWithSpaces>
  <SharedDoc>false</SharedDoc>
  <HyperlinkBase/>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python-docx</dc:creator>
  <cp:keywords/>
  <dc:description>generated by python-docx</dc:description>
  <cp:lastModifiedBy/>
  <cp:revision>1</cp:revision>
  <dcterms:created xsi:type="dcterms:W3CDTF">2013-12-23T23:15:00Z</dcterms:created>
  <dcterms:modified xsi:type="dcterms:W3CDTF">2013-12-23T23:15:00Z</dcterms:modified>
  <cp:category/>
</cp:coreProperties>
</file>