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345a8d61-987f-4187-b4f1-7eef4e33e611.jpg"/>
                    <pic:cNvPicPr/>
                  </pic:nvPicPr>
                  <pic:blipFill>
                    <a:blip r:embed="rId9"/>
                    <a:stretch>
                      <a:fillRect/>
                    </a:stretch>
                  </pic:blipFill>
                  <pic:spPr>
                    <a:xfrm>
                      <a:off x="0" y="0"/>
                      <a:ext cx="5486400" cy="3135086"/>
                    </a:xfrm>
                    <a:prstGeom prst="rect"/>
                  </pic:spPr>
                </pic:pic>
              </a:graphicData>
            </a:graphic>
          </wp:inline>
        </w:drawing>
      </w:r>
    </w:p>
    <w:p>
      <w:r>
        <w:t>Die Behandlung ethischer Fragen und der Integrität in der Führung ist ein entscheidender Aspekt der Führungsentwicklung. Als christlicher Coach ist Ihre Rolle es, Ihren Klienten dabei zu helfen, die moralischen Komplexitäten der Führung zu navigieren, indem Sie ihre Entscheidungen und ihr Verhalten auf soliden biblischen Prinzipien verankern.</w:t>
        <w:br/>
        <w:br/>
        <w:t>Beginnen Sie damit, Ihre Klienten die Natur und Bedeutung von Ethik in der Führung zu verstehen. Betonen Sie, dass Ethik nicht nur eine Frage der rechtlichen Konformität oder des Risikomanagements ist, sondern vielmehr ein grundlegender Ausdruck von Persönlichkeit und Werten eines Anführers. Helfen Sie ihnen zu erkennen, dass ihre Entscheidungen und Handlungen als Führungskräfte erheblichen Einfluss auf ihre Organisationen, Stakeholder und die Gesellschaft insgesamt haben.</w:t>
        <w:br/>
        <w:br/>
        <w:t>Leiten Sie dann Ihre Klienten bei der Erkundung der Schlüsselprinzipien und -werte, die ihre Führung leiten sollten. Dazu können Integrität, Ehrlichkeit, Verantwortung, Fairness, Respekt und Mitgefühl gehören. Ermuntern Sie sie, diese Werte auf eine biblische Grundlage zu stützen, indem sie relevante Schriftstellen und Beispiele verwenden. Helfen Sie ihnen, eine persönliche Führungsphilosophie zu formulieren, die sowohl weltliche als auch spirituelle Prinzipien umfasst.</w:t>
        <w:br/>
        <w:br/>
        <w:t>Ein Schlüsselelement ethischer Führung besteht darin, ethische Dilemmata zu erkennen und zu bewältigen. Diese treten häufig auf, wenn gegensätzliche Werte oder Verpflichtungen in Konflikt geraten oder wenn es keine klare oder perfekte Lösung gibt. Stellen Sie Ihren Klienten Rahmenwerke zur Analyse und Lösung ethischer Dilemmata vor, wie zum Beispiel das auf Prinzipien basierende Denken, die Ethik der Tugenden oder die Ethik der Sorge. Leiten Sie sie durch Fallstudien und reale Szenarien und helfen Sie ihnen, ihre Fähigkeit zur ethischen Urteilsvermögen und Entscheidungsfindung zu entwickeln.</w:t>
        <w:br/>
        <w:br/>
        <w:t>Auf praktischer Ebene, bereiten Sie Ihre Klienten mit Strategien aus, um Integrität in ihrer Führung zu kultivieren und zu bewahren. Betonen Sie die Bedeutung der Übereinstimmung zwischen ihrem Wort und ihren Taten und das Vorbild der Werte und Verhaltensweisen, die sie von anderen erwarten. Ermuntern Sie sie, Verantwortungssysteme, wie zum Beispiel beratende Gremien oder Mentorenpartnerschaften, zu schaffen, um ihnen beim richtigen Weg zu helfen. Beraten Sie sie, wie sie ihre Werte und ethischen Erwartungen überall in ihrer Organisation klar und konsistent kommunizieren können.</w:t>
        <w:br/>
        <w:br/>
        <w:t>Für Klienten, die mit unethischen Drücken oder Verlockungen konfrontiert sind, bieten Sie Anleitung, wie sie widerstehen und ihren Überzeugungen treu bleiben können. Dies kann beinhalten, zu lernen, Nein zu sagen, Grenzen zu setzen oder sich von Situationen zurückzuziehen, die ihre Integrität gefährden. Ermuntern Sie sie, Weisheit und Rat von vertrauenswürdigen Mentoren und von bestimmten Glaubensgemeinschaften zu suchen. Erinnern Sie sie daran, dass es einen ewigen Wert hat, ihre Integrität und ihr Zeugnis zu bewahren, selbst wenn das kurzfristige Kosten verursacht.</w:t>
        <w:br/>
        <w:br/>
        <w:t>Verankern Sie die Entwicklung der ethischen Führung Ihrer Klienten in einem Verständnis der Herrschaft und des Wesens von Christus. Erinnern Sie sie daran, dass Jesus das ultimative Vorbild für integre Führung ist, das durch Dienstbarkeit, Opfer und unerschütterlichen Gehorsam gegenüber dem Willen des Vaters gekennzeichnet ist. Ermuntern Sie sie, eine tiefe Beziehung zu Christus durch Gebet, Schriftstudium und Abhängigkeit vom Heiligen Geist aufzubauen. Helfen Sie ihnen, ihre Führung als Ausdruck ihrer Identität in Christus und als Weg zu sehen, um sein Reich zu fördern.</w:t>
        <w:br/>
        <w:br/>
        <w:t>Lassen Sie uns diese Prinzipien anhand eines konkreten Beispiels veranschaulichen. Stellen Sie sich vor, Ihre Klientin, Sarah, ist eine leitende Führungskraft, die vor einem ethischen Dilemma am Arbeitsplatz steht. Ihr Unternehmen erwägt eine Strategie, die kurzfristig den Gewinn steigern würde, aber langfristig Kunden und Umwelt schaden könnte. Als Coach können Sie Sarah dabei helfen, diese komplexe Situation zu navigieren, indem Sie ihre Entscheidungsfindung in ethischen Prinzipien und biblischer Weisheit verankern. Ermuntern Sie sie, nicht nur finanzielle und rechtliche Auswirkungen, sondern auch moralische und zwischenmenschliche Aspekte zu berücksichtigen. Helfen Sie ihr, den Mut und die Überzeugung zu entwickeln, für Integrität einzutreten, selbst wenn sie auf Druck von Kollegen oder Widerstand in der Organisation trifft. Leiten Sie sie bei der Suche nach kreativen Lösungen, die ethischen und geschäftlichen Anforderungen gerecht werden. Während Sarah diese Herausforderung mit Anmut und Entschlossenheit meistert, kann sie ein mächtiges Zeugnis von Christus-zentrierter Führung an ihrem Arbeitsplatz werden.</w:t>
        <w:br/>
        <w:br/>
        <w:t>Letztendlich ist Ihr Ziel als Coach, Ihre Klienten dazu auszurüsten, ethische und integre Führungskräfte zu werden, die den Charakter und die Wege Christi widerspiegeln. Indem Sie ihnen helfen, moralisches Unterscheidungsvermögen zu entwickeln, Werte zu verankern und Mut auf der Basis des Glaubens zu entwickeln, bereiten Sie sie darauf vor, die Komplexitäten der Führung mit Weisheit, Widerstandskraft und nachhaltiger Wirkung zu bewältigen. Ihre Begleitung kann ein mächtiger Katalysator für ihr persönliches Wachstum, ihre berufliche Wirksamkeit und ihre Fähigkeit, eine Kraft des Guten in ihrem Einflussbereich zu sein, sein.</w:t>
        <w:br/>
        <w:br/>
        <w:t>Zusammenfassend:</w:t>
        <w:br/>
        <w:br/>
        <w:t>1. Die Ethik in der Führung geht über die rechtliche Konformität hinaus und spiegelt den Charakter und die Kernelemente der Führungskraft wider.</w:t>
        <w:br/>
        <w:br/>
        <w:t>2. Coaches müssen ihre Klienten dabei unterstützen, ihre Führung auf zentrale ethische Prinzipien und biblische Werte wie Integrität, Ehrlichkeit, Verantwortung, Fairness, Respekt und Mitgefühl zu gründen.</w:t>
        <w:br/>
        <w:br/>
        <w:t>3. Ethische Dilemmata zu erkennen und zu bewältigen ist ein zentraler Aspekt der ethischen Führung. Coaches können ihren Klienten durch moralische Entscheidungsprozesse und reale Fallstudien führen.</w:t>
        <w:br/>
        <w:br/>
        <w:t>4. Um Integrität zu fördern, ist Konsistenz zwischen Worten und Taten erforderlich, sowie die Schaffung von Verantwortlichkeitsstrukturen und eine klare Kommunikation von ethischen Werten und Erwartungen.</w:t>
        <w:br/>
        <w:br/>
        <w:t>5. Bei unethischen Drücken müssen die Coaches ihre Klienten dazu ermutigen, ihren Überzeugungen treu zu bleiben, Grenzen zu setzen und den Rat vertrauenswürdiger Mentoren zu suchen.</w:t>
        <w:br/>
        <w:br/>
        <w:t>6. Die Entwicklung ethischer Führung muss in einem Verständnis der Herrschaft und des Charakters von Christus, dem ultimativen Modell integren Führung, verankert sein.</w:t>
        <w:br/>
        <w:br/>
        <w:t>7. Indem die Coaches ihre Klienten dazu ausstatten, ethische Führungskräfte zu werden, die den Charakter Christi widerspiegeln, können sie einen starken Einfluss auf ihr persönliches Wachstum, ihre berufliche Wirksamkeit und ihre Fähigkeit, eine Kraft des Guten zu sein, haben.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